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Layout w:type="fixed"/>
        <w:tblLook w:val="04A0" w:firstRow="1" w:lastRow="0" w:firstColumn="1" w:lastColumn="0" w:noHBand="0" w:noVBand="1"/>
      </w:tblPr>
      <w:tblGrid>
        <w:gridCol w:w="4844"/>
        <w:gridCol w:w="4844"/>
      </w:tblGrid>
      <w:tr w:rsidR="007D5B1E" w14:paraId="196DC22D" w14:textId="77777777">
        <w:trPr>
          <w:jc w:val="center"/>
        </w:trPr>
        <w:tc>
          <w:tcPr>
            <w:tcW w:w="4844" w:type="dxa"/>
            <w:tcBorders>
              <w:top w:val="nil"/>
              <w:left w:val="nil"/>
              <w:bottom w:val="nil"/>
              <w:right w:val="nil"/>
            </w:tcBorders>
            <w:tcMar>
              <w:top w:w="0" w:type="dxa"/>
              <w:left w:w="0" w:type="dxa"/>
              <w:bottom w:w="0" w:type="dxa"/>
              <w:right w:w="0" w:type="dxa"/>
            </w:tcMar>
          </w:tcPr>
          <w:p w14:paraId="229E05D6" w14:textId="77777777" w:rsidR="007D5B1E" w:rsidRDefault="00000000">
            <w:pPr>
              <w:jc w:val="center"/>
              <w:rPr>
                <w:bCs/>
              </w:rPr>
            </w:pPr>
            <w:r w:rsidRPr="00DA61DD">
              <w:rPr>
                <w:bCs/>
              </w:rPr>
              <w:t>BỘ VĂN HÓA, THỂ THAO VÀ DU LỊCH</w:t>
            </w:r>
          </w:p>
          <w:p w14:paraId="2650E305" w14:textId="01184838" w:rsidR="00DA61DD" w:rsidRPr="00DA61DD" w:rsidRDefault="00DA61DD">
            <w:pPr>
              <w:jc w:val="center"/>
              <w:rPr>
                <w:b/>
              </w:rPr>
            </w:pPr>
            <w:r w:rsidRPr="00DA61DD">
              <w:rPr>
                <w:b/>
              </w:rPr>
              <w:t>CỤC DU LỊCH QUỐC GIA VIỆT NAM</w:t>
            </w:r>
          </w:p>
        </w:tc>
        <w:tc>
          <w:tcPr>
            <w:tcW w:w="4844" w:type="dxa"/>
            <w:tcBorders>
              <w:top w:val="nil"/>
              <w:left w:val="nil"/>
              <w:bottom w:val="nil"/>
              <w:right w:val="nil"/>
            </w:tcBorders>
            <w:tcMar>
              <w:top w:w="0" w:type="dxa"/>
              <w:left w:w="0" w:type="dxa"/>
              <w:bottom w:w="0" w:type="dxa"/>
              <w:right w:w="0" w:type="dxa"/>
            </w:tcMar>
          </w:tcPr>
          <w:p w14:paraId="0821F2D6" w14:textId="77777777" w:rsidR="007D5B1E" w:rsidRPr="00DA61DD" w:rsidRDefault="00000000" w:rsidP="00DA61DD">
            <w:pPr>
              <w:jc w:val="right"/>
              <w:rPr>
                <w:bCs/>
              </w:rPr>
            </w:pPr>
            <w:r w:rsidRPr="00DA61DD">
              <w:rPr>
                <w:bCs/>
              </w:rPr>
              <w:t>Phiếu 05.VHTTDL</w:t>
            </w:r>
          </w:p>
        </w:tc>
      </w:tr>
    </w:tbl>
    <w:p w14:paraId="22BF084C" w14:textId="77777777" w:rsidR="007D5B1E" w:rsidRDefault="00000000" w:rsidP="007F18D9">
      <w:pPr>
        <w:pStyle w:val="FormTitle"/>
        <w:keepNext/>
        <w:spacing w:before="240"/>
        <w:jc w:val="center"/>
      </w:pPr>
      <w:r>
        <w:t>PHIẾU THU THẬP THÔNG TIN</w:t>
      </w:r>
      <w:r>
        <w:br/>
        <w:t>SỞ DU LỊCH/SỞ VĂN HÓA, THỂ THAO VÀ DU LỊCH</w:t>
      </w:r>
    </w:p>
    <w:p w14:paraId="15AE1E2F" w14:textId="77777777" w:rsidR="007D5B1E" w:rsidRPr="00DA61DD" w:rsidRDefault="00000000" w:rsidP="00DA61DD">
      <w:pPr>
        <w:ind w:firstLine="709"/>
        <w:jc w:val="both"/>
        <w:rPr>
          <w:sz w:val="26"/>
          <w:szCs w:val="26"/>
        </w:rPr>
      </w:pPr>
      <w:r w:rsidRPr="00DA61DD">
        <w:rPr>
          <w:sz w:val="26"/>
          <w:szCs w:val="26"/>
        </w:rPr>
        <w:t>Thực hiện Quyết định số 751/QĐ-BVHTTDL ngày 03/4/2026 của Bộ trưởng Bộ Văn hóa, Thể thao và Du lịch ban hành Phương án Điều tra thông tin khách du lịch theo Chương trình điều tra thống kê quốc gia, Cục Du lịch Quốc gia Việt Nam triển khai thu thập thông tin từ cơ quan quản lý du lịch địa phương, cơ sở lưu trú du lịch và doanh nghiệp kinh doanh dịch vụ lữ hành.</w:t>
      </w:r>
    </w:p>
    <w:p w14:paraId="53C8AAFE" w14:textId="77777777" w:rsidR="007D5B1E" w:rsidRPr="00DA61DD" w:rsidRDefault="00000000" w:rsidP="00DA61DD">
      <w:pPr>
        <w:ind w:firstLine="709"/>
        <w:jc w:val="both"/>
        <w:rPr>
          <w:sz w:val="26"/>
          <w:szCs w:val="26"/>
        </w:rPr>
      </w:pPr>
      <w:r w:rsidRPr="00DA61DD">
        <w:rPr>
          <w:sz w:val="26"/>
          <w:szCs w:val="26"/>
        </w:rPr>
        <w:t>Cuộc điều tra nhằm thu thập thông tin phục vụ công tác thống kê, quản lý nhà nước, nghiên cứu thị trường và hoạch định chính sách phát triển du lịch.</w:t>
      </w:r>
    </w:p>
    <w:p w14:paraId="5454BBC6" w14:textId="1F9D233C" w:rsidR="007D5B1E" w:rsidRPr="00DA61DD" w:rsidRDefault="00000000" w:rsidP="00DA61DD">
      <w:pPr>
        <w:ind w:firstLine="709"/>
        <w:jc w:val="both"/>
        <w:rPr>
          <w:sz w:val="26"/>
          <w:szCs w:val="26"/>
        </w:rPr>
      </w:pPr>
      <w:r w:rsidRPr="00DA61DD">
        <w:rPr>
          <w:sz w:val="26"/>
          <w:szCs w:val="26"/>
        </w:rPr>
        <w:t>Cục Du lịch Quốc gia Việt Nam trân trọng đề nghị Quý cơ quan cung cấp thông tin</w:t>
      </w:r>
      <w:r w:rsidR="00DA61DD">
        <w:rPr>
          <w:rStyle w:val="EndnoteReference"/>
          <w:sz w:val="26"/>
          <w:szCs w:val="26"/>
        </w:rPr>
        <w:endnoteReference w:id="1"/>
      </w:r>
      <w:r w:rsidRPr="00DA61DD">
        <w:rPr>
          <w:sz w:val="26"/>
          <w:szCs w:val="26"/>
        </w:rPr>
        <w:t xml:space="preserve"> mẫu Phiếu 05.VHTTDL phục vụ tổng hợp, đối chiếu kết quả Điều tra thông tin khách du lịch năm 2026. Thông tin cung cấp được bảo mật theo quy định của pháp luật về thống kê.</w:t>
      </w:r>
    </w:p>
    <w:p w14:paraId="51B46B2D" w14:textId="77777777" w:rsidR="007D5B1E" w:rsidRPr="00DA61DD" w:rsidRDefault="00000000" w:rsidP="00DA61DD">
      <w:pPr>
        <w:spacing w:after="100"/>
        <w:ind w:firstLine="709"/>
        <w:jc w:val="both"/>
        <w:rPr>
          <w:sz w:val="26"/>
          <w:szCs w:val="26"/>
        </w:rPr>
      </w:pPr>
      <w:r w:rsidRPr="00DA61DD">
        <w:rPr>
          <w:i/>
          <w:sz w:val="26"/>
          <w:szCs w:val="26"/>
        </w:rPr>
        <w:t>Trân trọng cảm ơn Quý cơ quan!</w:t>
      </w:r>
    </w:p>
    <w:p w14:paraId="3FE11404" w14:textId="6C160E7D" w:rsidR="007D5B1E" w:rsidRPr="00DA61DD" w:rsidRDefault="00000000" w:rsidP="00DA61DD">
      <w:pPr>
        <w:keepNext/>
        <w:spacing w:before="80"/>
        <w:ind w:firstLine="709"/>
        <w:rPr>
          <w:sz w:val="26"/>
          <w:szCs w:val="26"/>
        </w:rPr>
      </w:pPr>
      <w:r w:rsidRPr="00DA61DD">
        <w:rPr>
          <w:b/>
          <w:sz w:val="26"/>
          <w:szCs w:val="26"/>
        </w:rPr>
        <w:t>THÔNG TIN CHUNG</w:t>
      </w:r>
    </w:p>
    <w:tbl>
      <w:tblPr>
        <w:tblW w:w="0" w:type="auto"/>
        <w:jc w:val="center"/>
        <w:tblLayout w:type="fixed"/>
        <w:tblLook w:val="04A0" w:firstRow="1" w:lastRow="0" w:firstColumn="1" w:lastColumn="0" w:noHBand="0" w:noVBand="1"/>
      </w:tblPr>
      <w:tblGrid>
        <w:gridCol w:w="2551"/>
        <w:gridCol w:w="6803"/>
      </w:tblGrid>
      <w:tr w:rsidR="007D5B1E" w:rsidRPr="00DA61DD" w14:paraId="49D4B789" w14:textId="77777777">
        <w:trPr>
          <w:trHeight w:val="351"/>
          <w:jc w:val="center"/>
        </w:trPr>
        <w:tc>
          <w:tcPr>
            <w:tcW w:w="2551" w:type="dxa"/>
            <w:tcBorders>
              <w:top w:val="single" w:sz="6" w:space="0" w:color="000000"/>
              <w:left w:val="single" w:sz="6" w:space="0" w:color="000000"/>
              <w:bottom w:val="single" w:sz="6" w:space="0" w:color="000000"/>
              <w:right w:val="single" w:sz="6" w:space="0" w:color="000000"/>
            </w:tcBorders>
            <w:tcMar>
              <w:top w:w="60" w:type="dxa"/>
              <w:left w:w="70" w:type="dxa"/>
              <w:bottom w:w="60" w:type="dxa"/>
              <w:right w:w="70" w:type="dxa"/>
            </w:tcMar>
            <w:vAlign w:val="center"/>
          </w:tcPr>
          <w:p w14:paraId="38C9ADDA" w14:textId="24255F9E" w:rsidR="007D5B1E" w:rsidRPr="00DA61DD" w:rsidRDefault="00000000" w:rsidP="00DA61DD">
            <w:pPr>
              <w:spacing w:after="0" w:line="240" w:lineRule="auto"/>
              <w:jc w:val="both"/>
              <w:rPr>
                <w:bCs/>
                <w:sz w:val="26"/>
                <w:szCs w:val="26"/>
              </w:rPr>
            </w:pPr>
            <w:r w:rsidRPr="00DA61DD">
              <w:rPr>
                <w:bCs/>
                <w:sz w:val="26"/>
                <w:szCs w:val="26"/>
              </w:rPr>
              <w:t>Tỉnh/Thành phố</w:t>
            </w:r>
            <w:r w:rsidR="00DA61DD" w:rsidRPr="00DA61DD">
              <w:rPr>
                <w:bCs/>
                <w:sz w:val="26"/>
                <w:szCs w:val="26"/>
              </w:rPr>
              <w:t>:</w:t>
            </w:r>
          </w:p>
        </w:tc>
        <w:tc>
          <w:tcPr>
            <w:tcW w:w="6803" w:type="dxa"/>
            <w:tcBorders>
              <w:top w:val="single" w:sz="6" w:space="0" w:color="000000"/>
              <w:left w:val="single" w:sz="6" w:space="0" w:color="000000"/>
              <w:bottom w:val="single" w:sz="6" w:space="0" w:color="000000"/>
              <w:right w:val="single" w:sz="6" w:space="0" w:color="000000"/>
            </w:tcBorders>
            <w:tcMar>
              <w:top w:w="60" w:type="dxa"/>
              <w:left w:w="70" w:type="dxa"/>
              <w:bottom w:w="60" w:type="dxa"/>
              <w:right w:w="70" w:type="dxa"/>
            </w:tcMar>
            <w:vAlign w:val="center"/>
          </w:tcPr>
          <w:p w14:paraId="2C1F5A37" w14:textId="77777777" w:rsidR="007D5B1E" w:rsidRPr="00DA61DD" w:rsidRDefault="007D5B1E">
            <w:pPr>
              <w:spacing w:after="0" w:line="240" w:lineRule="auto"/>
              <w:rPr>
                <w:sz w:val="26"/>
                <w:szCs w:val="26"/>
              </w:rPr>
            </w:pPr>
          </w:p>
        </w:tc>
      </w:tr>
      <w:tr w:rsidR="007D5B1E" w:rsidRPr="00DA61DD" w14:paraId="105ACB3B" w14:textId="77777777">
        <w:trPr>
          <w:trHeight w:val="351"/>
          <w:jc w:val="center"/>
        </w:trPr>
        <w:tc>
          <w:tcPr>
            <w:tcW w:w="2551" w:type="dxa"/>
            <w:tcBorders>
              <w:top w:val="single" w:sz="6" w:space="0" w:color="000000"/>
              <w:left w:val="single" w:sz="6" w:space="0" w:color="000000"/>
              <w:bottom w:val="single" w:sz="6" w:space="0" w:color="000000"/>
              <w:right w:val="single" w:sz="6" w:space="0" w:color="000000"/>
            </w:tcBorders>
            <w:tcMar>
              <w:top w:w="60" w:type="dxa"/>
              <w:left w:w="70" w:type="dxa"/>
              <w:bottom w:w="60" w:type="dxa"/>
              <w:right w:w="70" w:type="dxa"/>
            </w:tcMar>
            <w:vAlign w:val="center"/>
          </w:tcPr>
          <w:p w14:paraId="0091EE85" w14:textId="48D1F3C2" w:rsidR="007D5B1E" w:rsidRPr="00DA61DD" w:rsidRDefault="00000000" w:rsidP="00DA61DD">
            <w:pPr>
              <w:spacing w:after="0" w:line="240" w:lineRule="auto"/>
              <w:jc w:val="both"/>
              <w:rPr>
                <w:bCs/>
                <w:sz w:val="26"/>
                <w:szCs w:val="26"/>
              </w:rPr>
            </w:pPr>
            <w:r w:rsidRPr="00DA61DD">
              <w:rPr>
                <w:bCs/>
                <w:sz w:val="26"/>
                <w:szCs w:val="26"/>
              </w:rPr>
              <w:t>Sở</w:t>
            </w:r>
            <w:r w:rsidR="00DA61DD" w:rsidRPr="00DA61DD">
              <w:rPr>
                <w:bCs/>
                <w:sz w:val="26"/>
                <w:szCs w:val="26"/>
              </w:rPr>
              <w:t>:</w:t>
            </w:r>
          </w:p>
        </w:tc>
        <w:tc>
          <w:tcPr>
            <w:tcW w:w="6803" w:type="dxa"/>
            <w:tcBorders>
              <w:top w:val="single" w:sz="6" w:space="0" w:color="000000"/>
              <w:left w:val="single" w:sz="6" w:space="0" w:color="000000"/>
              <w:bottom w:val="single" w:sz="6" w:space="0" w:color="000000"/>
              <w:right w:val="single" w:sz="6" w:space="0" w:color="000000"/>
            </w:tcBorders>
            <w:tcMar>
              <w:top w:w="60" w:type="dxa"/>
              <w:left w:w="70" w:type="dxa"/>
              <w:bottom w:w="60" w:type="dxa"/>
              <w:right w:w="70" w:type="dxa"/>
            </w:tcMar>
            <w:vAlign w:val="center"/>
          </w:tcPr>
          <w:p w14:paraId="79781F6F" w14:textId="77777777" w:rsidR="007D5B1E" w:rsidRPr="00DA61DD" w:rsidRDefault="007D5B1E">
            <w:pPr>
              <w:spacing w:after="0" w:line="240" w:lineRule="auto"/>
              <w:rPr>
                <w:sz w:val="26"/>
                <w:szCs w:val="26"/>
              </w:rPr>
            </w:pPr>
          </w:p>
        </w:tc>
      </w:tr>
      <w:tr w:rsidR="00DA61DD" w:rsidRPr="00DA61DD" w14:paraId="35E5908F" w14:textId="77777777">
        <w:trPr>
          <w:trHeight w:val="351"/>
          <w:jc w:val="center"/>
        </w:trPr>
        <w:tc>
          <w:tcPr>
            <w:tcW w:w="2551" w:type="dxa"/>
            <w:tcBorders>
              <w:top w:val="single" w:sz="6" w:space="0" w:color="000000"/>
              <w:left w:val="single" w:sz="6" w:space="0" w:color="000000"/>
              <w:bottom w:val="single" w:sz="6" w:space="0" w:color="000000"/>
              <w:right w:val="single" w:sz="6" w:space="0" w:color="000000"/>
            </w:tcBorders>
            <w:tcMar>
              <w:top w:w="60" w:type="dxa"/>
              <w:left w:w="70" w:type="dxa"/>
              <w:bottom w:w="60" w:type="dxa"/>
              <w:right w:w="70" w:type="dxa"/>
            </w:tcMar>
            <w:vAlign w:val="center"/>
          </w:tcPr>
          <w:p w14:paraId="358BF90A" w14:textId="420B353C" w:rsidR="00DA61DD" w:rsidRPr="00DA61DD" w:rsidRDefault="00DA61DD" w:rsidP="00DA61DD">
            <w:pPr>
              <w:spacing w:after="0" w:line="240" w:lineRule="auto"/>
              <w:jc w:val="both"/>
              <w:rPr>
                <w:bCs/>
                <w:sz w:val="26"/>
                <w:szCs w:val="26"/>
              </w:rPr>
            </w:pPr>
            <w:r>
              <w:rPr>
                <w:bCs/>
                <w:sz w:val="26"/>
                <w:szCs w:val="26"/>
              </w:rPr>
              <w:t>Họ và tên người cung cấp thông tin:</w:t>
            </w:r>
          </w:p>
        </w:tc>
        <w:tc>
          <w:tcPr>
            <w:tcW w:w="6803" w:type="dxa"/>
            <w:tcBorders>
              <w:top w:val="single" w:sz="6" w:space="0" w:color="000000"/>
              <w:left w:val="single" w:sz="6" w:space="0" w:color="000000"/>
              <w:bottom w:val="single" w:sz="6" w:space="0" w:color="000000"/>
              <w:right w:val="single" w:sz="6" w:space="0" w:color="000000"/>
            </w:tcBorders>
            <w:tcMar>
              <w:top w:w="60" w:type="dxa"/>
              <w:left w:w="70" w:type="dxa"/>
              <w:bottom w:w="60" w:type="dxa"/>
              <w:right w:w="70" w:type="dxa"/>
            </w:tcMar>
            <w:vAlign w:val="center"/>
          </w:tcPr>
          <w:p w14:paraId="55DDB7EB" w14:textId="77777777" w:rsidR="00DA61DD" w:rsidRPr="00DA61DD" w:rsidRDefault="00DA61DD">
            <w:pPr>
              <w:spacing w:after="0" w:line="240" w:lineRule="auto"/>
              <w:rPr>
                <w:sz w:val="26"/>
                <w:szCs w:val="26"/>
              </w:rPr>
            </w:pPr>
          </w:p>
        </w:tc>
      </w:tr>
      <w:tr w:rsidR="00DA61DD" w:rsidRPr="00DA61DD" w14:paraId="3FB59392" w14:textId="77777777">
        <w:trPr>
          <w:trHeight w:val="351"/>
          <w:jc w:val="center"/>
        </w:trPr>
        <w:tc>
          <w:tcPr>
            <w:tcW w:w="2551" w:type="dxa"/>
            <w:tcBorders>
              <w:top w:val="single" w:sz="6" w:space="0" w:color="000000"/>
              <w:left w:val="single" w:sz="6" w:space="0" w:color="000000"/>
              <w:bottom w:val="single" w:sz="6" w:space="0" w:color="000000"/>
              <w:right w:val="single" w:sz="6" w:space="0" w:color="000000"/>
            </w:tcBorders>
            <w:tcMar>
              <w:top w:w="60" w:type="dxa"/>
              <w:left w:w="70" w:type="dxa"/>
              <w:bottom w:w="60" w:type="dxa"/>
              <w:right w:w="70" w:type="dxa"/>
            </w:tcMar>
            <w:vAlign w:val="center"/>
          </w:tcPr>
          <w:p w14:paraId="10FF546B" w14:textId="62AD0F70" w:rsidR="00DA61DD" w:rsidRPr="00DA61DD" w:rsidRDefault="00DA61DD" w:rsidP="00DA61DD">
            <w:pPr>
              <w:spacing w:after="0" w:line="240" w:lineRule="auto"/>
              <w:jc w:val="both"/>
              <w:rPr>
                <w:bCs/>
                <w:sz w:val="26"/>
                <w:szCs w:val="26"/>
              </w:rPr>
            </w:pPr>
            <w:r>
              <w:rPr>
                <w:bCs/>
                <w:sz w:val="26"/>
                <w:szCs w:val="26"/>
              </w:rPr>
              <w:t>Số điện thoại di động của người cung cấp thông tin:</w:t>
            </w:r>
          </w:p>
        </w:tc>
        <w:tc>
          <w:tcPr>
            <w:tcW w:w="6803" w:type="dxa"/>
            <w:tcBorders>
              <w:top w:val="single" w:sz="6" w:space="0" w:color="000000"/>
              <w:left w:val="single" w:sz="6" w:space="0" w:color="000000"/>
              <w:bottom w:val="single" w:sz="6" w:space="0" w:color="000000"/>
              <w:right w:val="single" w:sz="6" w:space="0" w:color="000000"/>
            </w:tcBorders>
            <w:tcMar>
              <w:top w:w="60" w:type="dxa"/>
              <w:left w:w="70" w:type="dxa"/>
              <w:bottom w:w="60" w:type="dxa"/>
              <w:right w:w="70" w:type="dxa"/>
            </w:tcMar>
            <w:vAlign w:val="center"/>
          </w:tcPr>
          <w:p w14:paraId="2E564C30" w14:textId="77777777" w:rsidR="00DA61DD" w:rsidRPr="00DA61DD" w:rsidRDefault="00DA61DD">
            <w:pPr>
              <w:spacing w:after="0" w:line="240" w:lineRule="auto"/>
              <w:rPr>
                <w:sz w:val="26"/>
                <w:szCs w:val="26"/>
              </w:rPr>
            </w:pPr>
          </w:p>
        </w:tc>
      </w:tr>
    </w:tbl>
    <w:p w14:paraId="7A8FEB54" w14:textId="54E2A21A" w:rsidR="007D5B1E" w:rsidRPr="00DA61DD" w:rsidRDefault="00000000" w:rsidP="004A78AC">
      <w:pPr>
        <w:keepNext/>
        <w:spacing w:before="80"/>
        <w:ind w:firstLine="709"/>
        <w:rPr>
          <w:sz w:val="26"/>
          <w:szCs w:val="26"/>
        </w:rPr>
      </w:pPr>
      <w:r w:rsidRPr="00DA61DD">
        <w:rPr>
          <w:b/>
          <w:sz w:val="26"/>
          <w:szCs w:val="26"/>
        </w:rPr>
        <w:t>SỐ LIỆU 9 THÁNG ĐẦU NĂM 2026</w:t>
      </w:r>
    </w:p>
    <w:tbl>
      <w:tblPr>
        <w:tblW w:w="0" w:type="auto"/>
        <w:jc w:val="center"/>
        <w:tblLayout w:type="fixed"/>
        <w:tblLook w:val="04A0" w:firstRow="1" w:lastRow="0" w:firstColumn="1" w:lastColumn="0" w:noHBand="0" w:noVBand="1"/>
      </w:tblPr>
      <w:tblGrid>
        <w:gridCol w:w="680"/>
        <w:gridCol w:w="5783"/>
        <w:gridCol w:w="1417"/>
        <w:gridCol w:w="1474"/>
      </w:tblGrid>
      <w:tr w:rsidR="007D5B1E" w:rsidRPr="00DA61DD" w14:paraId="3249E45A" w14:textId="77777777" w:rsidTr="00DA61DD">
        <w:trPr>
          <w:tblHeader/>
          <w:jc w:val="center"/>
        </w:trPr>
        <w:tc>
          <w:tcPr>
            <w:tcW w:w="680" w:type="dxa"/>
            <w:tcBorders>
              <w:top w:val="single" w:sz="6" w:space="0" w:color="000000"/>
              <w:left w:val="single" w:sz="6" w:space="0" w:color="000000"/>
              <w:bottom w:val="single" w:sz="6" w:space="0" w:color="000000"/>
              <w:right w:val="single" w:sz="6" w:space="0" w:color="000000"/>
            </w:tcBorders>
            <w:shd w:val="clear" w:color="auto" w:fill="E7E6E6"/>
            <w:tcMar>
              <w:top w:w="60" w:type="dxa"/>
              <w:left w:w="70" w:type="dxa"/>
              <w:bottom w:w="60" w:type="dxa"/>
              <w:right w:w="70" w:type="dxa"/>
            </w:tcMar>
          </w:tcPr>
          <w:p w14:paraId="7E43EB39" w14:textId="62161999" w:rsidR="007D5B1E" w:rsidRPr="00DA61DD" w:rsidRDefault="00000000">
            <w:pPr>
              <w:spacing w:after="0" w:line="240" w:lineRule="auto"/>
              <w:jc w:val="center"/>
              <w:rPr>
                <w:sz w:val="26"/>
                <w:szCs w:val="26"/>
              </w:rPr>
            </w:pPr>
            <w:r w:rsidRPr="00DA61DD">
              <w:rPr>
                <w:b/>
                <w:sz w:val="26"/>
                <w:szCs w:val="26"/>
              </w:rPr>
              <w:t>TT</w:t>
            </w:r>
          </w:p>
        </w:tc>
        <w:tc>
          <w:tcPr>
            <w:tcW w:w="5783" w:type="dxa"/>
            <w:tcBorders>
              <w:top w:val="single" w:sz="6" w:space="0" w:color="000000"/>
              <w:left w:val="single" w:sz="6" w:space="0" w:color="000000"/>
              <w:bottom w:val="single" w:sz="6" w:space="0" w:color="000000"/>
              <w:right w:val="single" w:sz="6" w:space="0" w:color="000000"/>
            </w:tcBorders>
            <w:shd w:val="clear" w:color="auto" w:fill="E7E6E6"/>
            <w:tcMar>
              <w:top w:w="60" w:type="dxa"/>
              <w:left w:w="70" w:type="dxa"/>
              <w:bottom w:w="60" w:type="dxa"/>
              <w:right w:w="70" w:type="dxa"/>
            </w:tcMar>
          </w:tcPr>
          <w:p w14:paraId="0EA3F7B3" w14:textId="77777777" w:rsidR="007D5B1E" w:rsidRPr="00DA61DD" w:rsidRDefault="00000000">
            <w:pPr>
              <w:spacing w:after="0" w:line="240" w:lineRule="auto"/>
              <w:jc w:val="center"/>
              <w:rPr>
                <w:sz w:val="26"/>
                <w:szCs w:val="26"/>
              </w:rPr>
            </w:pPr>
            <w:r w:rsidRPr="00DA61DD">
              <w:rPr>
                <w:b/>
                <w:sz w:val="26"/>
                <w:szCs w:val="26"/>
              </w:rPr>
              <w:t>Chỉ tiêu</w:t>
            </w:r>
          </w:p>
        </w:tc>
        <w:tc>
          <w:tcPr>
            <w:tcW w:w="1417" w:type="dxa"/>
            <w:tcBorders>
              <w:top w:val="single" w:sz="6" w:space="0" w:color="000000"/>
              <w:left w:val="single" w:sz="6" w:space="0" w:color="000000"/>
              <w:bottom w:val="single" w:sz="6" w:space="0" w:color="000000"/>
              <w:right w:val="single" w:sz="6" w:space="0" w:color="000000"/>
            </w:tcBorders>
            <w:shd w:val="clear" w:color="auto" w:fill="E7E6E6"/>
            <w:tcMar>
              <w:top w:w="60" w:type="dxa"/>
              <w:left w:w="70" w:type="dxa"/>
              <w:bottom w:w="60" w:type="dxa"/>
              <w:right w:w="70" w:type="dxa"/>
            </w:tcMar>
          </w:tcPr>
          <w:p w14:paraId="43624998" w14:textId="77777777" w:rsidR="007D5B1E" w:rsidRPr="00DA61DD" w:rsidRDefault="00000000">
            <w:pPr>
              <w:spacing w:after="0" w:line="240" w:lineRule="auto"/>
              <w:jc w:val="center"/>
              <w:rPr>
                <w:sz w:val="26"/>
                <w:szCs w:val="26"/>
              </w:rPr>
            </w:pPr>
            <w:r w:rsidRPr="00DA61DD">
              <w:rPr>
                <w:b/>
                <w:sz w:val="26"/>
                <w:szCs w:val="26"/>
              </w:rPr>
              <w:t>Đơn vị tính</w:t>
            </w:r>
          </w:p>
        </w:tc>
        <w:tc>
          <w:tcPr>
            <w:tcW w:w="1474" w:type="dxa"/>
            <w:tcBorders>
              <w:top w:val="single" w:sz="6" w:space="0" w:color="000000"/>
              <w:left w:val="single" w:sz="6" w:space="0" w:color="000000"/>
              <w:bottom w:val="single" w:sz="6" w:space="0" w:color="000000"/>
              <w:right w:val="single" w:sz="6" w:space="0" w:color="000000"/>
            </w:tcBorders>
            <w:shd w:val="clear" w:color="auto" w:fill="E7E6E6"/>
            <w:tcMar>
              <w:top w:w="60" w:type="dxa"/>
              <w:left w:w="70" w:type="dxa"/>
              <w:bottom w:w="60" w:type="dxa"/>
              <w:right w:w="70" w:type="dxa"/>
            </w:tcMar>
          </w:tcPr>
          <w:p w14:paraId="2CAE3592" w14:textId="77777777" w:rsidR="007D5B1E" w:rsidRPr="00DA61DD" w:rsidRDefault="00000000">
            <w:pPr>
              <w:spacing w:after="0" w:line="240" w:lineRule="auto"/>
              <w:jc w:val="center"/>
              <w:rPr>
                <w:sz w:val="26"/>
                <w:szCs w:val="26"/>
              </w:rPr>
            </w:pPr>
            <w:r w:rsidRPr="00DA61DD">
              <w:rPr>
                <w:b/>
                <w:sz w:val="26"/>
                <w:szCs w:val="26"/>
              </w:rPr>
              <w:t>9 tháng đầu năm 2026</w:t>
            </w:r>
          </w:p>
        </w:tc>
      </w:tr>
      <w:tr w:rsidR="007D5B1E" w:rsidRPr="00DA61DD" w14:paraId="00618BDF" w14:textId="77777777">
        <w:trPr>
          <w:jc w:val="center"/>
        </w:trPr>
        <w:tc>
          <w:tcPr>
            <w:tcW w:w="9354" w:type="dxa"/>
            <w:gridSpan w:val="4"/>
            <w:tcBorders>
              <w:top w:val="single" w:sz="6" w:space="0" w:color="000000"/>
              <w:left w:val="single" w:sz="6" w:space="0" w:color="000000"/>
              <w:bottom w:val="single" w:sz="6" w:space="0" w:color="000000"/>
              <w:right w:val="single" w:sz="6" w:space="0" w:color="000000"/>
            </w:tcBorders>
            <w:shd w:val="clear" w:color="auto" w:fill="E7E6E6"/>
            <w:tcMar>
              <w:top w:w="60" w:type="dxa"/>
              <w:left w:w="70" w:type="dxa"/>
              <w:bottom w:w="60" w:type="dxa"/>
              <w:right w:w="70" w:type="dxa"/>
            </w:tcMar>
            <w:vAlign w:val="center"/>
          </w:tcPr>
          <w:p w14:paraId="57CA2104" w14:textId="77777777" w:rsidR="007D5B1E" w:rsidRPr="00DA61DD" w:rsidRDefault="00000000">
            <w:pPr>
              <w:spacing w:after="0" w:line="240" w:lineRule="auto"/>
              <w:rPr>
                <w:sz w:val="26"/>
                <w:szCs w:val="26"/>
              </w:rPr>
            </w:pPr>
            <w:r w:rsidRPr="00DA61DD">
              <w:rPr>
                <w:b/>
                <w:sz w:val="26"/>
                <w:szCs w:val="26"/>
              </w:rPr>
              <w:t>I. KHÁCH QUỐC TẾ ĐẾN ĐỊA PHƯƠNG</w:t>
            </w:r>
          </w:p>
        </w:tc>
      </w:tr>
      <w:tr w:rsidR="007D5B1E" w:rsidRPr="00DA61DD" w14:paraId="6BD19703" w14:textId="77777777">
        <w:trPr>
          <w:trHeight w:val="232"/>
          <w:jc w:val="center"/>
        </w:trPr>
        <w:tc>
          <w:tcPr>
            <w:tcW w:w="680" w:type="dxa"/>
            <w:tcBorders>
              <w:top w:val="single" w:sz="6" w:space="0" w:color="000000"/>
              <w:left w:val="single" w:sz="6" w:space="0" w:color="000000"/>
              <w:bottom w:val="single" w:sz="6" w:space="0" w:color="000000"/>
              <w:right w:val="single" w:sz="6" w:space="0" w:color="000000"/>
            </w:tcBorders>
            <w:tcMar>
              <w:top w:w="60" w:type="dxa"/>
              <w:left w:w="70" w:type="dxa"/>
              <w:bottom w:w="60" w:type="dxa"/>
              <w:right w:w="70" w:type="dxa"/>
            </w:tcMar>
            <w:vAlign w:val="center"/>
          </w:tcPr>
          <w:p w14:paraId="393F8F54" w14:textId="77777777" w:rsidR="007D5B1E" w:rsidRPr="00DA61DD" w:rsidRDefault="00000000">
            <w:pPr>
              <w:spacing w:after="0" w:line="240" w:lineRule="auto"/>
              <w:jc w:val="center"/>
              <w:rPr>
                <w:sz w:val="26"/>
                <w:szCs w:val="26"/>
              </w:rPr>
            </w:pPr>
            <w:r w:rsidRPr="00DA61DD">
              <w:rPr>
                <w:sz w:val="26"/>
                <w:szCs w:val="26"/>
              </w:rPr>
              <w:t>1</w:t>
            </w:r>
          </w:p>
        </w:tc>
        <w:tc>
          <w:tcPr>
            <w:tcW w:w="5783" w:type="dxa"/>
            <w:tcBorders>
              <w:top w:val="single" w:sz="6" w:space="0" w:color="000000"/>
              <w:left w:val="single" w:sz="6" w:space="0" w:color="000000"/>
              <w:bottom w:val="single" w:sz="6" w:space="0" w:color="000000"/>
              <w:right w:val="single" w:sz="6" w:space="0" w:color="000000"/>
            </w:tcBorders>
            <w:tcMar>
              <w:top w:w="60" w:type="dxa"/>
              <w:left w:w="70" w:type="dxa"/>
              <w:bottom w:w="60" w:type="dxa"/>
              <w:right w:w="70" w:type="dxa"/>
            </w:tcMar>
            <w:vAlign w:val="center"/>
          </w:tcPr>
          <w:p w14:paraId="566A4E86" w14:textId="77777777" w:rsidR="007D5B1E" w:rsidRPr="00DA61DD" w:rsidRDefault="00000000">
            <w:pPr>
              <w:spacing w:after="0" w:line="240" w:lineRule="auto"/>
              <w:rPr>
                <w:sz w:val="26"/>
                <w:szCs w:val="26"/>
              </w:rPr>
            </w:pPr>
            <w:r w:rsidRPr="00DA61DD">
              <w:rPr>
                <w:sz w:val="26"/>
                <w:szCs w:val="26"/>
              </w:rPr>
              <w:t>Tổng số khách quốc tế đến địa phương</w:t>
            </w:r>
          </w:p>
        </w:tc>
        <w:tc>
          <w:tcPr>
            <w:tcW w:w="1417" w:type="dxa"/>
            <w:tcBorders>
              <w:top w:val="single" w:sz="6" w:space="0" w:color="000000"/>
              <w:left w:val="single" w:sz="6" w:space="0" w:color="000000"/>
              <w:bottom w:val="single" w:sz="6" w:space="0" w:color="000000"/>
              <w:right w:val="single" w:sz="6" w:space="0" w:color="000000"/>
            </w:tcBorders>
            <w:tcMar>
              <w:top w:w="60" w:type="dxa"/>
              <w:left w:w="70" w:type="dxa"/>
              <w:bottom w:w="60" w:type="dxa"/>
              <w:right w:w="70" w:type="dxa"/>
            </w:tcMar>
            <w:vAlign w:val="center"/>
          </w:tcPr>
          <w:p w14:paraId="47535E12" w14:textId="77777777" w:rsidR="007D5B1E" w:rsidRPr="00DA61DD" w:rsidRDefault="00000000">
            <w:pPr>
              <w:spacing w:after="0" w:line="240" w:lineRule="auto"/>
              <w:jc w:val="center"/>
              <w:rPr>
                <w:sz w:val="26"/>
                <w:szCs w:val="26"/>
              </w:rPr>
            </w:pPr>
            <w:r w:rsidRPr="00DA61DD">
              <w:rPr>
                <w:sz w:val="26"/>
                <w:szCs w:val="26"/>
              </w:rPr>
              <w:t>Lượt khách</w:t>
            </w:r>
          </w:p>
        </w:tc>
        <w:tc>
          <w:tcPr>
            <w:tcW w:w="1474" w:type="dxa"/>
            <w:tcBorders>
              <w:top w:val="single" w:sz="6" w:space="0" w:color="000000"/>
              <w:left w:val="single" w:sz="6" w:space="0" w:color="000000"/>
              <w:bottom w:val="single" w:sz="6" w:space="0" w:color="000000"/>
              <w:right w:val="single" w:sz="6" w:space="0" w:color="000000"/>
            </w:tcBorders>
            <w:tcMar>
              <w:top w:w="60" w:type="dxa"/>
              <w:left w:w="70" w:type="dxa"/>
              <w:bottom w:w="60" w:type="dxa"/>
              <w:right w:w="70" w:type="dxa"/>
            </w:tcMar>
            <w:vAlign w:val="center"/>
          </w:tcPr>
          <w:p w14:paraId="644CA7E3" w14:textId="77777777" w:rsidR="007D5B1E" w:rsidRPr="00DA61DD" w:rsidRDefault="007D5B1E">
            <w:pPr>
              <w:spacing w:after="0" w:line="240" w:lineRule="auto"/>
              <w:rPr>
                <w:sz w:val="26"/>
                <w:szCs w:val="26"/>
              </w:rPr>
            </w:pPr>
          </w:p>
        </w:tc>
      </w:tr>
      <w:tr w:rsidR="007D5B1E" w:rsidRPr="00DA61DD" w14:paraId="74977E4B" w14:textId="77777777">
        <w:trPr>
          <w:trHeight w:val="232"/>
          <w:jc w:val="center"/>
        </w:trPr>
        <w:tc>
          <w:tcPr>
            <w:tcW w:w="680" w:type="dxa"/>
            <w:tcBorders>
              <w:top w:val="single" w:sz="6" w:space="0" w:color="000000"/>
              <w:left w:val="single" w:sz="6" w:space="0" w:color="000000"/>
              <w:bottom w:val="single" w:sz="6" w:space="0" w:color="000000"/>
              <w:right w:val="single" w:sz="6" w:space="0" w:color="000000"/>
            </w:tcBorders>
            <w:tcMar>
              <w:top w:w="60" w:type="dxa"/>
              <w:left w:w="70" w:type="dxa"/>
              <w:bottom w:w="60" w:type="dxa"/>
              <w:right w:w="70" w:type="dxa"/>
            </w:tcMar>
            <w:vAlign w:val="center"/>
          </w:tcPr>
          <w:p w14:paraId="629B4F57" w14:textId="77777777" w:rsidR="007D5B1E" w:rsidRPr="00DA61DD" w:rsidRDefault="007D5B1E">
            <w:pPr>
              <w:spacing w:after="0" w:line="240" w:lineRule="auto"/>
              <w:jc w:val="center"/>
              <w:rPr>
                <w:sz w:val="26"/>
                <w:szCs w:val="26"/>
              </w:rPr>
            </w:pPr>
          </w:p>
        </w:tc>
        <w:tc>
          <w:tcPr>
            <w:tcW w:w="5783" w:type="dxa"/>
            <w:tcBorders>
              <w:top w:val="single" w:sz="6" w:space="0" w:color="000000"/>
              <w:left w:val="single" w:sz="6" w:space="0" w:color="000000"/>
              <w:bottom w:val="single" w:sz="6" w:space="0" w:color="000000"/>
              <w:right w:val="single" w:sz="6" w:space="0" w:color="000000"/>
            </w:tcBorders>
            <w:tcMar>
              <w:top w:w="60" w:type="dxa"/>
              <w:left w:w="70" w:type="dxa"/>
              <w:bottom w:w="60" w:type="dxa"/>
              <w:right w:w="70" w:type="dxa"/>
            </w:tcMar>
            <w:vAlign w:val="center"/>
          </w:tcPr>
          <w:p w14:paraId="7B3FA32E" w14:textId="77777777" w:rsidR="007D5B1E" w:rsidRPr="00DA61DD" w:rsidRDefault="00000000">
            <w:pPr>
              <w:spacing w:after="0" w:line="240" w:lineRule="auto"/>
              <w:rPr>
                <w:sz w:val="26"/>
                <w:szCs w:val="26"/>
              </w:rPr>
            </w:pPr>
            <w:r w:rsidRPr="00DA61DD">
              <w:rPr>
                <w:i/>
                <w:sz w:val="26"/>
                <w:szCs w:val="26"/>
              </w:rPr>
              <w:t>+ Trong ngày</w:t>
            </w:r>
          </w:p>
        </w:tc>
        <w:tc>
          <w:tcPr>
            <w:tcW w:w="1417" w:type="dxa"/>
            <w:tcBorders>
              <w:top w:val="single" w:sz="6" w:space="0" w:color="000000"/>
              <w:left w:val="single" w:sz="6" w:space="0" w:color="000000"/>
              <w:bottom w:val="single" w:sz="6" w:space="0" w:color="000000"/>
              <w:right w:val="single" w:sz="6" w:space="0" w:color="000000"/>
            </w:tcBorders>
            <w:tcMar>
              <w:top w:w="60" w:type="dxa"/>
              <w:left w:w="70" w:type="dxa"/>
              <w:bottom w:w="60" w:type="dxa"/>
              <w:right w:w="70" w:type="dxa"/>
            </w:tcMar>
            <w:vAlign w:val="center"/>
          </w:tcPr>
          <w:p w14:paraId="53640F1A" w14:textId="77777777" w:rsidR="007D5B1E" w:rsidRPr="00DA61DD" w:rsidRDefault="00000000">
            <w:pPr>
              <w:spacing w:after="0" w:line="240" w:lineRule="auto"/>
              <w:jc w:val="center"/>
              <w:rPr>
                <w:sz w:val="26"/>
                <w:szCs w:val="26"/>
              </w:rPr>
            </w:pPr>
            <w:r w:rsidRPr="00DA61DD">
              <w:rPr>
                <w:sz w:val="26"/>
                <w:szCs w:val="26"/>
              </w:rPr>
              <w:t>Lượt khách</w:t>
            </w:r>
          </w:p>
        </w:tc>
        <w:tc>
          <w:tcPr>
            <w:tcW w:w="1474" w:type="dxa"/>
            <w:tcBorders>
              <w:top w:val="single" w:sz="6" w:space="0" w:color="000000"/>
              <w:left w:val="single" w:sz="6" w:space="0" w:color="000000"/>
              <w:bottom w:val="single" w:sz="6" w:space="0" w:color="000000"/>
              <w:right w:val="single" w:sz="6" w:space="0" w:color="000000"/>
            </w:tcBorders>
            <w:tcMar>
              <w:top w:w="60" w:type="dxa"/>
              <w:left w:w="70" w:type="dxa"/>
              <w:bottom w:w="60" w:type="dxa"/>
              <w:right w:w="70" w:type="dxa"/>
            </w:tcMar>
            <w:vAlign w:val="center"/>
          </w:tcPr>
          <w:p w14:paraId="40A427CB" w14:textId="77777777" w:rsidR="007D5B1E" w:rsidRPr="00DA61DD" w:rsidRDefault="007D5B1E">
            <w:pPr>
              <w:spacing w:after="0" w:line="240" w:lineRule="auto"/>
              <w:rPr>
                <w:sz w:val="26"/>
                <w:szCs w:val="26"/>
              </w:rPr>
            </w:pPr>
          </w:p>
        </w:tc>
      </w:tr>
      <w:tr w:rsidR="007D5B1E" w:rsidRPr="00DA61DD" w14:paraId="52E0C5B7" w14:textId="77777777">
        <w:trPr>
          <w:trHeight w:val="232"/>
          <w:jc w:val="center"/>
        </w:trPr>
        <w:tc>
          <w:tcPr>
            <w:tcW w:w="680" w:type="dxa"/>
            <w:tcBorders>
              <w:top w:val="single" w:sz="6" w:space="0" w:color="000000"/>
              <w:left w:val="single" w:sz="6" w:space="0" w:color="000000"/>
              <w:bottom w:val="single" w:sz="6" w:space="0" w:color="000000"/>
              <w:right w:val="single" w:sz="6" w:space="0" w:color="000000"/>
            </w:tcBorders>
            <w:tcMar>
              <w:top w:w="60" w:type="dxa"/>
              <w:left w:w="70" w:type="dxa"/>
              <w:bottom w:w="60" w:type="dxa"/>
              <w:right w:w="70" w:type="dxa"/>
            </w:tcMar>
            <w:vAlign w:val="center"/>
          </w:tcPr>
          <w:p w14:paraId="72D5047F" w14:textId="77777777" w:rsidR="007D5B1E" w:rsidRPr="00DA61DD" w:rsidRDefault="007D5B1E">
            <w:pPr>
              <w:spacing w:after="0" w:line="240" w:lineRule="auto"/>
              <w:jc w:val="center"/>
              <w:rPr>
                <w:sz w:val="26"/>
                <w:szCs w:val="26"/>
              </w:rPr>
            </w:pPr>
          </w:p>
        </w:tc>
        <w:tc>
          <w:tcPr>
            <w:tcW w:w="5783" w:type="dxa"/>
            <w:tcBorders>
              <w:top w:val="single" w:sz="6" w:space="0" w:color="000000"/>
              <w:left w:val="single" w:sz="6" w:space="0" w:color="000000"/>
              <w:bottom w:val="single" w:sz="6" w:space="0" w:color="000000"/>
              <w:right w:val="single" w:sz="6" w:space="0" w:color="000000"/>
            </w:tcBorders>
            <w:tcMar>
              <w:top w:w="60" w:type="dxa"/>
              <w:left w:w="70" w:type="dxa"/>
              <w:bottom w:w="60" w:type="dxa"/>
              <w:right w:w="70" w:type="dxa"/>
            </w:tcMar>
            <w:vAlign w:val="center"/>
          </w:tcPr>
          <w:p w14:paraId="711A62B6" w14:textId="77777777" w:rsidR="007D5B1E" w:rsidRPr="00DA61DD" w:rsidRDefault="00000000">
            <w:pPr>
              <w:spacing w:after="0" w:line="240" w:lineRule="auto"/>
              <w:rPr>
                <w:sz w:val="26"/>
                <w:szCs w:val="26"/>
              </w:rPr>
            </w:pPr>
            <w:r w:rsidRPr="00DA61DD">
              <w:rPr>
                <w:i/>
                <w:sz w:val="26"/>
                <w:szCs w:val="26"/>
              </w:rPr>
              <w:t>+ Có nghỉ qua đêm tại cơ sở lưu trú du lịch</w:t>
            </w:r>
          </w:p>
        </w:tc>
        <w:tc>
          <w:tcPr>
            <w:tcW w:w="1417" w:type="dxa"/>
            <w:tcBorders>
              <w:top w:val="single" w:sz="6" w:space="0" w:color="000000"/>
              <w:left w:val="single" w:sz="6" w:space="0" w:color="000000"/>
              <w:bottom w:val="single" w:sz="6" w:space="0" w:color="000000"/>
              <w:right w:val="single" w:sz="6" w:space="0" w:color="000000"/>
            </w:tcBorders>
            <w:tcMar>
              <w:top w:w="60" w:type="dxa"/>
              <w:left w:w="70" w:type="dxa"/>
              <w:bottom w:w="60" w:type="dxa"/>
              <w:right w:w="70" w:type="dxa"/>
            </w:tcMar>
            <w:vAlign w:val="center"/>
          </w:tcPr>
          <w:p w14:paraId="1C49D396" w14:textId="77777777" w:rsidR="007D5B1E" w:rsidRPr="00DA61DD" w:rsidRDefault="00000000">
            <w:pPr>
              <w:spacing w:after="0" w:line="240" w:lineRule="auto"/>
              <w:jc w:val="center"/>
              <w:rPr>
                <w:sz w:val="26"/>
                <w:szCs w:val="26"/>
              </w:rPr>
            </w:pPr>
            <w:r w:rsidRPr="00DA61DD">
              <w:rPr>
                <w:sz w:val="26"/>
                <w:szCs w:val="26"/>
              </w:rPr>
              <w:t>Lượt khách</w:t>
            </w:r>
          </w:p>
        </w:tc>
        <w:tc>
          <w:tcPr>
            <w:tcW w:w="1474" w:type="dxa"/>
            <w:tcBorders>
              <w:top w:val="single" w:sz="6" w:space="0" w:color="000000"/>
              <w:left w:val="single" w:sz="6" w:space="0" w:color="000000"/>
              <w:bottom w:val="single" w:sz="6" w:space="0" w:color="000000"/>
              <w:right w:val="single" w:sz="6" w:space="0" w:color="000000"/>
            </w:tcBorders>
            <w:tcMar>
              <w:top w:w="60" w:type="dxa"/>
              <w:left w:w="70" w:type="dxa"/>
              <w:bottom w:w="60" w:type="dxa"/>
              <w:right w:w="70" w:type="dxa"/>
            </w:tcMar>
            <w:vAlign w:val="center"/>
          </w:tcPr>
          <w:p w14:paraId="5746D185" w14:textId="77777777" w:rsidR="007D5B1E" w:rsidRPr="00DA61DD" w:rsidRDefault="007D5B1E">
            <w:pPr>
              <w:spacing w:after="0" w:line="240" w:lineRule="auto"/>
              <w:rPr>
                <w:sz w:val="26"/>
                <w:szCs w:val="26"/>
              </w:rPr>
            </w:pPr>
          </w:p>
        </w:tc>
      </w:tr>
      <w:tr w:rsidR="007D5B1E" w:rsidRPr="00DA61DD" w14:paraId="65E7AD3A" w14:textId="77777777">
        <w:trPr>
          <w:trHeight w:val="232"/>
          <w:jc w:val="center"/>
        </w:trPr>
        <w:tc>
          <w:tcPr>
            <w:tcW w:w="680" w:type="dxa"/>
            <w:tcBorders>
              <w:top w:val="single" w:sz="6" w:space="0" w:color="000000"/>
              <w:left w:val="single" w:sz="6" w:space="0" w:color="000000"/>
              <w:bottom w:val="single" w:sz="6" w:space="0" w:color="000000"/>
              <w:right w:val="single" w:sz="6" w:space="0" w:color="000000"/>
            </w:tcBorders>
            <w:tcMar>
              <w:top w:w="60" w:type="dxa"/>
              <w:left w:w="70" w:type="dxa"/>
              <w:bottom w:w="60" w:type="dxa"/>
              <w:right w:w="70" w:type="dxa"/>
            </w:tcMar>
            <w:vAlign w:val="center"/>
          </w:tcPr>
          <w:p w14:paraId="140DD4A0" w14:textId="77777777" w:rsidR="007D5B1E" w:rsidRPr="00DA61DD" w:rsidRDefault="00000000">
            <w:pPr>
              <w:spacing w:after="0" w:line="240" w:lineRule="auto"/>
              <w:jc w:val="center"/>
              <w:rPr>
                <w:sz w:val="26"/>
                <w:szCs w:val="26"/>
              </w:rPr>
            </w:pPr>
            <w:r w:rsidRPr="00DA61DD">
              <w:rPr>
                <w:sz w:val="26"/>
                <w:szCs w:val="26"/>
              </w:rPr>
              <w:t>2</w:t>
            </w:r>
          </w:p>
        </w:tc>
        <w:tc>
          <w:tcPr>
            <w:tcW w:w="5783" w:type="dxa"/>
            <w:tcBorders>
              <w:top w:val="single" w:sz="6" w:space="0" w:color="000000"/>
              <w:left w:val="single" w:sz="6" w:space="0" w:color="000000"/>
              <w:bottom w:val="single" w:sz="6" w:space="0" w:color="000000"/>
              <w:right w:val="single" w:sz="6" w:space="0" w:color="000000"/>
            </w:tcBorders>
            <w:tcMar>
              <w:top w:w="60" w:type="dxa"/>
              <w:left w:w="70" w:type="dxa"/>
              <w:bottom w:w="60" w:type="dxa"/>
              <w:right w:w="70" w:type="dxa"/>
            </w:tcMar>
            <w:vAlign w:val="center"/>
          </w:tcPr>
          <w:p w14:paraId="71A2BB1D" w14:textId="77777777" w:rsidR="007D5B1E" w:rsidRPr="00DA61DD" w:rsidRDefault="00000000">
            <w:pPr>
              <w:spacing w:after="0" w:line="240" w:lineRule="auto"/>
              <w:rPr>
                <w:sz w:val="26"/>
                <w:szCs w:val="26"/>
              </w:rPr>
            </w:pPr>
            <w:r w:rsidRPr="00DA61DD">
              <w:rPr>
                <w:sz w:val="26"/>
                <w:szCs w:val="26"/>
              </w:rPr>
              <w:t>Tổng số ngày khách quốc tế đến địa phương (khách có nghỉ đêm tại cơ sở lưu trú du lịch)</w:t>
            </w:r>
          </w:p>
        </w:tc>
        <w:tc>
          <w:tcPr>
            <w:tcW w:w="1417" w:type="dxa"/>
            <w:tcBorders>
              <w:top w:val="single" w:sz="6" w:space="0" w:color="000000"/>
              <w:left w:val="single" w:sz="6" w:space="0" w:color="000000"/>
              <w:bottom w:val="single" w:sz="6" w:space="0" w:color="000000"/>
              <w:right w:val="single" w:sz="6" w:space="0" w:color="000000"/>
            </w:tcBorders>
            <w:tcMar>
              <w:top w:w="60" w:type="dxa"/>
              <w:left w:w="70" w:type="dxa"/>
              <w:bottom w:w="60" w:type="dxa"/>
              <w:right w:w="70" w:type="dxa"/>
            </w:tcMar>
            <w:vAlign w:val="center"/>
          </w:tcPr>
          <w:p w14:paraId="0AF14232" w14:textId="77777777" w:rsidR="007D5B1E" w:rsidRPr="00DA61DD" w:rsidRDefault="00000000">
            <w:pPr>
              <w:spacing w:after="0" w:line="240" w:lineRule="auto"/>
              <w:jc w:val="center"/>
              <w:rPr>
                <w:sz w:val="26"/>
                <w:szCs w:val="26"/>
              </w:rPr>
            </w:pPr>
            <w:r w:rsidRPr="00DA61DD">
              <w:rPr>
                <w:sz w:val="26"/>
                <w:szCs w:val="26"/>
              </w:rPr>
              <w:t>Ngày khách</w:t>
            </w:r>
          </w:p>
        </w:tc>
        <w:tc>
          <w:tcPr>
            <w:tcW w:w="1474" w:type="dxa"/>
            <w:tcBorders>
              <w:top w:val="single" w:sz="6" w:space="0" w:color="000000"/>
              <w:left w:val="single" w:sz="6" w:space="0" w:color="000000"/>
              <w:bottom w:val="single" w:sz="6" w:space="0" w:color="000000"/>
              <w:right w:val="single" w:sz="6" w:space="0" w:color="000000"/>
            </w:tcBorders>
            <w:tcMar>
              <w:top w:w="60" w:type="dxa"/>
              <w:left w:w="70" w:type="dxa"/>
              <w:bottom w:w="60" w:type="dxa"/>
              <w:right w:w="70" w:type="dxa"/>
            </w:tcMar>
            <w:vAlign w:val="center"/>
          </w:tcPr>
          <w:p w14:paraId="648538FA" w14:textId="77777777" w:rsidR="007D5B1E" w:rsidRPr="00DA61DD" w:rsidRDefault="007D5B1E">
            <w:pPr>
              <w:spacing w:after="0" w:line="240" w:lineRule="auto"/>
              <w:rPr>
                <w:sz w:val="26"/>
                <w:szCs w:val="26"/>
              </w:rPr>
            </w:pPr>
          </w:p>
        </w:tc>
      </w:tr>
      <w:tr w:rsidR="007D5B1E" w:rsidRPr="00DA61DD" w14:paraId="20EB26C2" w14:textId="77777777">
        <w:trPr>
          <w:trHeight w:val="232"/>
          <w:jc w:val="center"/>
        </w:trPr>
        <w:tc>
          <w:tcPr>
            <w:tcW w:w="680" w:type="dxa"/>
            <w:tcBorders>
              <w:top w:val="single" w:sz="6" w:space="0" w:color="000000"/>
              <w:left w:val="single" w:sz="6" w:space="0" w:color="000000"/>
              <w:bottom w:val="single" w:sz="6" w:space="0" w:color="000000"/>
              <w:right w:val="single" w:sz="6" w:space="0" w:color="000000"/>
            </w:tcBorders>
            <w:tcMar>
              <w:top w:w="60" w:type="dxa"/>
              <w:left w:w="70" w:type="dxa"/>
              <w:bottom w:w="60" w:type="dxa"/>
              <w:right w:w="70" w:type="dxa"/>
            </w:tcMar>
            <w:vAlign w:val="center"/>
          </w:tcPr>
          <w:p w14:paraId="03ED852E" w14:textId="77777777" w:rsidR="007D5B1E" w:rsidRPr="00DA61DD" w:rsidRDefault="00000000">
            <w:pPr>
              <w:spacing w:after="0" w:line="240" w:lineRule="auto"/>
              <w:jc w:val="center"/>
              <w:rPr>
                <w:sz w:val="26"/>
                <w:szCs w:val="26"/>
              </w:rPr>
            </w:pPr>
            <w:r w:rsidRPr="00DA61DD">
              <w:rPr>
                <w:sz w:val="26"/>
                <w:szCs w:val="26"/>
              </w:rPr>
              <w:t>3</w:t>
            </w:r>
          </w:p>
        </w:tc>
        <w:tc>
          <w:tcPr>
            <w:tcW w:w="5783" w:type="dxa"/>
            <w:tcBorders>
              <w:top w:val="single" w:sz="6" w:space="0" w:color="000000"/>
              <w:left w:val="single" w:sz="6" w:space="0" w:color="000000"/>
              <w:bottom w:val="single" w:sz="6" w:space="0" w:color="000000"/>
              <w:right w:val="single" w:sz="6" w:space="0" w:color="000000"/>
            </w:tcBorders>
            <w:tcMar>
              <w:top w:w="60" w:type="dxa"/>
              <w:left w:w="70" w:type="dxa"/>
              <w:bottom w:w="60" w:type="dxa"/>
              <w:right w:w="70" w:type="dxa"/>
            </w:tcMar>
            <w:vAlign w:val="center"/>
          </w:tcPr>
          <w:p w14:paraId="4A1AF9E5" w14:textId="77777777" w:rsidR="007D5B1E" w:rsidRPr="00DA61DD" w:rsidRDefault="00000000">
            <w:pPr>
              <w:spacing w:after="0" w:line="240" w:lineRule="auto"/>
              <w:rPr>
                <w:sz w:val="26"/>
                <w:szCs w:val="26"/>
              </w:rPr>
            </w:pPr>
            <w:r w:rsidRPr="00DA61DD">
              <w:rPr>
                <w:sz w:val="26"/>
                <w:szCs w:val="26"/>
              </w:rPr>
              <w:t>Tổng thu từ khách quốc tế đến địa phương</w:t>
            </w:r>
          </w:p>
        </w:tc>
        <w:tc>
          <w:tcPr>
            <w:tcW w:w="1417" w:type="dxa"/>
            <w:tcBorders>
              <w:top w:val="single" w:sz="6" w:space="0" w:color="000000"/>
              <w:left w:val="single" w:sz="6" w:space="0" w:color="000000"/>
              <w:bottom w:val="single" w:sz="6" w:space="0" w:color="000000"/>
              <w:right w:val="single" w:sz="6" w:space="0" w:color="000000"/>
            </w:tcBorders>
            <w:tcMar>
              <w:top w:w="60" w:type="dxa"/>
              <w:left w:w="70" w:type="dxa"/>
              <w:bottom w:w="60" w:type="dxa"/>
              <w:right w:w="70" w:type="dxa"/>
            </w:tcMar>
            <w:vAlign w:val="center"/>
          </w:tcPr>
          <w:p w14:paraId="07F1AB46" w14:textId="77777777" w:rsidR="007D5B1E" w:rsidRPr="00DA61DD" w:rsidRDefault="00000000">
            <w:pPr>
              <w:spacing w:after="0" w:line="240" w:lineRule="auto"/>
              <w:jc w:val="center"/>
              <w:rPr>
                <w:sz w:val="26"/>
                <w:szCs w:val="26"/>
              </w:rPr>
            </w:pPr>
            <w:r w:rsidRPr="00DA61DD">
              <w:rPr>
                <w:sz w:val="26"/>
                <w:szCs w:val="26"/>
              </w:rPr>
              <w:t>Triệu đồng</w:t>
            </w:r>
          </w:p>
        </w:tc>
        <w:tc>
          <w:tcPr>
            <w:tcW w:w="1474" w:type="dxa"/>
            <w:tcBorders>
              <w:top w:val="single" w:sz="6" w:space="0" w:color="000000"/>
              <w:left w:val="single" w:sz="6" w:space="0" w:color="000000"/>
              <w:bottom w:val="single" w:sz="6" w:space="0" w:color="000000"/>
              <w:right w:val="single" w:sz="6" w:space="0" w:color="000000"/>
            </w:tcBorders>
            <w:tcMar>
              <w:top w:w="60" w:type="dxa"/>
              <w:left w:w="70" w:type="dxa"/>
              <w:bottom w:w="60" w:type="dxa"/>
              <w:right w:w="70" w:type="dxa"/>
            </w:tcMar>
            <w:vAlign w:val="center"/>
          </w:tcPr>
          <w:p w14:paraId="5D44512E" w14:textId="77777777" w:rsidR="007D5B1E" w:rsidRPr="00DA61DD" w:rsidRDefault="007D5B1E">
            <w:pPr>
              <w:spacing w:after="0" w:line="240" w:lineRule="auto"/>
              <w:rPr>
                <w:sz w:val="26"/>
                <w:szCs w:val="26"/>
              </w:rPr>
            </w:pPr>
          </w:p>
        </w:tc>
      </w:tr>
      <w:tr w:rsidR="007D5B1E" w:rsidRPr="00DA61DD" w14:paraId="7B395E93" w14:textId="77777777">
        <w:trPr>
          <w:jc w:val="center"/>
        </w:trPr>
        <w:tc>
          <w:tcPr>
            <w:tcW w:w="9354" w:type="dxa"/>
            <w:gridSpan w:val="4"/>
            <w:tcBorders>
              <w:top w:val="single" w:sz="6" w:space="0" w:color="000000"/>
              <w:left w:val="single" w:sz="6" w:space="0" w:color="000000"/>
              <w:bottom w:val="single" w:sz="6" w:space="0" w:color="000000"/>
              <w:right w:val="single" w:sz="6" w:space="0" w:color="000000"/>
            </w:tcBorders>
            <w:shd w:val="clear" w:color="auto" w:fill="E7E6E6"/>
            <w:tcMar>
              <w:top w:w="60" w:type="dxa"/>
              <w:left w:w="70" w:type="dxa"/>
              <w:bottom w:w="60" w:type="dxa"/>
              <w:right w:w="70" w:type="dxa"/>
            </w:tcMar>
            <w:vAlign w:val="center"/>
          </w:tcPr>
          <w:p w14:paraId="783A9A2B" w14:textId="77777777" w:rsidR="007D5B1E" w:rsidRPr="00DA61DD" w:rsidRDefault="00000000">
            <w:pPr>
              <w:spacing w:after="0" w:line="240" w:lineRule="auto"/>
              <w:rPr>
                <w:sz w:val="26"/>
                <w:szCs w:val="26"/>
              </w:rPr>
            </w:pPr>
            <w:r w:rsidRPr="00DA61DD">
              <w:rPr>
                <w:b/>
                <w:sz w:val="26"/>
                <w:szCs w:val="26"/>
              </w:rPr>
              <w:t>II. KHÁCH DU LỊCH NỘI ĐỊA</w:t>
            </w:r>
          </w:p>
        </w:tc>
      </w:tr>
      <w:tr w:rsidR="007D5B1E" w:rsidRPr="00DA61DD" w14:paraId="412D2F77" w14:textId="77777777">
        <w:trPr>
          <w:trHeight w:val="232"/>
          <w:jc w:val="center"/>
        </w:trPr>
        <w:tc>
          <w:tcPr>
            <w:tcW w:w="680" w:type="dxa"/>
            <w:tcBorders>
              <w:top w:val="single" w:sz="6" w:space="0" w:color="000000"/>
              <w:left w:val="single" w:sz="6" w:space="0" w:color="000000"/>
              <w:bottom w:val="single" w:sz="6" w:space="0" w:color="000000"/>
              <w:right w:val="single" w:sz="6" w:space="0" w:color="000000"/>
            </w:tcBorders>
            <w:tcMar>
              <w:top w:w="60" w:type="dxa"/>
              <w:left w:w="70" w:type="dxa"/>
              <w:bottom w:w="60" w:type="dxa"/>
              <w:right w:w="70" w:type="dxa"/>
            </w:tcMar>
            <w:vAlign w:val="center"/>
          </w:tcPr>
          <w:p w14:paraId="62EE3073" w14:textId="77777777" w:rsidR="007D5B1E" w:rsidRPr="00DA61DD" w:rsidRDefault="00000000">
            <w:pPr>
              <w:spacing w:after="0" w:line="240" w:lineRule="auto"/>
              <w:jc w:val="center"/>
              <w:rPr>
                <w:sz w:val="26"/>
                <w:szCs w:val="26"/>
              </w:rPr>
            </w:pPr>
            <w:r w:rsidRPr="00DA61DD">
              <w:rPr>
                <w:sz w:val="26"/>
                <w:szCs w:val="26"/>
              </w:rPr>
              <w:t>4</w:t>
            </w:r>
          </w:p>
        </w:tc>
        <w:tc>
          <w:tcPr>
            <w:tcW w:w="5783" w:type="dxa"/>
            <w:tcBorders>
              <w:top w:val="single" w:sz="6" w:space="0" w:color="000000"/>
              <w:left w:val="single" w:sz="6" w:space="0" w:color="000000"/>
              <w:bottom w:val="single" w:sz="6" w:space="0" w:color="000000"/>
              <w:right w:val="single" w:sz="6" w:space="0" w:color="000000"/>
            </w:tcBorders>
            <w:tcMar>
              <w:top w:w="60" w:type="dxa"/>
              <w:left w:w="70" w:type="dxa"/>
              <w:bottom w:w="60" w:type="dxa"/>
              <w:right w:w="70" w:type="dxa"/>
            </w:tcMar>
            <w:vAlign w:val="center"/>
          </w:tcPr>
          <w:p w14:paraId="66C5A024" w14:textId="77777777" w:rsidR="007D5B1E" w:rsidRPr="00DA61DD" w:rsidRDefault="00000000">
            <w:pPr>
              <w:spacing w:after="0" w:line="240" w:lineRule="auto"/>
              <w:rPr>
                <w:sz w:val="26"/>
                <w:szCs w:val="26"/>
              </w:rPr>
            </w:pPr>
            <w:r w:rsidRPr="00DA61DD">
              <w:rPr>
                <w:sz w:val="26"/>
                <w:szCs w:val="26"/>
              </w:rPr>
              <w:t>Tổng số khách du lịch nội địa</w:t>
            </w:r>
          </w:p>
        </w:tc>
        <w:tc>
          <w:tcPr>
            <w:tcW w:w="1417" w:type="dxa"/>
            <w:tcBorders>
              <w:top w:val="single" w:sz="6" w:space="0" w:color="000000"/>
              <w:left w:val="single" w:sz="6" w:space="0" w:color="000000"/>
              <w:bottom w:val="single" w:sz="6" w:space="0" w:color="000000"/>
              <w:right w:val="single" w:sz="6" w:space="0" w:color="000000"/>
            </w:tcBorders>
            <w:tcMar>
              <w:top w:w="60" w:type="dxa"/>
              <w:left w:w="70" w:type="dxa"/>
              <w:bottom w:w="60" w:type="dxa"/>
              <w:right w:w="70" w:type="dxa"/>
            </w:tcMar>
            <w:vAlign w:val="center"/>
          </w:tcPr>
          <w:p w14:paraId="469D624A" w14:textId="77777777" w:rsidR="007D5B1E" w:rsidRPr="00DA61DD" w:rsidRDefault="00000000">
            <w:pPr>
              <w:spacing w:after="0" w:line="240" w:lineRule="auto"/>
              <w:jc w:val="center"/>
              <w:rPr>
                <w:sz w:val="26"/>
                <w:szCs w:val="26"/>
              </w:rPr>
            </w:pPr>
            <w:r w:rsidRPr="00DA61DD">
              <w:rPr>
                <w:sz w:val="26"/>
                <w:szCs w:val="26"/>
              </w:rPr>
              <w:t>Lượt khách</w:t>
            </w:r>
          </w:p>
        </w:tc>
        <w:tc>
          <w:tcPr>
            <w:tcW w:w="1474" w:type="dxa"/>
            <w:tcBorders>
              <w:top w:val="single" w:sz="6" w:space="0" w:color="000000"/>
              <w:left w:val="single" w:sz="6" w:space="0" w:color="000000"/>
              <w:bottom w:val="single" w:sz="6" w:space="0" w:color="000000"/>
              <w:right w:val="single" w:sz="6" w:space="0" w:color="000000"/>
            </w:tcBorders>
            <w:tcMar>
              <w:top w:w="60" w:type="dxa"/>
              <w:left w:w="70" w:type="dxa"/>
              <w:bottom w:w="60" w:type="dxa"/>
              <w:right w:w="70" w:type="dxa"/>
            </w:tcMar>
            <w:vAlign w:val="center"/>
          </w:tcPr>
          <w:p w14:paraId="1ED0893A" w14:textId="77777777" w:rsidR="007D5B1E" w:rsidRPr="00DA61DD" w:rsidRDefault="007D5B1E">
            <w:pPr>
              <w:spacing w:after="0" w:line="240" w:lineRule="auto"/>
              <w:rPr>
                <w:sz w:val="26"/>
                <w:szCs w:val="26"/>
              </w:rPr>
            </w:pPr>
          </w:p>
        </w:tc>
      </w:tr>
      <w:tr w:rsidR="007D5B1E" w:rsidRPr="00DA61DD" w14:paraId="7F64E138" w14:textId="77777777">
        <w:trPr>
          <w:trHeight w:val="232"/>
          <w:jc w:val="center"/>
        </w:trPr>
        <w:tc>
          <w:tcPr>
            <w:tcW w:w="680" w:type="dxa"/>
            <w:tcBorders>
              <w:top w:val="single" w:sz="6" w:space="0" w:color="000000"/>
              <w:left w:val="single" w:sz="6" w:space="0" w:color="000000"/>
              <w:bottom w:val="single" w:sz="6" w:space="0" w:color="000000"/>
              <w:right w:val="single" w:sz="6" w:space="0" w:color="000000"/>
            </w:tcBorders>
            <w:tcMar>
              <w:top w:w="60" w:type="dxa"/>
              <w:left w:w="70" w:type="dxa"/>
              <w:bottom w:w="60" w:type="dxa"/>
              <w:right w:w="70" w:type="dxa"/>
            </w:tcMar>
            <w:vAlign w:val="center"/>
          </w:tcPr>
          <w:p w14:paraId="7D82C750" w14:textId="77777777" w:rsidR="007D5B1E" w:rsidRPr="00DA61DD" w:rsidRDefault="007D5B1E">
            <w:pPr>
              <w:spacing w:after="0" w:line="240" w:lineRule="auto"/>
              <w:jc w:val="center"/>
              <w:rPr>
                <w:sz w:val="26"/>
                <w:szCs w:val="26"/>
              </w:rPr>
            </w:pPr>
          </w:p>
        </w:tc>
        <w:tc>
          <w:tcPr>
            <w:tcW w:w="5783" w:type="dxa"/>
            <w:tcBorders>
              <w:top w:val="single" w:sz="6" w:space="0" w:color="000000"/>
              <w:left w:val="single" w:sz="6" w:space="0" w:color="000000"/>
              <w:bottom w:val="single" w:sz="6" w:space="0" w:color="000000"/>
              <w:right w:val="single" w:sz="6" w:space="0" w:color="000000"/>
            </w:tcBorders>
            <w:tcMar>
              <w:top w:w="60" w:type="dxa"/>
              <w:left w:w="70" w:type="dxa"/>
              <w:bottom w:w="60" w:type="dxa"/>
              <w:right w:w="70" w:type="dxa"/>
            </w:tcMar>
            <w:vAlign w:val="center"/>
          </w:tcPr>
          <w:p w14:paraId="1D253529" w14:textId="77777777" w:rsidR="007D5B1E" w:rsidRPr="00DA61DD" w:rsidRDefault="00000000">
            <w:pPr>
              <w:spacing w:after="0" w:line="240" w:lineRule="auto"/>
              <w:rPr>
                <w:sz w:val="26"/>
                <w:szCs w:val="26"/>
              </w:rPr>
            </w:pPr>
            <w:r w:rsidRPr="00DA61DD">
              <w:rPr>
                <w:i/>
                <w:sz w:val="26"/>
                <w:szCs w:val="26"/>
              </w:rPr>
              <w:t>+ Trong ngày</w:t>
            </w:r>
          </w:p>
        </w:tc>
        <w:tc>
          <w:tcPr>
            <w:tcW w:w="1417" w:type="dxa"/>
            <w:tcBorders>
              <w:top w:val="single" w:sz="6" w:space="0" w:color="000000"/>
              <w:left w:val="single" w:sz="6" w:space="0" w:color="000000"/>
              <w:bottom w:val="single" w:sz="6" w:space="0" w:color="000000"/>
              <w:right w:val="single" w:sz="6" w:space="0" w:color="000000"/>
            </w:tcBorders>
            <w:tcMar>
              <w:top w:w="60" w:type="dxa"/>
              <w:left w:w="70" w:type="dxa"/>
              <w:bottom w:w="60" w:type="dxa"/>
              <w:right w:w="70" w:type="dxa"/>
            </w:tcMar>
            <w:vAlign w:val="center"/>
          </w:tcPr>
          <w:p w14:paraId="37752B5B" w14:textId="77777777" w:rsidR="007D5B1E" w:rsidRPr="00DA61DD" w:rsidRDefault="00000000">
            <w:pPr>
              <w:spacing w:after="0" w:line="240" w:lineRule="auto"/>
              <w:jc w:val="center"/>
              <w:rPr>
                <w:sz w:val="26"/>
                <w:szCs w:val="26"/>
              </w:rPr>
            </w:pPr>
            <w:r w:rsidRPr="00DA61DD">
              <w:rPr>
                <w:sz w:val="26"/>
                <w:szCs w:val="26"/>
              </w:rPr>
              <w:t>Lượt khách</w:t>
            </w:r>
          </w:p>
        </w:tc>
        <w:tc>
          <w:tcPr>
            <w:tcW w:w="1474" w:type="dxa"/>
            <w:tcBorders>
              <w:top w:val="single" w:sz="6" w:space="0" w:color="000000"/>
              <w:left w:val="single" w:sz="6" w:space="0" w:color="000000"/>
              <w:bottom w:val="single" w:sz="6" w:space="0" w:color="000000"/>
              <w:right w:val="single" w:sz="6" w:space="0" w:color="000000"/>
            </w:tcBorders>
            <w:tcMar>
              <w:top w:w="60" w:type="dxa"/>
              <w:left w:w="70" w:type="dxa"/>
              <w:bottom w:w="60" w:type="dxa"/>
              <w:right w:w="70" w:type="dxa"/>
            </w:tcMar>
            <w:vAlign w:val="center"/>
          </w:tcPr>
          <w:p w14:paraId="250D0426" w14:textId="77777777" w:rsidR="007D5B1E" w:rsidRPr="00DA61DD" w:rsidRDefault="007D5B1E">
            <w:pPr>
              <w:spacing w:after="0" w:line="240" w:lineRule="auto"/>
              <w:rPr>
                <w:sz w:val="26"/>
                <w:szCs w:val="26"/>
              </w:rPr>
            </w:pPr>
          </w:p>
        </w:tc>
      </w:tr>
      <w:tr w:rsidR="007D5B1E" w:rsidRPr="00DA61DD" w14:paraId="4E97708F" w14:textId="77777777">
        <w:trPr>
          <w:trHeight w:val="232"/>
          <w:jc w:val="center"/>
        </w:trPr>
        <w:tc>
          <w:tcPr>
            <w:tcW w:w="680" w:type="dxa"/>
            <w:tcBorders>
              <w:top w:val="single" w:sz="6" w:space="0" w:color="000000"/>
              <w:left w:val="single" w:sz="6" w:space="0" w:color="000000"/>
              <w:bottom w:val="single" w:sz="6" w:space="0" w:color="000000"/>
              <w:right w:val="single" w:sz="6" w:space="0" w:color="000000"/>
            </w:tcBorders>
            <w:tcMar>
              <w:top w:w="60" w:type="dxa"/>
              <w:left w:w="70" w:type="dxa"/>
              <w:bottom w:w="60" w:type="dxa"/>
              <w:right w:w="70" w:type="dxa"/>
            </w:tcMar>
            <w:vAlign w:val="center"/>
          </w:tcPr>
          <w:p w14:paraId="5C21231E" w14:textId="77777777" w:rsidR="007D5B1E" w:rsidRPr="00DA61DD" w:rsidRDefault="007D5B1E">
            <w:pPr>
              <w:spacing w:after="0" w:line="240" w:lineRule="auto"/>
              <w:jc w:val="center"/>
              <w:rPr>
                <w:sz w:val="26"/>
                <w:szCs w:val="26"/>
              </w:rPr>
            </w:pPr>
          </w:p>
        </w:tc>
        <w:tc>
          <w:tcPr>
            <w:tcW w:w="5783" w:type="dxa"/>
            <w:tcBorders>
              <w:top w:val="single" w:sz="6" w:space="0" w:color="000000"/>
              <w:left w:val="single" w:sz="6" w:space="0" w:color="000000"/>
              <w:bottom w:val="single" w:sz="6" w:space="0" w:color="000000"/>
              <w:right w:val="single" w:sz="6" w:space="0" w:color="000000"/>
            </w:tcBorders>
            <w:tcMar>
              <w:top w:w="60" w:type="dxa"/>
              <w:left w:w="70" w:type="dxa"/>
              <w:bottom w:w="60" w:type="dxa"/>
              <w:right w:w="70" w:type="dxa"/>
            </w:tcMar>
            <w:vAlign w:val="center"/>
          </w:tcPr>
          <w:p w14:paraId="7E4D26D0" w14:textId="77777777" w:rsidR="007D5B1E" w:rsidRPr="00DA61DD" w:rsidRDefault="00000000">
            <w:pPr>
              <w:spacing w:after="0" w:line="240" w:lineRule="auto"/>
              <w:rPr>
                <w:sz w:val="26"/>
                <w:szCs w:val="26"/>
              </w:rPr>
            </w:pPr>
            <w:r w:rsidRPr="00DA61DD">
              <w:rPr>
                <w:i/>
                <w:sz w:val="26"/>
                <w:szCs w:val="26"/>
              </w:rPr>
              <w:t>+ Có nghỉ qua đêm tại cơ sở lưu trú du lịch</w:t>
            </w:r>
          </w:p>
        </w:tc>
        <w:tc>
          <w:tcPr>
            <w:tcW w:w="1417" w:type="dxa"/>
            <w:tcBorders>
              <w:top w:val="single" w:sz="6" w:space="0" w:color="000000"/>
              <w:left w:val="single" w:sz="6" w:space="0" w:color="000000"/>
              <w:bottom w:val="single" w:sz="6" w:space="0" w:color="000000"/>
              <w:right w:val="single" w:sz="6" w:space="0" w:color="000000"/>
            </w:tcBorders>
            <w:tcMar>
              <w:top w:w="60" w:type="dxa"/>
              <w:left w:w="70" w:type="dxa"/>
              <w:bottom w:w="60" w:type="dxa"/>
              <w:right w:w="70" w:type="dxa"/>
            </w:tcMar>
            <w:vAlign w:val="center"/>
          </w:tcPr>
          <w:p w14:paraId="70D6EF7F" w14:textId="77777777" w:rsidR="007D5B1E" w:rsidRPr="00DA61DD" w:rsidRDefault="00000000">
            <w:pPr>
              <w:spacing w:after="0" w:line="240" w:lineRule="auto"/>
              <w:jc w:val="center"/>
              <w:rPr>
                <w:sz w:val="26"/>
                <w:szCs w:val="26"/>
              </w:rPr>
            </w:pPr>
            <w:r w:rsidRPr="00DA61DD">
              <w:rPr>
                <w:sz w:val="26"/>
                <w:szCs w:val="26"/>
              </w:rPr>
              <w:t>Lượt khách</w:t>
            </w:r>
          </w:p>
        </w:tc>
        <w:tc>
          <w:tcPr>
            <w:tcW w:w="1474" w:type="dxa"/>
            <w:tcBorders>
              <w:top w:val="single" w:sz="6" w:space="0" w:color="000000"/>
              <w:left w:val="single" w:sz="6" w:space="0" w:color="000000"/>
              <w:bottom w:val="single" w:sz="6" w:space="0" w:color="000000"/>
              <w:right w:val="single" w:sz="6" w:space="0" w:color="000000"/>
            </w:tcBorders>
            <w:tcMar>
              <w:top w:w="60" w:type="dxa"/>
              <w:left w:w="70" w:type="dxa"/>
              <w:bottom w:w="60" w:type="dxa"/>
              <w:right w:w="70" w:type="dxa"/>
            </w:tcMar>
            <w:vAlign w:val="center"/>
          </w:tcPr>
          <w:p w14:paraId="00AED7BF" w14:textId="77777777" w:rsidR="007D5B1E" w:rsidRPr="00DA61DD" w:rsidRDefault="007D5B1E">
            <w:pPr>
              <w:spacing w:after="0" w:line="240" w:lineRule="auto"/>
              <w:rPr>
                <w:sz w:val="26"/>
                <w:szCs w:val="26"/>
              </w:rPr>
            </w:pPr>
          </w:p>
        </w:tc>
      </w:tr>
      <w:tr w:rsidR="007D5B1E" w:rsidRPr="00DA61DD" w14:paraId="446E4E42" w14:textId="77777777">
        <w:trPr>
          <w:trHeight w:val="232"/>
          <w:jc w:val="center"/>
        </w:trPr>
        <w:tc>
          <w:tcPr>
            <w:tcW w:w="680" w:type="dxa"/>
            <w:tcBorders>
              <w:top w:val="single" w:sz="6" w:space="0" w:color="000000"/>
              <w:left w:val="single" w:sz="6" w:space="0" w:color="000000"/>
              <w:bottom w:val="single" w:sz="6" w:space="0" w:color="000000"/>
              <w:right w:val="single" w:sz="6" w:space="0" w:color="000000"/>
            </w:tcBorders>
            <w:tcMar>
              <w:top w:w="60" w:type="dxa"/>
              <w:left w:w="70" w:type="dxa"/>
              <w:bottom w:w="60" w:type="dxa"/>
              <w:right w:w="70" w:type="dxa"/>
            </w:tcMar>
            <w:vAlign w:val="center"/>
          </w:tcPr>
          <w:p w14:paraId="22C6044E" w14:textId="77777777" w:rsidR="007D5B1E" w:rsidRPr="00DA61DD" w:rsidRDefault="00000000">
            <w:pPr>
              <w:spacing w:after="0" w:line="240" w:lineRule="auto"/>
              <w:jc w:val="center"/>
              <w:rPr>
                <w:sz w:val="26"/>
                <w:szCs w:val="26"/>
              </w:rPr>
            </w:pPr>
            <w:r w:rsidRPr="00DA61DD">
              <w:rPr>
                <w:sz w:val="26"/>
                <w:szCs w:val="26"/>
              </w:rPr>
              <w:t>5</w:t>
            </w:r>
          </w:p>
        </w:tc>
        <w:tc>
          <w:tcPr>
            <w:tcW w:w="5783" w:type="dxa"/>
            <w:tcBorders>
              <w:top w:val="single" w:sz="6" w:space="0" w:color="000000"/>
              <w:left w:val="single" w:sz="6" w:space="0" w:color="000000"/>
              <w:bottom w:val="single" w:sz="6" w:space="0" w:color="000000"/>
              <w:right w:val="single" w:sz="6" w:space="0" w:color="000000"/>
            </w:tcBorders>
            <w:tcMar>
              <w:top w:w="60" w:type="dxa"/>
              <w:left w:w="70" w:type="dxa"/>
              <w:bottom w:w="60" w:type="dxa"/>
              <w:right w:w="70" w:type="dxa"/>
            </w:tcMar>
            <w:vAlign w:val="center"/>
          </w:tcPr>
          <w:p w14:paraId="219FE7EC" w14:textId="77777777" w:rsidR="007D5B1E" w:rsidRPr="00DA61DD" w:rsidRDefault="00000000">
            <w:pPr>
              <w:spacing w:after="0" w:line="240" w:lineRule="auto"/>
              <w:rPr>
                <w:sz w:val="26"/>
                <w:szCs w:val="26"/>
              </w:rPr>
            </w:pPr>
            <w:r w:rsidRPr="00DA61DD">
              <w:rPr>
                <w:sz w:val="26"/>
                <w:szCs w:val="26"/>
              </w:rPr>
              <w:t>Tổng số ngày khách du lịch nội địa (khách có nghỉ đêm tại cơ sở lưu trú du lịch)</w:t>
            </w:r>
          </w:p>
        </w:tc>
        <w:tc>
          <w:tcPr>
            <w:tcW w:w="1417" w:type="dxa"/>
            <w:tcBorders>
              <w:top w:val="single" w:sz="6" w:space="0" w:color="000000"/>
              <w:left w:val="single" w:sz="6" w:space="0" w:color="000000"/>
              <w:bottom w:val="single" w:sz="6" w:space="0" w:color="000000"/>
              <w:right w:val="single" w:sz="6" w:space="0" w:color="000000"/>
            </w:tcBorders>
            <w:tcMar>
              <w:top w:w="60" w:type="dxa"/>
              <w:left w:w="70" w:type="dxa"/>
              <w:bottom w:w="60" w:type="dxa"/>
              <w:right w:w="70" w:type="dxa"/>
            </w:tcMar>
            <w:vAlign w:val="center"/>
          </w:tcPr>
          <w:p w14:paraId="0E911C6F" w14:textId="77777777" w:rsidR="007D5B1E" w:rsidRPr="00DA61DD" w:rsidRDefault="00000000">
            <w:pPr>
              <w:spacing w:after="0" w:line="240" w:lineRule="auto"/>
              <w:jc w:val="center"/>
              <w:rPr>
                <w:sz w:val="26"/>
                <w:szCs w:val="26"/>
              </w:rPr>
            </w:pPr>
            <w:r w:rsidRPr="00DA61DD">
              <w:rPr>
                <w:sz w:val="26"/>
                <w:szCs w:val="26"/>
              </w:rPr>
              <w:t>Ngày khách</w:t>
            </w:r>
          </w:p>
        </w:tc>
        <w:tc>
          <w:tcPr>
            <w:tcW w:w="1474" w:type="dxa"/>
            <w:tcBorders>
              <w:top w:val="single" w:sz="6" w:space="0" w:color="000000"/>
              <w:left w:val="single" w:sz="6" w:space="0" w:color="000000"/>
              <w:bottom w:val="single" w:sz="6" w:space="0" w:color="000000"/>
              <w:right w:val="single" w:sz="6" w:space="0" w:color="000000"/>
            </w:tcBorders>
            <w:tcMar>
              <w:top w:w="60" w:type="dxa"/>
              <w:left w:w="70" w:type="dxa"/>
              <w:bottom w:w="60" w:type="dxa"/>
              <w:right w:w="70" w:type="dxa"/>
            </w:tcMar>
            <w:vAlign w:val="center"/>
          </w:tcPr>
          <w:p w14:paraId="6FFC7DAD" w14:textId="77777777" w:rsidR="007D5B1E" w:rsidRPr="00DA61DD" w:rsidRDefault="007D5B1E">
            <w:pPr>
              <w:spacing w:after="0" w:line="240" w:lineRule="auto"/>
              <w:rPr>
                <w:sz w:val="26"/>
                <w:szCs w:val="26"/>
              </w:rPr>
            </w:pPr>
          </w:p>
        </w:tc>
      </w:tr>
      <w:tr w:rsidR="007D5B1E" w:rsidRPr="00DA61DD" w14:paraId="259ED424" w14:textId="77777777">
        <w:trPr>
          <w:trHeight w:val="232"/>
          <w:jc w:val="center"/>
        </w:trPr>
        <w:tc>
          <w:tcPr>
            <w:tcW w:w="680" w:type="dxa"/>
            <w:tcBorders>
              <w:top w:val="single" w:sz="6" w:space="0" w:color="000000"/>
              <w:left w:val="single" w:sz="6" w:space="0" w:color="000000"/>
              <w:bottom w:val="single" w:sz="6" w:space="0" w:color="000000"/>
              <w:right w:val="single" w:sz="6" w:space="0" w:color="000000"/>
            </w:tcBorders>
            <w:tcMar>
              <w:top w:w="60" w:type="dxa"/>
              <w:left w:w="70" w:type="dxa"/>
              <w:bottom w:w="60" w:type="dxa"/>
              <w:right w:w="70" w:type="dxa"/>
            </w:tcMar>
            <w:vAlign w:val="center"/>
          </w:tcPr>
          <w:p w14:paraId="56BD0FEB" w14:textId="77777777" w:rsidR="007D5B1E" w:rsidRPr="00DA61DD" w:rsidRDefault="00000000">
            <w:pPr>
              <w:spacing w:after="0" w:line="240" w:lineRule="auto"/>
              <w:jc w:val="center"/>
              <w:rPr>
                <w:sz w:val="26"/>
                <w:szCs w:val="26"/>
              </w:rPr>
            </w:pPr>
            <w:r w:rsidRPr="00DA61DD">
              <w:rPr>
                <w:sz w:val="26"/>
                <w:szCs w:val="26"/>
              </w:rPr>
              <w:t>6</w:t>
            </w:r>
          </w:p>
        </w:tc>
        <w:tc>
          <w:tcPr>
            <w:tcW w:w="5783" w:type="dxa"/>
            <w:tcBorders>
              <w:top w:val="single" w:sz="6" w:space="0" w:color="000000"/>
              <w:left w:val="single" w:sz="6" w:space="0" w:color="000000"/>
              <w:bottom w:val="single" w:sz="6" w:space="0" w:color="000000"/>
              <w:right w:val="single" w:sz="6" w:space="0" w:color="000000"/>
            </w:tcBorders>
            <w:tcMar>
              <w:top w:w="60" w:type="dxa"/>
              <w:left w:w="70" w:type="dxa"/>
              <w:bottom w:w="60" w:type="dxa"/>
              <w:right w:w="70" w:type="dxa"/>
            </w:tcMar>
            <w:vAlign w:val="center"/>
          </w:tcPr>
          <w:p w14:paraId="2E189153" w14:textId="77777777" w:rsidR="007D5B1E" w:rsidRPr="00DA61DD" w:rsidRDefault="00000000">
            <w:pPr>
              <w:spacing w:after="0" w:line="240" w:lineRule="auto"/>
              <w:rPr>
                <w:sz w:val="26"/>
                <w:szCs w:val="26"/>
              </w:rPr>
            </w:pPr>
            <w:r w:rsidRPr="00DA61DD">
              <w:rPr>
                <w:sz w:val="26"/>
                <w:szCs w:val="26"/>
              </w:rPr>
              <w:t>Tổng thu từ khách du lịch nội địa</w:t>
            </w:r>
          </w:p>
        </w:tc>
        <w:tc>
          <w:tcPr>
            <w:tcW w:w="1417" w:type="dxa"/>
            <w:tcBorders>
              <w:top w:val="single" w:sz="6" w:space="0" w:color="000000"/>
              <w:left w:val="single" w:sz="6" w:space="0" w:color="000000"/>
              <w:bottom w:val="single" w:sz="6" w:space="0" w:color="000000"/>
              <w:right w:val="single" w:sz="6" w:space="0" w:color="000000"/>
            </w:tcBorders>
            <w:tcMar>
              <w:top w:w="60" w:type="dxa"/>
              <w:left w:w="70" w:type="dxa"/>
              <w:bottom w:w="60" w:type="dxa"/>
              <w:right w:w="70" w:type="dxa"/>
            </w:tcMar>
            <w:vAlign w:val="center"/>
          </w:tcPr>
          <w:p w14:paraId="7F8BE6A7" w14:textId="77777777" w:rsidR="007D5B1E" w:rsidRPr="00DA61DD" w:rsidRDefault="00000000">
            <w:pPr>
              <w:spacing w:after="0" w:line="240" w:lineRule="auto"/>
              <w:jc w:val="center"/>
              <w:rPr>
                <w:sz w:val="26"/>
                <w:szCs w:val="26"/>
              </w:rPr>
            </w:pPr>
            <w:r w:rsidRPr="00DA61DD">
              <w:rPr>
                <w:sz w:val="26"/>
                <w:szCs w:val="26"/>
              </w:rPr>
              <w:t>Triệu đồng</w:t>
            </w:r>
          </w:p>
        </w:tc>
        <w:tc>
          <w:tcPr>
            <w:tcW w:w="1474" w:type="dxa"/>
            <w:tcBorders>
              <w:top w:val="single" w:sz="6" w:space="0" w:color="000000"/>
              <w:left w:val="single" w:sz="6" w:space="0" w:color="000000"/>
              <w:bottom w:val="single" w:sz="6" w:space="0" w:color="000000"/>
              <w:right w:val="single" w:sz="6" w:space="0" w:color="000000"/>
            </w:tcBorders>
            <w:tcMar>
              <w:top w:w="60" w:type="dxa"/>
              <w:left w:w="70" w:type="dxa"/>
              <w:bottom w:w="60" w:type="dxa"/>
              <w:right w:w="70" w:type="dxa"/>
            </w:tcMar>
            <w:vAlign w:val="center"/>
          </w:tcPr>
          <w:p w14:paraId="351C9C24" w14:textId="77777777" w:rsidR="007D5B1E" w:rsidRPr="00DA61DD" w:rsidRDefault="007D5B1E">
            <w:pPr>
              <w:spacing w:after="0" w:line="240" w:lineRule="auto"/>
              <w:rPr>
                <w:sz w:val="26"/>
                <w:szCs w:val="26"/>
              </w:rPr>
            </w:pPr>
          </w:p>
        </w:tc>
      </w:tr>
      <w:tr w:rsidR="007D5B1E" w:rsidRPr="00DA61DD" w14:paraId="1BC1BFA0" w14:textId="77777777">
        <w:trPr>
          <w:jc w:val="center"/>
        </w:trPr>
        <w:tc>
          <w:tcPr>
            <w:tcW w:w="9354" w:type="dxa"/>
            <w:gridSpan w:val="4"/>
            <w:tcBorders>
              <w:top w:val="single" w:sz="6" w:space="0" w:color="000000"/>
              <w:left w:val="single" w:sz="6" w:space="0" w:color="000000"/>
              <w:bottom w:val="single" w:sz="6" w:space="0" w:color="000000"/>
              <w:right w:val="single" w:sz="6" w:space="0" w:color="000000"/>
            </w:tcBorders>
            <w:shd w:val="clear" w:color="auto" w:fill="E7E6E6"/>
            <w:tcMar>
              <w:top w:w="60" w:type="dxa"/>
              <w:left w:w="70" w:type="dxa"/>
              <w:bottom w:w="60" w:type="dxa"/>
              <w:right w:w="70" w:type="dxa"/>
            </w:tcMar>
            <w:vAlign w:val="center"/>
          </w:tcPr>
          <w:p w14:paraId="593D325B" w14:textId="77777777" w:rsidR="007D5B1E" w:rsidRPr="00DA61DD" w:rsidRDefault="00000000">
            <w:pPr>
              <w:spacing w:after="0" w:line="240" w:lineRule="auto"/>
              <w:rPr>
                <w:sz w:val="26"/>
                <w:szCs w:val="26"/>
              </w:rPr>
            </w:pPr>
            <w:r w:rsidRPr="00DA61DD">
              <w:rPr>
                <w:b/>
                <w:sz w:val="26"/>
                <w:szCs w:val="26"/>
              </w:rPr>
              <w:t>III. LƯU TRÚ DU LỊCH TẠI ĐỊA PHƯƠNG</w:t>
            </w:r>
          </w:p>
        </w:tc>
      </w:tr>
      <w:tr w:rsidR="007D5B1E" w:rsidRPr="00DA61DD" w14:paraId="5EA108F3" w14:textId="77777777">
        <w:trPr>
          <w:trHeight w:val="232"/>
          <w:jc w:val="center"/>
        </w:trPr>
        <w:tc>
          <w:tcPr>
            <w:tcW w:w="680" w:type="dxa"/>
            <w:tcBorders>
              <w:top w:val="single" w:sz="6" w:space="0" w:color="000000"/>
              <w:left w:val="single" w:sz="6" w:space="0" w:color="000000"/>
              <w:bottom w:val="single" w:sz="6" w:space="0" w:color="000000"/>
              <w:right w:val="single" w:sz="6" w:space="0" w:color="000000"/>
            </w:tcBorders>
            <w:tcMar>
              <w:top w:w="60" w:type="dxa"/>
              <w:left w:w="70" w:type="dxa"/>
              <w:bottom w:w="60" w:type="dxa"/>
              <w:right w:w="70" w:type="dxa"/>
            </w:tcMar>
            <w:vAlign w:val="center"/>
          </w:tcPr>
          <w:p w14:paraId="72E12C8C" w14:textId="77777777" w:rsidR="007D5B1E" w:rsidRPr="00DA61DD" w:rsidRDefault="00000000">
            <w:pPr>
              <w:spacing w:after="0" w:line="240" w:lineRule="auto"/>
              <w:jc w:val="center"/>
              <w:rPr>
                <w:sz w:val="26"/>
                <w:szCs w:val="26"/>
              </w:rPr>
            </w:pPr>
            <w:r w:rsidRPr="00DA61DD">
              <w:rPr>
                <w:sz w:val="26"/>
                <w:szCs w:val="26"/>
              </w:rPr>
              <w:t>7</w:t>
            </w:r>
          </w:p>
        </w:tc>
        <w:tc>
          <w:tcPr>
            <w:tcW w:w="5783" w:type="dxa"/>
            <w:tcBorders>
              <w:top w:val="single" w:sz="6" w:space="0" w:color="000000"/>
              <w:left w:val="single" w:sz="6" w:space="0" w:color="000000"/>
              <w:bottom w:val="single" w:sz="6" w:space="0" w:color="000000"/>
              <w:right w:val="single" w:sz="6" w:space="0" w:color="000000"/>
            </w:tcBorders>
            <w:tcMar>
              <w:top w:w="60" w:type="dxa"/>
              <w:left w:w="70" w:type="dxa"/>
              <w:bottom w:w="60" w:type="dxa"/>
              <w:right w:w="70" w:type="dxa"/>
            </w:tcMar>
            <w:vAlign w:val="center"/>
          </w:tcPr>
          <w:p w14:paraId="4376E561" w14:textId="77777777" w:rsidR="007D5B1E" w:rsidRPr="00DA61DD" w:rsidRDefault="00000000">
            <w:pPr>
              <w:spacing w:after="0" w:line="240" w:lineRule="auto"/>
              <w:rPr>
                <w:sz w:val="26"/>
                <w:szCs w:val="26"/>
              </w:rPr>
            </w:pPr>
            <w:r w:rsidRPr="00DA61DD">
              <w:rPr>
                <w:sz w:val="26"/>
                <w:szCs w:val="26"/>
              </w:rPr>
              <w:t>Số lượng cơ sở lưu trú du lịch</w:t>
            </w:r>
          </w:p>
        </w:tc>
        <w:tc>
          <w:tcPr>
            <w:tcW w:w="1417" w:type="dxa"/>
            <w:tcBorders>
              <w:top w:val="single" w:sz="6" w:space="0" w:color="000000"/>
              <w:left w:val="single" w:sz="6" w:space="0" w:color="000000"/>
              <w:bottom w:val="single" w:sz="6" w:space="0" w:color="000000"/>
              <w:right w:val="single" w:sz="6" w:space="0" w:color="000000"/>
            </w:tcBorders>
            <w:tcMar>
              <w:top w:w="60" w:type="dxa"/>
              <w:left w:w="70" w:type="dxa"/>
              <w:bottom w:w="60" w:type="dxa"/>
              <w:right w:w="70" w:type="dxa"/>
            </w:tcMar>
            <w:vAlign w:val="center"/>
          </w:tcPr>
          <w:p w14:paraId="434A9115" w14:textId="77777777" w:rsidR="007D5B1E" w:rsidRPr="00DA61DD" w:rsidRDefault="00000000">
            <w:pPr>
              <w:spacing w:after="0" w:line="240" w:lineRule="auto"/>
              <w:jc w:val="center"/>
              <w:rPr>
                <w:sz w:val="26"/>
                <w:szCs w:val="26"/>
              </w:rPr>
            </w:pPr>
            <w:r w:rsidRPr="00DA61DD">
              <w:rPr>
                <w:sz w:val="26"/>
                <w:szCs w:val="26"/>
              </w:rPr>
              <w:t>Cơ sở</w:t>
            </w:r>
          </w:p>
        </w:tc>
        <w:tc>
          <w:tcPr>
            <w:tcW w:w="1474" w:type="dxa"/>
            <w:tcBorders>
              <w:top w:val="single" w:sz="6" w:space="0" w:color="000000"/>
              <w:left w:val="single" w:sz="6" w:space="0" w:color="000000"/>
              <w:bottom w:val="single" w:sz="6" w:space="0" w:color="000000"/>
              <w:right w:val="single" w:sz="6" w:space="0" w:color="000000"/>
            </w:tcBorders>
            <w:tcMar>
              <w:top w:w="60" w:type="dxa"/>
              <w:left w:w="70" w:type="dxa"/>
              <w:bottom w:w="60" w:type="dxa"/>
              <w:right w:w="70" w:type="dxa"/>
            </w:tcMar>
            <w:vAlign w:val="center"/>
          </w:tcPr>
          <w:p w14:paraId="1EAC9A1D" w14:textId="77777777" w:rsidR="007D5B1E" w:rsidRPr="00DA61DD" w:rsidRDefault="007D5B1E">
            <w:pPr>
              <w:spacing w:after="0" w:line="240" w:lineRule="auto"/>
              <w:rPr>
                <w:sz w:val="26"/>
                <w:szCs w:val="26"/>
              </w:rPr>
            </w:pPr>
          </w:p>
        </w:tc>
      </w:tr>
      <w:tr w:rsidR="007D5B1E" w:rsidRPr="00DA61DD" w14:paraId="665339DD" w14:textId="77777777">
        <w:trPr>
          <w:trHeight w:val="232"/>
          <w:jc w:val="center"/>
        </w:trPr>
        <w:tc>
          <w:tcPr>
            <w:tcW w:w="680" w:type="dxa"/>
            <w:tcBorders>
              <w:top w:val="single" w:sz="6" w:space="0" w:color="000000"/>
              <w:left w:val="single" w:sz="6" w:space="0" w:color="000000"/>
              <w:bottom w:val="single" w:sz="6" w:space="0" w:color="000000"/>
              <w:right w:val="single" w:sz="6" w:space="0" w:color="000000"/>
            </w:tcBorders>
            <w:tcMar>
              <w:top w:w="60" w:type="dxa"/>
              <w:left w:w="70" w:type="dxa"/>
              <w:bottom w:w="60" w:type="dxa"/>
              <w:right w:w="70" w:type="dxa"/>
            </w:tcMar>
            <w:vAlign w:val="center"/>
          </w:tcPr>
          <w:p w14:paraId="62E137E1" w14:textId="77777777" w:rsidR="007D5B1E" w:rsidRPr="00DA61DD" w:rsidRDefault="00000000">
            <w:pPr>
              <w:spacing w:after="0" w:line="240" w:lineRule="auto"/>
              <w:jc w:val="center"/>
              <w:rPr>
                <w:sz w:val="26"/>
                <w:szCs w:val="26"/>
              </w:rPr>
            </w:pPr>
            <w:r w:rsidRPr="00DA61DD">
              <w:rPr>
                <w:sz w:val="26"/>
                <w:szCs w:val="26"/>
              </w:rPr>
              <w:t>8</w:t>
            </w:r>
          </w:p>
        </w:tc>
        <w:tc>
          <w:tcPr>
            <w:tcW w:w="5783" w:type="dxa"/>
            <w:tcBorders>
              <w:top w:val="single" w:sz="6" w:space="0" w:color="000000"/>
              <w:left w:val="single" w:sz="6" w:space="0" w:color="000000"/>
              <w:bottom w:val="single" w:sz="6" w:space="0" w:color="000000"/>
              <w:right w:val="single" w:sz="6" w:space="0" w:color="000000"/>
            </w:tcBorders>
            <w:tcMar>
              <w:top w:w="60" w:type="dxa"/>
              <w:left w:w="70" w:type="dxa"/>
              <w:bottom w:w="60" w:type="dxa"/>
              <w:right w:w="70" w:type="dxa"/>
            </w:tcMar>
            <w:vAlign w:val="center"/>
          </w:tcPr>
          <w:p w14:paraId="75299843" w14:textId="77777777" w:rsidR="007D5B1E" w:rsidRPr="00DA61DD" w:rsidRDefault="00000000">
            <w:pPr>
              <w:spacing w:after="0" w:line="240" w:lineRule="auto"/>
              <w:rPr>
                <w:sz w:val="26"/>
                <w:szCs w:val="26"/>
              </w:rPr>
            </w:pPr>
            <w:r w:rsidRPr="00DA61DD">
              <w:rPr>
                <w:sz w:val="26"/>
                <w:szCs w:val="26"/>
              </w:rPr>
              <w:t>Số lượng phòng</w:t>
            </w:r>
          </w:p>
        </w:tc>
        <w:tc>
          <w:tcPr>
            <w:tcW w:w="1417" w:type="dxa"/>
            <w:tcBorders>
              <w:top w:val="single" w:sz="6" w:space="0" w:color="000000"/>
              <w:left w:val="single" w:sz="6" w:space="0" w:color="000000"/>
              <w:bottom w:val="single" w:sz="6" w:space="0" w:color="000000"/>
              <w:right w:val="single" w:sz="6" w:space="0" w:color="000000"/>
            </w:tcBorders>
            <w:tcMar>
              <w:top w:w="60" w:type="dxa"/>
              <w:left w:w="70" w:type="dxa"/>
              <w:bottom w:w="60" w:type="dxa"/>
              <w:right w:w="70" w:type="dxa"/>
            </w:tcMar>
            <w:vAlign w:val="center"/>
          </w:tcPr>
          <w:p w14:paraId="57C34743" w14:textId="77777777" w:rsidR="007D5B1E" w:rsidRPr="00DA61DD" w:rsidRDefault="00000000">
            <w:pPr>
              <w:spacing w:after="0" w:line="240" w:lineRule="auto"/>
              <w:jc w:val="center"/>
              <w:rPr>
                <w:sz w:val="26"/>
                <w:szCs w:val="26"/>
              </w:rPr>
            </w:pPr>
            <w:r w:rsidRPr="00DA61DD">
              <w:rPr>
                <w:sz w:val="26"/>
                <w:szCs w:val="26"/>
              </w:rPr>
              <w:t>Phòng</w:t>
            </w:r>
          </w:p>
        </w:tc>
        <w:tc>
          <w:tcPr>
            <w:tcW w:w="1474" w:type="dxa"/>
            <w:tcBorders>
              <w:top w:val="single" w:sz="6" w:space="0" w:color="000000"/>
              <w:left w:val="single" w:sz="6" w:space="0" w:color="000000"/>
              <w:bottom w:val="single" w:sz="6" w:space="0" w:color="000000"/>
              <w:right w:val="single" w:sz="6" w:space="0" w:color="000000"/>
            </w:tcBorders>
            <w:tcMar>
              <w:top w:w="60" w:type="dxa"/>
              <w:left w:w="70" w:type="dxa"/>
              <w:bottom w:w="60" w:type="dxa"/>
              <w:right w:w="70" w:type="dxa"/>
            </w:tcMar>
            <w:vAlign w:val="center"/>
          </w:tcPr>
          <w:p w14:paraId="7991B82B" w14:textId="77777777" w:rsidR="007D5B1E" w:rsidRPr="00DA61DD" w:rsidRDefault="007D5B1E">
            <w:pPr>
              <w:spacing w:after="0" w:line="240" w:lineRule="auto"/>
              <w:rPr>
                <w:sz w:val="26"/>
                <w:szCs w:val="26"/>
              </w:rPr>
            </w:pPr>
          </w:p>
        </w:tc>
      </w:tr>
      <w:tr w:rsidR="007D5B1E" w:rsidRPr="00DA61DD" w14:paraId="53444502" w14:textId="77777777">
        <w:trPr>
          <w:trHeight w:val="232"/>
          <w:jc w:val="center"/>
        </w:trPr>
        <w:tc>
          <w:tcPr>
            <w:tcW w:w="680" w:type="dxa"/>
            <w:tcBorders>
              <w:top w:val="single" w:sz="6" w:space="0" w:color="000000"/>
              <w:left w:val="single" w:sz="6" w:space="0" w:color="000000"/>
              <w:bottom w:val="single" w:sz="6" w:space="0" w:color="000000"/>
              <w:right w:val="single" w:sz="6" w:space="0" w:color="000000"/>
            </w:tcBorders>
            <w:tcMar>
              <w:top w:w="60" w:type="dxa"/>
              <w:left w:w="70" w:type="dxa"/>
              <w:bottom w:w="60" w:type="dxa"/>
              <w:right w:w="70" w:type="dxa"/>
            </w:tcMar>
            <w:vAlign w:val="center"/>
          </w:tcPr>
          <w:p w14:paraId="21DFB106" w14:textId="77777777" w:rsidR="007D5B1E" w:rsidRPr="00DA61DD" w:rsidRDefault="00000000">
            <w:pPr>
              <w:spacing w:after="0" w:line="240" w:lineRule="auto"/>
              <w:jc w:val="center"/>
              <w:rPr>
                <w:sz w:val="26"/>
                <w:szCs w:val="26"/>
              </w:rPr>
            </w:pPr>
            <w:r w:rsidRPr="00DA61DD">
              <w:rPr>
                <w:sz w:val="26"/>
                <w:szCs w:val="26"/>
              </w:rPr>
              <w:t>9</w:t>
            </w:r>
          </w:p>
        </w:tc>
        <w:tc>
          <w:tcPr>
            <w:tcW w:w="5783" w:type="dxa"/>
            <w:tcBorders>
              <w:top w:val="single" w:sz="6" w:space="0" w:color="000000"/>
              <w:left w:val="single" w:sz="6" w:space="0" w:color="000000"/>
              <w:bottom w:val="single" w:sz="6" w:space="0" w:color="000000"/>
              <w:right w:val="single" w:sz="6" w:space="0" w:color="000000"/>
            </w:tcBorders>
            <w:tcMar>
              <w:top w:w="60" w:type="dxa"/>
              <w:left w:w="70" w:type="dxa"/>
              <w:bottom w:w="60" w:type="dxa"/>
              <w:right w:w="70" w:type="dxa"/>
            </w:tcMar>
            <w:vAlign w:val="center"/>
          </w:tcPr>
          <w:p w14:paraId="1D96EF93" w14:textId="77777777" w:rsidR="007D5B1E" w:rsidRPr="00DA61DD" w:rsidRDefault="00000000">
            <w:pPr>
              <w:spacing w:after="0" w:line="240" w:lineRule="auto"/>
              <w:rPr>
                <w:sz w:val="26"/>
                <w:szCs w:val="26"/>
              </w:rPr>
            </w:pPr>
            <w:r w:rsidRPr="00DA61DD">
              <w:rPr>
                <w:sz w:val="26"/>
                <w:szCs w:val="26"/>
              </w:rPr>
              <w:t>Công suất sử dụng phòng các cơ sở lưu trú du lịch</w:t>
            </w:r>
          </w:p>
        </w:tc>
        <w:tc>
          <w:tcPr>
            <w:tcW w:w="1417" w:type="dxa"/>
            <w:tcBorders>
              <w:top w:val="single" w:sz="6" w:space="0" w:color="000000"/>
              <w:left w:val="single" w:sz="6" w:space="0" w:color="000000"/>
              <w:bottom w:val="single" w:sz="6" w:space="0" w:color="000000"/>
              <w:right w:val="single" w:sz="6" w:space="0" w:color="000000"/>
            </w:tcBorders>
            <w:tcMar>
              <w:top w:w="60" w:type="dxa"/>
              <w:left w:w="70" w:type="dxa"/>
              <w:bottom w:w="60" w:type="dxa"/>
              <w:right w:w="70" w:type="dxa"/>
            </w:tcMar>
            <w:vAlign w:val="center"/>
          </w:tcPr>
          <w:p w14:paraId="42719D50" w14:textId="77777777" w:rsidR="007D5B1E" w:rsidRPr="00DA61DD" w:rsidRDefault="00000000">
            <w:pPr>
              <w:spacing w:after="0" w:line="240" w:lineRule="auto"/>
              <w:jc w:val="center"/>
              <w:rPr>
                <w:sz w:val="26"/>
                <w:szCs w:val="26"/>
              </w:rPr>
            </w:pPr>
            <w:r w:rsidRPr="00DA61DD">
              <w:rPr>
                <w:sz w:val="26"/>
                <w:szCs w:val="26"/>
              </w:rPr>
              <w:t>%</w:t>
            </w:r>
          </w:p>
        </w:tc>
        <w:tc>
          <w:tcPr>
            <w:tcW w:w="1474" w:type="dxa"/>
            <w:tcBorders>
              <w:top w:val="single" w:sz="6" w:space="0" w:color="000000"/>
              <w:left w:val="single" w:sz="6" w:space="0" w:color="000000"/>
              <w:bottom w:val="single" w:sz="6" w:space="0" w:color="000000"/>
              <w:right w:val="single" w:sz="6" w:space="0" w:color="000000"/>
            </w:tcBorders>
            <w:tcMar>
              <w:top w:w="60" w:type="dxa"/>
              <w:left w:w="70" w:type="dxa"/>
              <w:bottom w:w="60" w:type="dxa"/>
              <w:right w:w="70" w:type="dxa"/>
            </w:tcMar>
            <w:vAlign w:val="center"/>
          </w:tcPr>
          <w:p w14:paraId="1BACE7C6" w14:textId="77777777" w:rsidR="007D5B1E" w:rsidRPr="00DA61DD" w:rsidRDefault="007D5B1E">
            <w:pPr>
              <w:spacing w:after="0" w:line="240" w:lineRule="auto"/>
              <w:rPr>
                <w:sz w:val="26"/>
                <w:szCs w:val="26"/>
              </w:rPr>
            </w:pPr>
          </w:p>
        </w:tc>
      </w:tr>
      <w:tr w:rsidR="007D5B1E" w:rsidRPr="00DA61DD" w14:paraId="266CCFEA" w14:textId="77777777">
        <w:trPr>
          <w:trHeight w:val="232"/>
          <w:jc w:val="center"/>
        </w:trPr>
        <w:tc>
          <w:tcPr>
            <w:tcW w:w="680" w:type="dxa"/>
            <w:tcBorders>
              <w:top w:val="single" w:sz="6" w:space="0" w:color="000000"/>
              <w:left w:val="single" w:sz="6" w:space="0" w:color="000000"/>
              <w:bottom w:val="single" w:sz="6" w:space="0" w:color="000000"/>
              <w:right w:val="single" w:sz="6" w:space="0" w:color="000000"/>
            </w:tcBorders>
            <w:tcMar>
              <w:top w:w="60" w:type="dxa"/>
              <w:left w:w="70" w:type="dxa"/>
              <w:bottom w:w="60" w:type="dxa"/>
              <w:right w:w="70" w:type="dxa"/>
            </w:tcMar>
            <w:vAlign w:val="center"/>
          </w:tcPr>
          <w:p w14:paraId="7D1852C3" w14:textId="77777777" w:rsidR="007D5B1E" w:rsidRPr="00DA61DD" w:rsidRDefault="00000000">
            <w:pPr>
              <w:spacing w:after="0" w:line="240" w:lineRule="auto"/>
              <w:jc w:val="center"/>
              <w:rPr>
                <w:sz w:val="26"/>
                <w:szCs w:val="26"/>
              </w:rPr>
            </w:pPr>
            <w:r w:rsidRPr="00DA61DD">
              <w:rPr>
                <w:sz w:val="26"/>
                <w:szCs w:val="26"/>
              </w:rPr>
              <w:t>10</w:t>
            </w:r>
          </w:p>
        </w:tc>
        <w:tc>
          <w:tcPr>
            <w:tcW w:w="5783" w:type="dxa"/>
            <w:tcBorders>
              <w:top w:val="single" w:sz="6" w:space="0" w:color="000000"/>
              <w:left w:val="single" w:sz="6" w:space="0" w:color="000000"/>
              <w:bottom w:val="single" w:sz="6" w:space="0" w:color="000000"/>
              <w:right w:val="single" w:sz="6" w:space="0" w:color="000000"/>
            </w:tcBorders>
            <w:tcMar>
              <w:top w:w="60" w:type="dxa"/>
              <w:left w:w="70" w:type="dxa"/>
              <w:bottom w:w="60" w:type="dxa"/>
              <w:right w:w="70" w:type="dxa"/>
            </w:tcMar>
            <w:vAlign w:val="center"/>
          </w:tcPr>
          <w:p w14:paraId="292BF867" w14:textId="77777777" w:rsidR="007D5B1E" w:rsidRPr="00DA61DD" w:rsidRDefault="00000000">
            <w:pPr>
              <w:spacing w:after="0" w:line="240" w:lineRule="auto"/>
              <w:rPr>
                <w:sz w:val="26"/>
                <w:szCs w:val="26"/>
              </w:rPr>
            </w:pPr>
            <w:r w:rsidRPr="00DA61DD">
              <w:rPr>
                <w:sz w:val="26"/>
                <w:szCs w:val="26"/>
              </w:rPr>
              <w:t>Doanh thu các cơ sở lưu trú du lịch</w:t>
            </w:r>
          </w:p>
        </w:tc>
        <w:tc>
          <w:tcPr>
            <w:tcW w:w="1417" w:type="dxa"/>
            <w:tcBorders>
              <w:top w:val="single" w:sz="6" w:space="0" w:color="000000"/>
              <w:left w:val="single" w:sz="6" w:space="0" w:color="000000"/>
              <w:bottom w:val="single" w:sz="6" w:space="0" w:color="000000"/>
              <w:right w:val="single" w:sz="6" w:space="0" w:color="000000"/>
            </w:tcBorders>
            <w:tcMar>
              <w:top w:w="60" w:type="dxa"/>
              <w:left w:w="70" w:type="dxa"/>
              <w:bottom w:w="60" w:type="dxa"/>
              <w:right w:w="70" w:type="dxa"/>
            </w:tcMar>
            <w:vAlign w:val="center"/>
          </w:tcPr>
          <w:p w14:paraId="16E5611C" w14:textId="77777777" w:rsidR="007D5B1E" w:rsidRPr="00DA61DD" w:rsidRDefault="00000000">
            <w:pPr>
              <w:spacing w:after="0" w:line="240" w:lineRule="auto"/>
              <w:jc w:val="center"/>
              <w:rPr>
                <w:sz w:val="26"/>
                <w:szCs w:val="26"/>
              </w:rPr>
            </w:pPr>
            <w:r w:rsidRPr="00DA61DD">
              <w:rPr>
                <w:sz w:val="26"/>
                <w:szCs w:val="26"/>
              </w:rPr>
              <w:t>Triệu đồng</w:t>
            </w:r>
          </w:p>
        </w:tc>
        <w:tc>
          <w:tcPr>
            <w:tcW w:w="1474" w:type="dxa"/>
            <w:tcBorders>
              <w:top w:val="single" w:sz="6" w:space="0" w:color="000000"/>
              <w:left w:val="single" w:sz="6" w:space="0" w:color="000000"/>
              <w:bottom w:val="single" w:sz="6" w:space="0" w:color="000000"/>
              <w:right w:val="single" w:sz="6" w:space="0" w:color="000000"/>
            </w:tcBorders>
            <w:tcMar>
              <w:top w:w="60" w:type="dxa"/>
              <w:left w:w="70" w:type="dxa"/>
              <w:bottom w:w="60" w:type="dxa"/>
              <w:right w:w="70" w:type="dxa"/>
            </w:tcMar>
            <w:vAlign w:val="center"/>
          </w:tcPr>
          <w:p w14:paraId="78CB32E7" w14:textId="77777777" w:rsidR="007D5B1E" w:rsidRPr="00DA61DD" w:rsidRDefault="007D5B1E">
            <w:pPr>
              <w:spacing w:after="0" w:line="240" w:lineRule="auto"/>
              <w:rPr>
                <w:sz w:val="26"/>
                <w:szCs w:val="26"/>
              </w:rPr>
            </w:pPr>
          </w:p>
        </w:tc>
      </w:tr>
      <w:tr w:rsidR="007D5B1E" w:rsidRPr="00DA61DD" w14:paraId="07BB74B8" w14:textId="77777777">
        <w:trPr>
          <w:jc w:val="center"/>
        </w:trPr>
        <w:tc>
          <w:tcPr>
            <w:tcW w:w="9354" w:type="dxa"/>
            <w:gridSpan w:val="4"/>
            <w:tcBorders>
              <w:top w:val="single" w:sz="6" w:space="0" w:color="000000"/>
              <w:left w:val="single" w:sz="6" w:space="0" w:color="000000"/>
              <w:bottom w:val="single" w:sz="6" w:space="0" w:color="000000"/>
              <w:right w:val="single" w:sz="6" w:space="0" w:color="000000"/>
            </w:tcBorders>
            <w:shd w:val="clear" w:color="auto" w:fill="E7E6E6"/>
            <w:tcMar>
              <w:top w:w="60" w:type="dxa"/>
              <w:left w:w="70" w:type="dxa"/>
              <w:bottom w:w="60" w:type="dxa"/>
              <w:right w:w="70" w:type="dxa"/>
            </w:tcMar>
            <w:vAlign w:val="center"/>
          </w:tcPr>
          <w:p w14:paraId="3771118F" w14:textId="77777777" w:rsidR="007D5B1E" w:rsidRPr="00DA61DD" w:rsidRDefault="00000000">
            <w:pPr>
              <w:spacing w:after="0" w:line="240" w:lineRule="auto"/>
              <w:rPr>
                <w:sz w:val="26"/>
                <w:szCs w:val="26"/>
              </w:rPr>
            </w:pPr>
            <w:r w:rsidRPr="00DA61DD">
              <w:rPr>
                <w:b/>
                <w:sz w:val="26"/>
                <w:szCs w:val="26"/>
              </w:rPr>
              <w:t>IV. LỮ HÀNH TẠI ĐỊA PHƯƠNG</w:t>
            </w:r>
          </w:p>
        </w:tc>
      </w:tr>
      <w:tr w:rsidR="007D5B1E" w:rsidRPr="00DA61DD" w14:paraId="129408FB" w14:textId="77777777">
        <w:trPr>
          <w:trHeight w:val="232"/>
          <w:jc w:val="center"/>
        </w:trPr>
        <w:tc>
          <w:tcPr>
            <w:tcW w:w="680" w:type="dxa"/>
            <w:tcBorders>
              <w:top w:val="single" w:sz="6" w:space="0" w:color="000000"/>
              <w:left w:val="single" w:sz="6" w:space="0" w:color="000000"/>
              <w:bottom w:val="single" w:sz="6" w:space="0" w:color="000000"/>
              <w:right w:val="single" w:sz="6" w:space="0" w:color="000000"/>
            </w:tcBorders>
            <w:tcMar>
              <w:top w:w="60" w:type="dxa"/>
              <w:left w:w="70" w:type="dxa"/>
              <w:bottom w:w="60" w:type="dxa"/>
              <w:right w:w="70" w:type="dxa"/>
            </w:tcMar>
            <w:vAlign w:val="center"/>
          </w:tcPr>
          <w:p w14:paraId="3D795B2F" w14:textId="77777777" w:rsidR="007D5B1E" w:rsidRPr="00DA61DD" w:rsidRDefault="00000000">
            <w:pPr>
              <w:spacing w:after="0" w:line="240" w:lineRule="auto"/>
              <w:jc w:val="center"/>
              <w:rPr>
                <w:sz w:val="26"/>
                <w:szCs w:val="26"/>
              </w:rPr>
            </w:pPr>
            <w:r w:rsidRPr="00DA61DD">
              <w:rPr>
                <w:sz w:val="26"/>
                <w:szCs w:val="26"/>
              </w:rPr>
              <w:t>11</w:t>
            </w:r>
          </w:p>
        </w:tc>
        <w:tc>
          <w:tcPr>
            <w:tcW w:w="5783" w:type="dxa"/>
            <w:tcBorders>
              <w:top w:val="single" w:sz="6" w:space="0" w:color="000000"/>
              <w:left w:val="single" w:sz="6" w:space="0" w:color="000000"/>
              <w:bottom w:val="single" w:sz="6" w:space="0" w:color="000000"/>
              <w:right w:val="single" w:sz="6" w:space="0" w:color="000000"/>
            </w:tcBorders>
            <w:tcMar>
              <w:top w:w="60" w:type="dxa"/>
              <w:left w:w="70" w:type="dxa"/>
              <w:bottom w:w="60" w:type="dxa"/>
              <w:right w:w="70" w:type="dxa"/>
            </w:tcMar>
            <w:vAlign w:val="center"/>
          </w:tcPr>
          <w:p w14:paraId="73ABF795" w14:textId="77777777" w:rsidR="007D5B1E" w:rsidRPr="00DA61DD" w:rsidRDefault="00000000">
            <w:pPr>
              <w:spacing w:after="0" w:line="240" w:lineRule="auto"/>
              <w:rPr>
                <w:sz w:val="26"/>
                <w:szCs w:val="26"/>
              </w:rPr>
            </w:pPr>
            <w:r w:rsidRPr="00DA61DD">
              <w:rPr>
                <w:sz w:val="26"/>
                <w:szCs w:val="26"/>
              </w:rPr>
              <w:t>Số lượng đơn vị kinh doanh lữ hành</w:t>
            </w:r>
          </w:p>
        </w:tc>
        <w:tc>
          <w:tcPr>
            <w:tcW w:w="1417" w:type="dxa"/>
            <w:tcBorders>
              <w:top w:val="single" w:sz="6" w:space="0" w:color="000000"/>
              <w:left w:val="single" w:sz="6" w:space="0" w:color="000000"/>
              <w:bottom w:val="single" w:sz="6" w:space="0" w:color="000000"/>
              <w:right w:val="single" w:sz="6" w:space="0" w:color="000000"/>
            </w:tcBorders>
            <w:tcMar>
              <w:top w:w="60" w:type="dxa"/>
              <w:left w:w="70" w:type="dxa"/>
              <w:bottom w:w="60" w:type="dxa"/>
              <w:right w:w="70" w:type="dxa"/>
            </w:tcMar>
            <w:vAlign w:val="center"/>
          </w:tcPr>
          <w:p w14:paraId="27460358" w14:textId="77777777" w:rsidR="007D5B1E" w:rsidRPr="00DA61DD" w:rsidRDefault="007D5B1E">
            <w:pPr>
              <w:spacing w:after="0" w:line="240" w:lineRule="auto"/>
              <w:jc w:val="center"/>
              <w:rPr>
                <w:sz w:val="26"/>
                <w:szCs w:val="26"/>
              </w:rPr>
            </w:pPr>
          </w:p>
        </w:tc>
        <w:tc>
          <w:tcPr>
            <w:tcW w:w="1474" w:type="dxa"/>
            <w:tcBorders>
              <w:top w:val="single" w:sz="6" w:space="0" w:color="000000"/>
              <w:left w:val="single" w:sz="6" w:space="0" w:color="000000"/>
              <w:bottom w:val="single" w:sz="6" w:space="0" w:color="000000"/>
              <w:right w:val="single" w:sz="6" w:space="0" w:color="000000"/>
            </w:tcBorders>
            <w:tcMar>
              <w:top w:w="60" w:type="dxa"/>
              <w:left w:w="70" w:type="dxa"/>
              <w:bottom w:w="60" w:type="dxa"/>
              <w:right w:w="70" w:type="dxa"/>
            </w:tcMar>
            <w:vAlign w:val="center"/>
          </w:tcPr>
          <w:p w14:paraId="43FB1651" w14:textId="77777777" w:rsidR="007D5B1E" w:rsidRPr="00DA61DD" w:rsidRDefault="007D5B1E">
            <w:pPr>
              <w:spacing w:after="0" w:line="240" w:lineRule="auto"/>
              <w:rPr>
                <w:sz w:val="26"/>
                <w:szCs w:val="26"/>
              </w:rPr>
            </w:pPr>
          </w:p>
        </w:tc>
      </w:tr>
      <w:tr w:rsidR="007D5B1E" w:rsidRPr="00DA61DD" w14:paraId="0A3356FD" w14:textId="77777777">
        <w:trPr>
          <w:trHeight w:val="232"/>
          <w:jc w:val="center"/>
        </w:trPr>
        <w:tc>
          <w:tcPr>
            <w:tcW w:w="680" w:type="dxa"/>
            <w:tcBorders>
              <w:top w:val="single" w:sz="6" w:space="0" w:color="000000"/>
              <w:left w:val="single" w:sz="6" w:space="0" w:color="000000"/>
              <w:bottom w:val="single" w:sz="6" w:space="0" w:color="000000"/>
              <w:right w:val="single" w:sz="6" w:space="0" w:color="000000"/>
            </w:tcBorders>
            <w:tcMar>
              <w:top w:w="60" w:type="dxa"/>
              <w:left w:w="70" w:type="dxa"/>
              <w:bottom w:w="60" w:type="dxa"/>
              <w:right w:w="70" w:type="dxa"/>
            </w:tcMar>
            <w:vAlign w:val="center"/>
          </w:tcPr>
          <w:p w14:paraId="542939B5" w14:textId="77777777" w:rsidR="007D5B1E" w:rsidRPr="00DA61DD" w:rsidRDefault="007D5B1E">
            <w:pPr>
              <w:spacing w:after="0" w:line="240" w:lineRule="auto"/>
              <w:jc w:val="center"/>
              <w:rPr>
                <w:sz w:val="26"/>
                <w:szCs w:val="26"/>
              </w:rPr>
            </w:pPr>
          </w:p>
        </w:tc>
        <w:tc>
          <w:tcPr>
            <w:tcW w:w="5783" w:type="dxa"/>
            <w:tcBorders>
              <w:top w:val="single" w:sz="6" w:space="0" w:color="000000"/>
              <w:left w:val="single" w:sz="6" w:space="0" w:color="000000"/>
              <w:bottom w:val="single" w:sz="6" w:space="0" w:color="000000"/>
              <w:right w:val="single" w:sz="6" w:space="0" w:color="000000"/>
            </w:tcBorders>
            <w:tcMar>
              <w:top w:w="60" w:type="dxa"/>
              <w:left w:w="70" w:type="dxa"/>
              <w:bottom w:w="60" w:type="dxa"/>
              <w:right w:w="70" w:type="dxa"/>
            </w:tcMar>
            <w:vAlign w:val="center"/>
          </w:tcPr>
          <w:p w14:paraId="4C97BB41" w14:textId="77777777" w:rsidR="007D5B1E" w:rsidRPr="00DA61DD" w:rsidRDefault="00000000">
            <w:pPr>
              <w:spacing w:after="0" w:line="240" w:lineRule="auto"/>
              <w:rPr>
                <w:sz w:val="26"/>
                <w:szCs w:val="26"/>
              </w:rPr>
            </w:pPr>
            <w:r w:rsidRPr="00DA61DD">
              <w:rPr>
                <w:i/>
                <w:sz w:val="26"/>
                <w:szCs w:val="26"/>
              </w:rPr>
              <w:t>- Lữ hành quốc tế</w:t>
            </w:r>
          </w:p>
        </w:tc>
        <w:tc>
          <w:tcPr>
            <w:tcW w:w="1417" w:type="dxa"/>
            <w:tcBorders>
              <w:top w:val="single" w:sz="6" w:space="0" w:color="000000"/>
              <w:left w:val="single" w:sz="6" w:space="0" w:color="000000"/>
              <w:bottom w:val="single" w:sz="6" w:space="0" w:color="000000"/>
              <w:right w:val="single" w:sz="6" w:space="0" w:color="000000"/>
            </w:tcBorders>
            <w:tcMar>
              <w:top w:w="60" w:type="dxa"/>
              <w:left w:w="70" w:type="dxa"/>
              <w:bottom w:w="60" w:type="dxa"/>
              <w:right w:w="70" w:type="dxa"/>
            </w:tcMar>
            <w:vAlign w:val="center"/>
          </w:tcPr>
          <w:p w14:paraId="73F79908" w14:textId="77777777" w:rsidR="007D5B1E" w:rsidRPr="00DA61DD" w:rsidRDefault="00000000">
            <w:pPr>
              <w:spacing w:after="0" w:line="240" w:lineRule="auto"/>
              <w:jc w:val="center"/>
              <w:rPr>
                <w:sz w:val="26"/>
                <w:szCs w:val="26"/>
              </w:rPr>
            </w:pPr>
            <w:r w:rsidRPr="00DA61DD">
              <w:rPr>
                <w:sz w:val="26"/>
                <w:szCs w:val="26"/>
              </w:rPr>
              <w:t>Doanh nghiệp</w:t>
            </w:r>
          </w:p>
        </w:tc>
        <w:tc>
          <w:tcPr>
            <w:tcW w:w="1474" w:type="dxa"/>
            <w:tcBorders>
              <w:top w:val="single" w:sz="6" w:space="0" w:color="000000"/>
              <w:left w:val="single" w:sz="6" w:space="0" w:color="000000"/>
              <w:bottom w:val="single" w:sz="6" w:space="0" w:color="000000"/>
              <w:right w:val="single" w:sz="6" w:space="0" w:color="000000"/>
            </w:tcBorders>
            <w:tcMar>
              <w:top w:w="60" w:type="dxa"/>
              <w:left w:w="70" w:type="dxa"/>
              <w:bottom w:w="60" w:type="dxa"/>
              <w:right w:w="70" w:type="dxa"/>
            </w:tcMar>
            <w:vAlign w:val="center"/>
          </w:tcPr>
          <w:p w14:paraId="7CB6C1BC" w14:textId="77777777" w:rsidR="007D5B1E" w:rsidRPr="00DA61DD" w:rsidRDefault="007D5B1E">
            <w:pPr>
              <w:spacing w:after="0" w:line="240" w:lineRule="auto"/>
              <w:rPr>
                <w:sz w:val="26"/>
                <w:szCs w:val="26"/>
              </w:rPr>
            </w:pPr>
          </w:p>
        </w:tc>
      </w:tr>
      <w:tr w:rsidR="007D5B1E" w:rsidRPr="00DA61DD" w14:paraId="38E5B6F7" w14:textId="77777777">
        <w:trPr>
          <w:trHeight w:val="232"/>
          <w:jc w:val="center"/>
        </w:trPr>
        <w:tc>
          <w:tcPr>
            <w:tcW w:w="680" w:type="dxa"/>
            <w:tcBorders>
              <w:top w:val="single" w:sz="6" w:space="0" w:color="000000"/>
              <w:left w:val="single" w:sz="6" w:space="0" w:color="000000"/>
              <w:bottom w:val="single" w:sz="6" w:space="0" w:color="000000"/>
              <w:right w:val="single" w:sz="6" w:space="0" w:color="000000"/>
            </w:tcBorders>
            <w:tcMar>
              <w:top w:w="60" w:type="dxa"/>
              <w:left w:w="70" w:type="dxa"/>
              <w:bottom w:w="60" w:type="dxa"/>
              <w:right w:w="70" w:type="dxa"/>
            </w:tcMar>
            <w:vAlign w:val="center"/>
          </w:tcPr>
          <w:p w14:paraId="6E9CEDF7" w14:textId="77777777" w:rsidR="007D5B1E" w:rsidRPr="00DA61DD" w:rsidRDefault="007D5B1E">
            <w:pPr>
              <w:spacing w:after="0" w:line="240" w:lineRule="auto"/>
              <w:jc w:val="center"/>
              <w:rPr>
                <w:sz w:val="26"/>
                <w:szCs w:val="26"/>
              </w:rPr>
            </w:pPr>
          </w:p>
        </w:tc>
        <w:tc>
          <w:tcPr>
            <w:tcW w:w="5783" w:type="dxa"/>
            <w:tcBorders>
              <w:top w:val="single" w:sz="6" w:space="0" w:color="000000"/>
              <w:left w:val="single" w:sz="6" w:space="0" w:color="000000"/>
              <w:bottom w:val="single" w:sz="6" w:space="0" w:color="000000"/>
              <w:right w:val="single" w:sz="6" w:space="0" w:color="000000"/>
            </w:tcBorders>
            <w:tcMar>
              <w:top w:w="60" w:type="dxa"/>
              <w:left w:w="70" w:type="dxa"/>
              <w:bottom w:w="60" w:type="dxa"/>
              <w:right w:w="70" w:type="dxa"/>
            </w:tcMar>
            <w:vAlign w:val="center"/>
          </w:tcPr>
          <w:p w14:paraId="15621691" w14:textId="77777777" w:rsidR="007D5B1E" w:rsidRPr="00DA61DD" w:rsidRDefault="00000000">
            <w:pPr>
              <w:spacing w:after="0" w:line="240" w:lineRule="auto"/>
              <w:rPr>
                <w:sz w:val="26"/>
                <w:szCs w:val="26"/>
              </w:rPr>
            </w:pPr>
            <w:r w:rsidRPr="00DA61DD">
              <w:rPr>
                <w:i/>
                <w:sz w:val="26"/>
                <w:szCs w:val="26"/>
              </w:rPr>
              <w:t>- Lữ hành nội địa</w:t>
            </w:r>
          </w:p>
        </w:tc>
        <w:tc>
          <w:tcPr>
            <w:tcW w:w="1417" w:type="dxa"/>
            <w:tcBorders>
              <w:top w:val="single" w:sz="6" w:space="0" w:color="000000"/>
              <w:left w:val="single" w:sz="6" w:space="0" w:color="000000"/>
              <w:bottom w:val="single" w:sz="6" w:space="0" w:color="000000"/>
              <w:right w:val="single" w:sz="6" w:space="0" w:color="000000"/>
            </w:tcBorders>
            <w:tcMar>
              <w:top w:w="60" w:type="dxa"/>
              <w:left w:w="70" w:type="dxa"/>
              <w:bottom w:w="60" w:type="dxa"/>
              <w:right w:w="70" w:type="dxa"/>
            </w:tcMar>
            <w:vAlign w:val="center"/>
          </w:tcPr>
          <w:p w14:paraId="6F0879A3" w14:textId="77777777" w:rsidR="007D5B1E" w:rsidRPr="00DA61DD" w:rsidRDefault="00000000">
            <w:pPr>
              <w:spacing w:after="0" w:line="240" w:lineRule="auto"/>
              <w:jc w:val="center"/>
              <w:rPr>
                <w:sz w:val="26"/>
                <w:szCs w:val="26"/>
              </w:rPr>
            </w:pPr>
            <w:r w:rsidRPr="00DA61DD">
              <w:rPr>
                <w:sz w:val="26"/>
                <w:szCs w:val="26"/>
              </w:rPr>
              <w:t>Doanh nghiệp</w:t>
            </w:r>
          </w:p>
        </w:tc>
        <w:tc>
          <w:tcPr>
            <w:tcW w:w="1474" w:type="dxa"/>
            <w:tcBorders>
              <w:top w:val="single" w:sz="6" w:space="0" w:color="000000"/>
              <w:left w:val="single" w:sz="6" w:space="0" w:color="000000"/>
              <w:bottom w:val="single" w:sz="6" w:space="0" w:color="000000"/>
              <w:right w:val="single" w:sz="6" w:space="0" w:color="000000"/>
            </w:tcBorders>
            <w:tcMar>
              <w:top w:w="60" w:type="dxa"/>
              <w:left w:w="70" w:type="dxa"/>
              <w:bottom w:w="60" w:type="dxa"/>
              <w:right w:w="70" w:type="dxa"/>
            </w:tcMar>
            <w:vAlign w:val="center"/>
          </w:tcPr>
          <w:p w14:paraId="332F4E90" w14:textId="77777777" w:rsidR="007D5B1E" w:rsidRPr="00DA61DD" w:rsidRDefault="007D5B1E">
            <w:pPr>
              <w:spacing w:after="0" w:line="240" w:lineRule="auto"/>
              <w:rPr>
                <w:sz w:val="26"/>
                <w:szCs w:val="26"/>
              </w:rPr>
            </w:pPr>
          </w:p>
        </w:tc>
      </w:tr>
      <w:tr w:rsidR="007D5B1E" w:rsidRPr="00DA61DD" w14:paraId="6FBC8DBC" w14:textId="77777777">
        <w:trPr>
          <w:jc w:val="center"/>
        </w:trPr>
        <w:tc>
          <w:tcPr>
            <w:tcW w:w="9354" w:type="dxa"/>
            <w:gridSpan w:val="4"/>
            <w:tcBorders>
              <w:top w:val="single" w:sz="6" w:space="0" w:color="000000"/>
              <w:left w:val="single" w:sz="6" w:space="0" w:color="000000"/>
              <w:bottom w:val="single" w:sz="6" w:space="0" w:color="000000"/>
              <w:right w:val="single" w:sz="6" w:space="0" w:color="000000"/>
            </w:tcBorders>
            <w:shd w:val="clear" w:color="auto" w:fill="E7E6E6"/>
            <w:tcMar>
              <w:top w:w="60" w:type="dxa"/>
              <w:left w:w="70" w:type="dxa"/>
              <w:bottom w:w="60" w:type="dxa"/>
              <w:right w:w="70" w:type="dxa"/>
            </w:tcMar>
            <w:vAlign w:val="center"/>
          </w:tcPr>
          <w:p w14:paraId="5FA8F499" w14:textId="77777777" w:rsidR="007D5B1E" w:rsidRPr="00DA61DD" w:rsidRDefault="00000000">
            <w:pPr>
              <w:spacing w:after="0" w:line="240" w:lineRule="auto"/>
              <w:rPr>
                <w:sz w:val="26"/>
                <w:szCs w:val="26"/>
              </w:rPr>
            </w:pPr>
            <w:r w:rsidRPr="00DA61DD">
              <w:rPr>
                <w:b/>
                <w:sz w:val="26"/>
                <w:szCs w:val="26"/>
              </w:rPr>
              <w:t>V. KHÁC</w:t>
            </w:r>
          </w:p>
        </w:tc>
      </w:tr>
      <w:tr w:rsidR="007D5B1E" w:rsidRPr="00DA61DD" w14:paraId="240A6B24" w14:textId="77777777">
        <w:trPr>
          <w:trHeight w:val="232"/>
          <w:jc w:val="center"/>
        </w:trPr>
        <w:tc>
          <w:tcPr>
            <w:tcW w:w="680" w:type="dxa"/>
            <w:tcBorders>
              <w:top w:val="single" w:sz="6" w:space="0" w:color="000000"/>
              <w:left w:val="single" w:sz="6" w:space="0" w:color="000000"/>
              <w:bottom w:val="single" w:sz="6" w:space="0" w:color="000000"/>
              <w:right w:val="single" w:sz="6" w:space="0" w:color="000000"/>
            </w:tcBorders>
            <w:tcMar>
              <w:top w:w="60" w:type="dxa"/>
              <w:left w:w="70" w:type="dxa"/>
              <w:bottom w:w="60" w:type="dxa"/>
              <w:right w:w="70" w:type="dxa"/>
            </w:tcMar>
            <w:vAlign w:val="center"/>
          </w:tcPr>
          <w:p w14:paraId="2F9664AD" w14:textId="77777777" w:rsidR="007D5B1E" w:rsidRPr="00DA61DD" w:rsidRDefault="00000000">
            <w:pPr>
              <w:spacing w:after="0" w:line="240" w:lineRule="auto"/>
              <w:jc w:val="center"/>
              <w:rPr>
                <w:sz w:val="26"/>
                <w:szCs w:val="26"/>
              </w:rPr>
            </w:pPr>
            <w:r w:rsidRPr="00DA61DD">
              <w:rPr>
                <w:sz w:val="26"/>
                <w:szCs w:val="26"/>
              </w:rPr>
              <w:t>12</w:t>
            </w:r>
          </w:p>
        </w:tc>
        <w:tc>
          <w:tcPr>
            <w:tcW w:w="5783" w:type="dxa"/>
            <w:tcBorders>
              <w:top w:val="single" w:sz="6" w:space="0" w:color="000000"/>
              <w:left w:val="single" w:sz="6" w:space="0" w:color="000000"/>
              <w:bottom w:val="single" w:sz="6" w:space="0" w:color="000000"/>
              <w:right w:val="single" w:sz="6" w:space="0" w:color="000000"/>
            </w:tcBorders>
            <w:tcMar>
              <w:top w:w="60" w:type="dxa"/>
              <w:left w:w="70" w:type="dxa"/>
              <w:bottom w:w="60" w:type="dxa"/>
              <w:right w:w="70" w:type="dxa"/>
            </w:tcMar>
            <w:vAlign w:val="center"/>
          </w:tcPr>
          <w:p w14:paraId="37A11298" w14:textId="77777777" w:rsidR="007D5B1E" w:rsidRPr="00DA61DD" w:rsidRDefault="00000000">
            <w:pPr>
              <w:spacing w:after="0" w:line="240" w:lineRule="auto"/>
              <w:rPr>
                <w:sz w:val="26"/>
                <w:szCs w:val="26"/>
              </w:rPr>
            </w:pPr>
            <w:r w:rsidRPr="00DA61DD">
              <w:rPr>
                <w:sz w:val="26"/>
                <w:szCs w:val="26"/>
              </w:rPr>
              <w:t>Số lượng khu, điểm du lịch</w:t>
            </w:r>
          </w:p>
        </w:tc>
        <w:tc>
          <w:tcPr>
            <w:tcW w:w="1417" w:type="dxa"/>
            <w:tcBorders>
              <w:top w:val="single" w:sz="6" w:space="0" w:color="000000"/>
              <w:left w:val="single" w:sz="6" w:space="0" w:color="000000"/>
              <w:bottom w:val="single" w:sz="6" w:space="0" w:color="000000"/>
              <w:right w:val="single" w:sz="6" w:space="0" w:color="000000"/>
            </w:tcBorders>
            <w:tcMar>
              <w:top w:w="60" w:type="dxa"/>
              <w:left w:w="70" w:type="dxa"/>
              <w:bottom w:w="60" w:type="dxa"/>
              <w:right w:w="70" w:type="dxa"/>
            </w:tcMar>
            <w:vAlign w:val="center"/>
          </w:tcPr>
          <w:p w14:paraId="39533194" w14:textId="77777777" w:rsidR="007D5B1E" w:rsidRPr="00DA61DD" w:rsidRDefault="00000000">
            <w:pPr>
              <w:spacing w:after="0" w:line="240" w:lineRule="auto"/>
              <w:jc w:val="center"/>
              <w:rPr>
                <w:sz w:val="26"/>
                <w:szCs w:val="26"/>
              </w:rPr>
            </w:pPr>
            <w:r w:rsidRPr="00DA61DD">
              <w:rPr>
                <w:sz w:val="26"/>
                <w:szCs w:val="26"/>
              </w:rPr>
              <w:t>Khu, điểm</w:t>
            </w:r>
          </w:p>
        </w:tc>
        <w:tc>
          <w:tcPr>
            <w:tcW w:w="1474" w:type="dxa"/>
            <w:tcBorders>
              <w:top w:val="single" w:sz="6" w:space="0" w:color="000000"/>
              <w:left w:val="single" w:sz="6" w:space="0" w:color="000000"/>
              <w:bottom w:val="single" w:sz="6" w:space="0" w:color="000000"/>
              <w:right w:val="single" w:sz="6" w:space="0" w:color="000000"/>
            </w:tcBorders>
            <w:tcMar>
              <w:top w:w="60" w:type="dxa"/>
              <w:left w:w="70" w:type="dxa"/>
              <w:bottom w:w="60" w:type="dxa"/>
              <w:right w:w="70" w:type="dxa"/>
            </w:tcMar>
            <w:vAlign w:val="center"/>
          </w:tcPr>
          <w:p w14:paraId="47A1C4DF" w14:textId="77777777" w:rsidR="007D5B1E" w:rsidRPr="00DA61DD" w:rsidRDefault="007D5B1E">
            <w:pPr>
              <w:spacing w:after="0" w:line="240" w:lineRule="auto"/>
              <w:rPr>
                <w:sz w:val="26"/>
                <w:szCs w:val="26"/>
              </w:rPr>
            </w:pPr>
          </w:p>
        </w:tc>
      </w:tr>
      <w:tr w:rsidR="007D5B1E" w:rsidRPr="00DA61DD" w14:paraId="28E2FAD2" w14:textId="77777777">
        <w:trPr>
          <w:trHeight w:val="232"/>
          <w:jc w:val="center"/>
        </w:trPr>
        <w:tc>
          <w:tcPr>
            <w:tcW w:w="680" w:type="dxa"/>
            <w:tcBorders>
              <w:top w:val="single" w:sz="6" w:space="0" w:color="000000"/>
              <w:left w:val="single" w:sz="6" w:space="0" w:color="000000"/>
              <w:bottom w:val="single" w:sz="6" w:space="0" w:color="000000"/>
              <w:right w:val="single" w:sz="6" w:space="0" w:color="000000"/>
            </w:tcBorders>
            <w:tcMar>
              <w:top w:w="60" w:type="dxa"/>
              <w:left w:w="70" w:type="dxa"/>
              <w:bottom w:w="60" w:type="dxa"/>
              <w:right w:w="70" w:type="dxa"/>
            </w:tcMar>
            <w:vAlign w:val="center"/>
          </w:tcPr>
          <w:p w14:paraId="3EBD0C89" w14:textId="77777777" w:rsidR="007D5B1E" w:rsidRPr="00DA61DD" w:rsidRDefault="00000000">
            <w:pPr>
              <w:spacing w:after="0" w:line="240" w:lineRule="auto"/>
              <w:jc w:val="center"/>
              <w:rPr>
                <w:sz w:val="26"/>
                <w:szCs w:val="26"/>
              </w:rPr>
            </w:pPr>
            <w:r w:rsidRPr="00DA61DD">
              <w:rPr>
                <w:sz w:val="26"/>
                <w:szCs w:val="26"/>
              </w:rPr>
              <w:t>13</w:t>
            </w:r>
          </w:p>
        </w:tc>
        <w:tc>
          <w:tcPr>
            <w:tcW w:w="5783" w:type="dxa"/>
            <w:tcBorders>
              <w:top w:val="single" w:sz="6" w:space="0" w:color="000000"/>
              <w:left w:val="single" w:sz="6" w:space="0" w:color="000000"/>
              <w:bottom w:val="single" w:sz="6" w:space="0" w:color="000000"/>
              <w:right w:val="single" w:sz="6" w:space="0" w:color="000000"/>
            </w:tcBorders>
            <w:tcMar>
              <w:top w:w="60" w:type="dxa"/>
              <w:left w:w="70" w:type="dxa"/>
              <w:bottom w:w="60" w:type="dxa"/>
              <w:right w:w="70" w:type="dxa"/>
            </w:tcMar>
            <w:vAlign w:val="center"/>
          </w:tcPr>
          <w:p w14:paraId="7596B00B" w14:textId="24361527" w:rsidR="007D5B1E" w:rsidRPr="00DA61DD" w:rsidRDefault="00000000">
            <w:pPr>
              <w:spacing w:after="0" w:line="240" w:lineRule="auto"/>
              <w:rPr>
                <w:sz w:val="26"/>
                <w:szCs w:val="26"/>
              </w:rPr>
            </w:pPr>
            <w:r w:rsidRPr="00DA61DD">
              <w:rPr>
                <w:sz w:val="26"/>
                <w:szCs w:val="26"/>
              </w:rPr>
              <w:t>Tổng số lao động trong ngành du lịch trên địa bàn</w:t>
            </w:r>
          </w:p>
        </w:tc>
        <w:tc>
          <w:tcPr>
            <w:tcW w:w="1417" w:type="dxa"/>
            <w:tcBorders>
              <w:top w:val="single" w:sz="6" w:space="0" w:color="000000"/>
              <w:left w:val="single" w:sz="6" w:space="0" w:color="000000"/>
              <w:bottom w:val="single" w:sz="6" w:space="0" w:color="000000"/>
              <w:right w:val="single" w:sz="6" w:space="0" w:color="000000"/>
            </w:tcBorders>
            <w:tcMar>
              <w:top w:w="60" w:type="dxa"/>
              <w:left w:w="70" w:type="dxa"/>
              <w:bottom w:w="60" w:type="dxa"/>
              <w:right w:w="70" w:type="dxa"/>
            </w:tcMar>
            <w:vAlign w:val="center"/>
          </w:tcPr>
          <w:p w14:paraId="30EC92C1" w14:textId="77777777" w:rsidR="007D5B1E" w:rsidRPr="00DA61DD" w:rsidRDefault="00000000">
            <w:pPr>
              <w:spacing w:after="0" w:line="240" w:lineRule="auto"/>
              <w:jc w:val="center"/>
              <w:rPr>
                <w:sz w:val="26"/>
                <w:szCs w:val="26"/>
              </w:rPr>
            </w:pPr>
            <w:r w:rsidRPr="00DA61DD">
              <w:rPr>
                <w:sz w:val="26"/>
                <w:szCs w:val="26"/>
              </w:rPr>
              <w:t>Người</w:t>
            </w:r>
          </w:p>
        </w:tc>
        <w:tc>
          <w:tcPr>
            <w:tcW w:w="1474" w:type="dxa"/>
            <w:tcBorders>
              <w:top w:val="single" w:sz="6" w:space="0" w:color="000000"/>
              <w:left w:val="single" w:sz="6" w:space="0" w:color="000000"/>
              <w:bottom w:val="single" w:sz="6" w:space="0" w:color="000000"/>
              <w:right w:val="single" w:sz="6" w:space="0" w:color="000000"/>
            </w:tcBorders>
            <w:tcMar>
              <w:top w:w="60" w:type="dxa"/>
              <w:left w:w="70" w:type="dxa"/>
              <w:bottom w:w="60" w:type="dxa"/>
              <w:right w:w="70" w:type="dxa"/>
            </w:tcMar>
            <w:vAlign w:val="center"/>
          </w:tcPr>
          <w:p w14:paraId="7EC6BA38" w14:textId="77777777" w:rsidR="007D5B1E" w:rsidRPr="00DA61DD" w:rsidRDefault="007D5B1E">
            <w:pPr>
              <w:spacing w:after="0" w:line="240" w:lineRule="auto"/>
              <w:rPr>
                <w:sz w:val="26"/>
                <w:szCs w:val="26"/>
              </w:rPr>
            </w:pPr>
          </w:p>
        </w:tc>
      </w:tr>
    </w:tbl>
    <w:p w14:paraId="770CB662" w14:textId="77777777" w:rsidR="00DA61DD" w:rsidRPr="00DA61DD" w:rsidRDefault="00DA61DD" w:rsidP="00DA61DD">
      <w:pPr>
        <w:spacing w:before="40" w:after="0"/>
        <w:jc w:val="both"/>
        <w:rPr>
          <w:sz w:val="26"/>
          <w:szCs w:val="26"/>
        </w:rPr>
      </w:pPr>
      <w:r w:rsidRPr="00DA61DD">
        <w:rPr>
          <w:rFonts w:ascii="Segoe UI Symbol" w:hAnsi="Segoe UI Symbol" w:cs="Segoe UI Symbol"/>
          <w:b/>
          <w:sz w:val="26"/>
          <w:szCs w:val="26"/>
        </w:rPr>
        <w:t>☐</w:t>
      </w:r>
      <w:r w:rsidRPr="00DA61DD">
        <w:rPr>
          <w:b/>
          <w:sz w:val="26"/>
          <w:szCs w:val="26"/>
        </w:rPr>
        <w:t xml:space="preserve"> Ch</w:t>
      </w:r>
      <w:r w:rsidRPr="00DA61DD">
        <w:rPr>
          <w:rFonts w:cs="Times New Roman"/>
          <w:b/>
          <w:sz w:val="26"/>
          <w:szCs w:val="26"/>
        </w:rPr>
        <w:t>ú</w:t>
      </w:r>
      <w:r w:rsidRPr="00DA61DD">
        <w:rPr>
          <w:b/>
          <w:sz w:val="26"/>
          <w:szCs w:val="26"/>
        </w:rPr>
        <w:t>ng t</w:t>
      </w:r>
      <w:r w:rsidRPr="00DA61DD">
        <w:rPr>
          <w:rFonts w:cs="Times New Roman"/>
          <w:b/>
          <w:sz w:val="26"/>
          <w:szCs w:val="26"/>
        </w:rPr>
        <w:t>ô</w:t>
      </w:r>
      <w:r w:rsidRPr="00DA61DD">
        <w:rPr>
          <w:b/>
          <w:sz w:val="26"/>
          <w:szCs w:val="26"/>
        </w:rPr>
        <w:t xml:space="preserve">i </w:t>
      </w:r>
      <w:r w:rsidRPr="00DA61DD">
        <w:rPr>
          <w:rFonts w:cs="Times New Roman"/>
          <w:b/>
          <w:sz w:val="26"/>
          <w:szCs w:val="26"/>
        </w:rPr>
        <w:t>đã</w:t>
      </w:r>
      <w:r w:rsidRPr="00DA61DD">
        <w:rPr>
          <w:b/>
          <w:sz w:val="26"/>
          <w:szCs w:val="26"/>
        </w:rPr>
        <w:t xml:space="preserve"> ki</w:t>
      </w:r>
      <w:r w:rsidRPr="00DA61DD">
        <w:rPr>
          <w:rFonts w:cs="Times New Roman"/>
          <w:b/>
          <w:sz w:val="26"/>
          <w:szCs w:val="26"/>
        </w:rPr>
        <w:t>ể</w:t>
      </w:r>
      <w:r w:rsidRPr="00DA61DD">
        <w:rPr>
          <w:b/>
          <w:sz w:val="26"/>
          <w:szCs w:val="26"/>
        </w:rPr>
        <w:t>m tra s</w:t>
      </w:r>
      <w:r w:rsidRPr="00DA61DD">
        <w:rPr>
          <w:rFonts w:cs="Times New Roman"/>
          <w:b/>
          <w:sz w:val="26"/>
          <w:szCs w:val="26"/>
        </w:rPr>
        <w:t>ố</w:t>
      </w:r>
      <w:r w:rsidRPr="00DA61DD">
        <w:rPr>
          <w:b/>
          <w:sz w:val="26"/>
          <w:szCs w:val="26"/>
        </w:rPr>
        <w:t xml:space="preserve"> li</w:t>
      </w:r>
      <w:r w:rsidRPr="00DA61DD">
        <w:rPr>
          <w:rFonts w:cs="Times New Roman"/>
          <w:b/>
          <w:sz w:val="26"/>
          <w:szCs w:val="26"/>
        </w:rPr>
        <w:t>ệ</w:t>
      </w:r>
      <w:r w:rsidRPr="00DA61DD">
        <w:rPr>
          <w:b/>
          <w:sz w:val="26"/>
          <w:szCs w:val="26"/>
        </w:rPr>
        <w:t>u k</w:t>
      </w:r>
      <w:r w:rsidRPr="00DA61DD">
        <w:rPr>
          <w:rFonts w:cs="Times New Roman"/>
          <w:b/>
          <w:sz w:val="26"/>
          <w:szCs w:val="26"/>
        </w:rPr>
        <w:t>ê</w:t>
      </w:r>
      <w:r w:rsidRPr="00DA61DD">
        <w:rPr>
          <w:b/>
          <w:sz w:val="26"/>
          <w:szCs w:val="26"/>
        </w:rPr>
        <w:t xml:space="preserve"> khai tr</w:t>
      </w:r>
      <w:r w:rsidRPr="00DA61DD">
        <w:rPr>
          <w:rFonts w:cs="Times New Roman"/>
          <w:b/>
          <w:sz w:val="26"/>
          <w:szCs w:val="26"/>
        </w:rPr>
        <w:t>ướ</w:t>
      </w:r>
      <w:r w:rsidRPr="00DA61DD">
        <w:rPr>
          <w:b/>
          <w:sz w:val="26"/>
          <w:szCs w:val="26"/>
        </w:rPr>
        <w:t>c khi g</w:t>
      </w:r>
      <w:r w:rsidRPr="00DA61DD">
        <w:rPr>
          <w:rFonts w:cs="Times New Roman"/>
          <w:b/>
          <w:sz w:val="26"/>
          <w:szCs w:val="26"/>
        </w:rPr>
        <w:t>ử</w:t>
      </w:r>
      <w:r w:rsidRPr="00DA61DD">
        <w:rPr>
          <w:b/>
          <w:sz w:val="26"/>
          <w:szCs w:val="26"/>
        </w:rPr>
        <w:t>i. Ch</w:t>
      </w:r>
      <w:r w:rsidRPr="00DA61DD">
        <w:rPr>
          <w:rFonts w:cs="Times New Roman"/>
          <w:b/>
          <w:sz w:val="26"/>
          <w:szCs w:val="26"/>
        </w:rPr>
        <w:t>ú</w:t>
      </w:r>
      <w:r w:rsidRPr="00DA61DD">
        <w:rPr>
          <w:b/>
          <w:sz w:val="26"/>
          <w:szCs w:val="26"/>
        </w:rPr>
        <w:t>ng t</w:t>
      </w:r>
      <w:r w:rsidRPr="00DA61DD">
        <w:rPr>
          <w:rFonts w:cs="Times New Roman"/>
          <w:b/>
          <w:sz w:val="26"/>
          <w:szCs w:val="26"/>
        </w:rPr>
        <w:t>ô</w:t>
      </w:r>
      <w:r w:rsidRPr="00DA61DD">
        <w:rPr>
          <w:b/>
          <w:sz w:val="26"/>
          <w:szCs w:val="26"/>
        </w:rPr>
        <w:t>i x</w:t>
      </w:r>
      <w:r w:rsidRPr="00DA61DD">
        <w:rPr>
          <w:rFonts w:cs="Times New Roman"/>
          <w:b/>
          <w:sz w:val="26"/>
          <w:szCs w:val="26"/>
        </w:rPr>
        <w:t>á</w:t>
      </w:r>
      <w:r w:rsidRPr="00DA61DD">
        <w:rPr>
          <w:b/>
          <w:sz w:val="26"/>
          <w:szCs w:val="26"/>
        </w:rPr>
        <w:t>c nh</w:t>
      </w:r>
      <w:r w:rsidRPr="00DA61DD">
        <w:rPr>
          <w:rFonts w:cs="Times New Roman"/>
          <w:b/>
          <w:sz w:val="26"/>
          <w:szCs w:val="26"/>
        </w:rPr>
        <w:t>ậ</w:t>
      </w:r>
      <w:r w:rsidRPr="00DA61DD">
        <w:rPr>
          <w:b/>
          <w:sz w:val="26"/>
          <w:szCs w:val="26"/>
        </w:rPr>
        <w:t>n th</w:t>
      </w:r>
      <w:r w:rsidRPr="00DA61DD">
        <w:rPr>
          <w:rFonts w:cs="Times New Roman"/>
          <w:b/>
          <w:sz w:val="26"/>
          <w:szCs w:val="26"/>
        </w:rPr>
        <w:t>ô</w:t>
      </w:r>
      <w:r w:rsidRPr="00DA61DD">
        <w:rPr>
          <w:b/>
          <w:sz w:val="26"/>
          <w:szCs w:val="26"/>
        </w:rPr>
        <w:t xml:space="preserve">ng tin </w:t>
      </w:r>
      <w:r w:rsidRPr="00DA61DD">
        <w:rPr>
          <w:rFonts w:cs="Times New Roman"/>
          <w:b/>
          <w:sz w:val="26"/>
          <w:szCs w:val="26"/>
        </w:rPr>
        <w:t>đã</w:t>
      </w:r>
      <w:r w:rsidRPr="00DA61DD">
        <w:rPr>
          <w:b/>
          <w:sz w:val="26"/>
          <w:szCs w:val="26"/>
        </w:rPr>
        <w:t xml:space="preserve"> cung c</w:t>
      </w:r>
      <w:r w:rsidRPr="00DA61DD">
        <w:rPr>
          <w:rFonts w:cs="Times New Roman"/>
          <w:b/>
          <w:sz w:val="26"/>
          <w:szCs w:val="26"/>
        </w:rPr>
        <w:t>ấ</w:t>
      </w:r>
      <w:r w:rsidRPr="00DA61DD">
        <w:rPr>
          <w:b/>
          <w:sz w:val="26"/>
          <w:szCs w:val="26"/>
        </w:rPr>
        <w:t>p tr</w:t>
      </w:r>
      <w:r w:rsidRPr="00DA61DD">
        <w:rPr>
          <w:rFonts w:cs="Times New Roman"/>
          <w:b/>
          <w:sz w:val="26"/>
          <w:szCs w:val="26"/>
        </w:rPr>
        <w:t>ê</w:t>
      </w:r>
      <w:r w:rsidRPr="00DA61DD">
        <w:rPr>
          <w:b/>
          <w:sz w:val="26"/>
          <w:szCs w:val="26"/>
        </w:rPr>
        <w:t xml:space="preserve">n </w:t>
      </w:r>
      <w:r w:rsidRPr="00DA61DD">
        <w:rPr>
          <w:rFonts w:cs="Times New Roman"/>
          <w:b/>
          <w:sz w:val="26"/>
          <w:szCs w:val="26"/>
        </w:rPr>
        <w:t>đâ</w:t>
      </w:r>
      <w:r w:rsidRPr="00DA61DD">
        <w:rPr>
          <w:b/>
          <w:sz w:val="26"/>
          <w:szCs w:val="26"/>
        </w:rPr>
        <w:t>y l</w:t>
      </w:r>
      <w:r w:rsidRPr="00DA61DD">
        <w:rPr>
          <w:rFonts w:cs="Times New Roman"/>
          <w:b/>
          <w:sz w:val="26"/>
          <w:szCs w:val="26"/>
        </w:rPr>
        <w:t>à</w:t>
      </w:r>
      <w:r w:rsidRPr="00DA61DD">
        <w:rPr>
          <w:b/>
          <w:sz w:val="26"/>
          <w:szCs w:val="26"/>
        </w:rPr>
        <w:t xml:space="preserve"> </w:t>
      </w:r>
      <w:r w:rsidRPr="00DA61DD">
        <w:rPr>
          <w:rFonts w:cs="Times New Roman"/>
          <w:b/>
          <w:sz w:val="26"/>
          <w:szCs w:val="26"/>
        </w:rPr>
        <w:t>đú</w:t>
      </w:r>
      <w:r w:rsidRPr="00DA61DD">
        <w:rPr>
          <w:b/>
          <w:sz w:val="26"/>
          <w:szCs w:val="26"/>
        </w:rPr>
        <w:t>ng.</w:t>
      </w:r>
    </w:p>
    <w:p w14:paraId="749B47E4" w14:textId="77777777" w:rsidR="007D5B1E" w:rsidRPr="00DA61DD" w:rsidRDefault="00000000">
      <w:pPr>
        <w:spacing w:before="40" w:after="20"/>
        <w:jc w:val="right"/>
        <w:rPr>
          <w:sz w:val="26"/>
          <w:szCs w:val="26"/>
        </w:rPr>
      </w:pPr>
      <w:r w:rsidRPr="00DA61DD">
        <w:rPr>
          <w:sz w:val="26"/>
          <w:szCs w:val="26"/>
        </w:rPr>
        <w:t>…………………, ngày …… tháng …… năm 2026</w:t>
      </w:r>
    </w:p>
    <w:tbl>
      <w:tblPr>
        <w:tblW w:w="0" w:type="auto"/>
        <w:jc w:val="center"/>
        <w:tblLayout w:type="fixed"/>
        <w:tblLook w:val="04A0" w:firstRow="1" w:lastRow="0" w:firstColumn="1" w:lastColumn="0" w:noHBand="0" w:noVBand="1"/>
      </w:tblPr>
      <w:tblGrid>
        <w:gridCol w:w="4844"/>
        <w:gridCol w:w="4844"/>
      </w:tblGrid>
      <w:tr w:rsidR="007D5B1E" w:rsidRPr="00DA61DD" w14:paraId="20A9A4B9" w14:textId="77777777">
        <w:trPr>
          <w:jc w:val="center"/>
        </w:trPr>
        <w:tc>
          <w:tcPr>
            <w:tcW w:w="4844" w:type="dxa"/>
            <w:tcBorders>
              <w:top w:val="nil"/>
              <w:left w:val="nil"/>
              <w:bottom w:val="nil"/>
              <w:right w:val="nil"/>
            </w:tcBorders>
            <w:tcMar>
              <w:top w:w="0" w:type="dxa"/>
              <w:left w:w="0" w:type="dxa"/>
              <w:bottom w:w="0" w:type="dxa"/>
              <w:right w:w="0" w:type="dxa"/>
            </w:tcMar>
          </w:tcPr>
          <w:p w14:paraId="0421DF08" w14:textId="77777777" w:rsidR="007D5B1E" w:rsidRPr="00DA61DD" w:rsidRDefault="00000000">
            <w:pPr>
              <w:spacing w:after="0"/>
              <w:jc w:val="center"/>
              <w:rPr>
                <w:sz w:val="26"/>
                <w:szCs w:val="26"/>
              </w:rPr>
            </w:pPr>
            <w:r w:rsidRPr="00DA61DD">
              <w:rPr>
                <w:b/>
                <w:sz w:val="26"/>
                <w:szCs w:val="26"/>
              </w:rPr>
              <w:t>Người kiểm tra phiếu</w:t>
            </w:r>
          </w:p>
        </w:tc>
        <w:tc>
          <w:tcPr>
            <w:tcW w:w="4844" w:type="dxa"/>
            <w:tcBorders>
              <w:top w:val="nil"/>
              <w:left w:val="nil"/>
              <w:bottom w:val="nil"/>
              <w:right w:val="nil"/>
            </w:tcBorders>
            <w:tcMar>
              <w:top w:w="0" w:type="dxa"/>
              <w:left w:w="0" w:type="dxa"/>
              <w:bottom w:w="0" w:type="dxa"/>
              <w:right w:w="0" w:type="dxa"/>
            </w:tcMar>
          </w:tcPr>
          <w:p w14:paraId="2275EA49" w14:textId="77777777" w:rsidR="007D5B1E" w:rsidRPr="00DA61DD" w:rsidRDefault="00000000">
            <w:pPr>
              <w:spacing w:after="0"/>
              <w:jc w:val="center"/>
              <w:rPr>
                <w:sz w:val="26"/>
                <w:szCs w:val="26"/>
              </w:rPr>
            </w:pPr>
            <w:r w:rsidRPr="00DA61DD">
              <w:rPr>
                <w:b/>
                <w:sz w:val="26"/>
                <w:szCs w:val="26"/>
              </w:rPr>
              <w:t>Người lập biểu</w:t>
            </w:r>
          </w:p>
        </w:tc>
      </w:tr>
      <w:tr w:rsidR="007D5B1E" w:rsidRPr="00DA61DD" w14:paraId="10485E23" w14:textId="77777777">
        <w:trPr>
          <w:jc w:val="center"/>
        </w:trPr>
        <w:tc>
          <w:tcPr>
            <w:tcW w:w="4844" w:type="dxa"/>
            <w:tcBorders>
              <w:top w:val="nil"/>
              <w:left w:val="nil"/>
              <w:bottom w:val="nil"/>
              <w:right w:val="nil"/>
            </w:tcBorders>
            <w:tcMar>
              <w:top w:w="0" w:type="dxa"/>
              <w:left w:w="0" w:type="dxa"/>
              <w:bottom w:w="0" w:type="dxa"/>
              <w:right w:w="0" w:type="dxa"/>
            </w:tcMar>
          </w:tcPr>
          <w:p w14:paraId="27211B82" w14:textId="402A4AFB" w:rsidR="007D5B1E" w:rsidRPr="00DA61DD" w:rsidRDefault="00000000">
            <w:pPr>
              <w:spacing w:after="0"/>
              <w:jc w:val="center"/>
              <w:rPr>
                <w:sz w:val="26"/>
                <w:szCs w:val="26"/>
              </w:rPr>
            </w:pPr>
            <w:r w:rsidRPr="00DA61DD">
              <w:rPr>
                <w:i/>
                <w:sz w:val="26"/>
                <w:szCs w:val="26"/>
              </w:rPr>
              <w:t>(</w:t>
            </w:r>
            <w:r w:rsidR="00DA61DD">
              <w:rPr>
                <w:i/>
                <w:sz w:val="26"/>
                <w:szCs w:val="26"/>
              </w:rPr>
              <w:t>Ký và ghi rõ họ tên</w:t>
            </w:r>
            <w:r w:rsidRPr="00DA61DD">
              <w:rPr>
                <w:i/>
                <w:sz w:val="26"/>
                <w:szCs w:val="26"/>
              </w:rPr>
              <w:t>)</w:t>
            </w:r>
          </w:p>
        </w:tc>
        <w:tc>
          <w:tcPr>
            <w:tcW w:w="4844" w:type="dxa"/>
            <w:tcBorders>
              <w:top w:val="nil"/>
              <w:left w:val="nil"/>
              <w:bottom w:val="nil"/>
              <w:right w:val="nil"/>
            </w:tcBorders>
            <w:tcMar>
              <w:top w:w="0" w:type="dxa"/>
              <w:left w:w="0" w:type="dxa"/>
              <w:bottom w:w="0" w:type="dxa"/>
              <w:right w:w="0" w:type="dxa"/>
            </w:tcMar>
          </w:tcPr>
          <w:p w14:paraId="3C291CF3" w14:textId="2B3AEEC1" w:rsidR="007D5B1E" w:rsidRPr="00DA61DD" w:rsidRDefault="00000000">
            <w:pPr>
              <w:spacing w:after="0"/>
              <w:jc w:val="center"/>
              <w:rPr>
                <w:sz w:val="26"/>
                <w:szCs w:val="26"/>
              </w:rPr>
            </w:pPr>
            <w:r w:rsidRPr="00DA61DD">
              <w:rPr>
                <w:i/>
                <w:sz w:val="26"/>
                <w:szCs w:val="26"/>
              </w:rPr>
              <w:t>(</w:t>
            </w:r>
            <w:r w:rsidR="00DA61DD">
              <w:rPr>
                <w:i/>
                <w:sz w:val="26"/>
                <w:szCs w:val="26"/>
              </w:rPr>
              <w:t>Ký và ghi rõ họ tên</w:t>
            </w:r>
            <w:r w:rsidRPr="00DA61DD">
              <w:rPr>
                <w:i/>
                <w:sz w:val="26"/>
                <w:szCs w:val="26"/>
              </w:rPr>
              <w:t>)</w:t>
            </w:r>
          </w:p>
        </w:tc>
      </w:tr>
    </w:tbl>
    <w:p w14:paraId="43501F9C" w14:textId="7CB193D8" w:rsidR="007D5B1E" w:rsidRDefault="007D5B1E" w:rsidP="00DA61DD">
      <w:pPr>
        <w:spacing w:before="40" w:after="0"/>
        <w:rPr>
          <w:sz w:val="26"/>
          <w:szCs w:val="26"/>
        </w:rPr>
      </w:pPr>
    </w:p>
    <w:p w14:paraId="2C5B4EE1" w14:textId="77777777" w:rsidR="004A78AC" w:rsidRDefault="004A78AC" w:rsidP="00DA61DD">
      <w:pPr>
        <w:spacing w:before="40" w:after="0"/>
        <w:rPr>
          <w:sz w:val="26"/>
          <w:szCs w:val="26"/>
        </w:rPr>
      </w:pPr>
    </w:p>
    <w:p w14:paraId="52FC68E2" w14:textId="77777777" w:rsidR="004A78AC" w:rsidRPr="00DA61DD" w:rsidRDefault="004A78AC" w:rsidP="00DA61DD">
      <w:pPr>
        <w:spacing w:before="40" w:after="0"/>
        <w:rPr>
          <w:sz w:val="26"/>
          <w:szCs w:val="26"/>
        </w:rPr>
      </w:pPr>
    </w:p>
    <w:sectPr w:rsidR="004A78AC" w:rsidRPr="00DA61DD" w:rsidSect="00DA61DD">
      <w:footerReference w:type="default" r:id="rId8"/>
      <w:pgSz w:w="11906" w:h="16838" w:code="9"/>
      <w:pgMar w:top="1134" w:right="1134" w:bottom="1134" w:left="1701"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9F7F8F" w14:textId="77777777" w:rsidR="00D75507" w:rsidRDefault="00D75507">
      <w:pPr>
        <w:spacing w:after="0" w:line="240" w:lineRule="auto"/>
      </w:pPr>
      <w:r>
        <w:separator/>
      </w:r>
    </w:p>
  </w:endnote>
  <w:endnote w:type="continuationSeparator" w:id="0">
    <w:p w14:paraId="72A207FB" w14:textId="77777777" w:rsidR="00D75507" w:rsidRDefault="00D75507">
      <w:pPr>
        <w:spacing w:after="0" w:line="240" w:lineRule="auto"/>
      </w:pPr>
      <w:r>
        <w:continuationSeparator/>
      </w:r>
    </w:p>
  </w:endnote>
  <w:endnote w:id="1">
    <w:p w14:paraId="20DD67CF" w14:textId="77777777" w:rsidR="00DA61DD" w:rsidRPr="00DA61DD" w:rsidRDefault="00DA61DD" w:rsidP="00DA61DD">
      <w:pPr>
        <w:keepNext/>
        <w:spacing w:after="40"/>
        <w:rPr>
          <w:sz w:val="26"/>
          <w:szCs w:val="26"/>
        </w:rPr>
      </w:pPr>
      <w:r>
        <w:rPr>
          <w:rStyle w:val="EndnoteReference"/>
        </w:rPr>
        <w:endnoteRef/>
      </w:r>
      <w:r>
        <w:t xml:space="preserve"> </w:t>
      </w:r>
      <w:r w:rsidRPr="00DA61DD">
        <w:rPr>
          <w:b/>
          <w:sz w:val="26"/>
          <w:szCs w:val="26"/>
        </w:rPr>
        <w:t>LƯU Ý KHI KÊ KHAI:</w:t>
      </w:r>
    </w:p>
    <w:p w14:paraId="68E4338F" w14:textId="6AB2795D" w:rsidR="00DA61DD" w:rsidRPr="00DA61DD" w:rsidRDefault="00DA61DD" w:rsidP="00DA61DD">
      <w:pPr>
        <w:spacing w:after="20"/>
        <w:ind w:left="227" w:hanging="198"/>
        <w:rPr>
          <w:sz w:val="20"/>
          <w:szCs w:val="20"/>
        </w:rPr>
      </w:pPr>
      <w:r w:rsidRPr="00DA61DD">
        <w:rPr>
          <w:sz w:val="20"/>
          <w:szCs w:val="20"/>
        </w:rPr>
        <w:t>- Kỳ số liệu: 9 tháng năm 2026, từ 01/01/2026 đến hết 30/9/2026.</w:t>
      </w:r>
    </w:p>
    <w:p w14:paraId="159ADA1B" w14:textId="137D4D0C" w:rsidR="00DA61DD" w:rsidRPr="00DA61DD" w:rsidRDefault="00DA61DD" w:rsidP="00DA61DD">
      <w:pPr>
        <w:spacing w:after="20"/>
        <w:ind w:left="227" w:hanging="198"/>
        <w:rPr>
          <w:sz w:val="20"/>
          <w:szCs w:val="20"/>
        </w:rPr>
      </w:pPr>
      <w:r w:rsidRPr="00DA61DD">
        <w:rPr>
          <w:sz w:val="20"/>
          <w:szCs w:val="20"/>
        </w:rPr>
        <w:t>- Nếu không phát sinh, nhập 0.</w:t>
      </w:r>
    </w:p>
    <w:p w14:paraId="70ADF986" w14:textId="0751AF7D" w:rsidR="00DA61DD" w:rsidRPr="00DA61DD" w:rsidRDefault="00DA61DD" w:rsidP="00DA61DD">
      <w:pPr>
        <w:spacing w:after="20"/>
        <w:ind w:left="227" w:hanging="198"/>
        <w:rPr>
          <w:sz w:val="20"/>
          <w:szCs w:val="20"/>
        </w:rPr>
      </w:pPr>
      <w:r w:rsidRPr="00DA61DD">
        <w:rPr>
          <w:sz w:val="20"/>
          <w:szCs w:val="20"/>
        </w:rPr>
        <w:t>- Nếu có số thập phân, sử dụng dấu phẩy (ví dụ: 1.250,5).</w:t>
      </w:r>
    </w:p>
    <w:p w14:paraId="5D4A80F7" w14:textId="27456C72" w:rsidR="00DA61DD" w:rsidRPr="00DA61DD" w:rsidRDefault="00DA61DD" w:rsidP="00DA61DD">
      <w:pPr>
        <w:spacing w:after="20"/>
        <w:ind w:left="227" w:hanging="198"/>
        <w:rPr>
          <w:sz w:val="20"/>
          <w:szCs w:val="20"/>
        </w:rPr>
      </w:pPr>
      <w:r w:rsidRPr="00DA61DD">
        <w:rPr>
          <w:sz w:val="20"/>
          <w:szCs w:val="20"/>
        </w:rPr>
        <w:t>- Vui lòng kiểm tra kỹ thông tin cung cấp trước khi gửi.</w:t>
      </w:r>
    </w:p>
    <w:p w14:paraId="43AAF669" w14:textId="0D9C8A6B" w:rsidR="00DA61DD" w:rsidRDefault="00DA61DD" w:rsidP="00DA61DD">
      <w:pPr>
        <w:spacing w:after="40"/>
        <w:jc w:val="both"/>
        <w:rPr>
          <w:sz w:val="20"/>
          <w:szCs w:val="20"/>
        </w:rPr>
      </w:pPr>
      <w:r w:rsidRPr="00DA61DD">
        <w:rPr>
          <w:sz w:val="20"/>
          <w:szCs w:val="20"/>
        </w:rPr>
        <w:t>- Chỉ tiêu Tổng số lao động trong ngành du lịch trên địa bàn được xác định theo lao động đang làm việc trong các cơ sở kinh doanh thuộc các ngành du lịch đặc trưng trên địa bàn gồm: cơ sở lưu trú du lịch, doanh nghiệp lữ hành, vận chuyển khách du lịch, khu, điểm du lịch và cơ sở vui chơi giải trí phục vụ khách du lịch, các dịch vụ phục vụ khách du lịch khác. Không bao gồm lao động làm việc tại các cơ quan quản lý nhà nước về du lịch và các đơn vị sự nghiệp thuộc cơ quan quản lý du lịch. Bao gồm lao động làm việc toàn thời gian hoặc bán thời gian hoặc thời vụ đang làm việc tại thời điểm báo cáo.</w:t>
      </w:r>
    </w:p>
    <w:p w14:paraId="6A5D686C" w14:textId="0495E69B" w:rsidR="00DA61DD" w:rsidRDefault="004A78AC" w:rsidP="004A78AC">
      <w:pPr>
        <w:spacing w:after="20"/>
        <w:jc w:val="both"/>
      </w:pPr>
      <w:r>
        <w:rPr>
          <w:sz w:val="19"/>
          <w:szCs w:val="19"/>
        </w:rPr>
        <w:t xml:space="preserve">- Số điện thoại của người cung cấp thông tin: </w:t>
      </w:r>
      <w:r w:rsidRPr="00A97114">
        <w:rPr>
          <w:sz w:val="19"/>
          <w:szCs w:val="19"/>
        </w:rPr>
        <w:t>Phục vụ liên hệ, trao đổi và làm rõ số liệu khi cần thiết.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BE5B3" w14:textId="77777777" w:rsidR="007D5B1E" w:rsidRDefault="00000000">
    <w:pPr>
      <w:pStyle w:val="Footer"/>
      <w:jc w:val="right"/>
    </w:pPr>
    <w:r>
      <w:rPr>
        <w:sz w:val="20"/>
      </w:rPr>
      <w:t xml:space="preserve">Trang </w:t>
    </w:r>
    <w:r>
      <w:fldChar w:fldCharType="begin"/>
    </w:r>
    <w:r>
      <w:instrText>PAGE</w:instrText>
    </w:r>
    <w:r>
      <w:fldChar w:fldCharType="separate"/>
    </w:r>
    <w:r>
      <w:rPr>
        <w:sz w:val="20"/>
      </w:rPr>
      <w:t>1</w:t>
    </w:r>
    <w:r>
      <w:rPr>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1FE156" w14:textId="77777777" w:rsidR="00D75507" w:rsidRDefault="00D75507">
      <w:pPr>
        <w:spacing w:after="0" w:line="240" w:lineRule="auto"/>
      </w:pPr>
      <w:r>
        <w:separator/>
      </w:r>
    </w:p>
  </w:footnote>
  <w:footnote w:type="continuationSeparator" w:id="0">
    <w:p w14:paraId="717A21DF" w14:textId="77777777" w:rsidR="00D75507" w:rsidRDefault="00D7550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319768390">
    <w:abstractNumId w:val="8"/>
  </w:num>
  <w:num w:numId="2" w16cid:durableId="166218824">
    <w:abstractNumId w:val="6"/>
  </w:num>
  <w:num w:numId="3" w16cid:durableId="619535693">
    <w:abstractNumId w:val="5"/>
  </w:num>
  <w:num w:numId="4" w16cid:durableId="354306858">
    <w:abstractNumId w:val="4"/>
  </w:num>
  <w:num w:numId="5" w16cid:durableId="286816506">
    <w:abstractNumId w:val="7"/>
  </w:num>
  <w:num w:numId="6" w16cid:durableId="289867853">
    <w:abstractNumId w:val="3"/>
  </w:num>
  <w:num w:numId="7" w16cid:durableId="1771852779">
    <w:abstractNumId w:val="2"/>
  </w:num>
  <w:num w:numId="8" w16cid:durableId="915744049">
    <w:abstractNumId w:val="1"/>
  </w:num>
  <w:num w:numId="9" w16cid:durableId="1793950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4A78AC"/>
    <w:rsid w:val="004B193B"/>
    <w:rsid w:val="007D5B1E"/>
    <w:rsid w:val="007F18D9"/>
    <w:rsid w:val="008C72A1"/>
    <w:rsid w:val="00997062"/>
    <w:rsid w:val="009C6DA8"/>
    <w:rsid w:val="00AA1D8D"/>
    <w:rsid w:val="00B47730"/>
    <w:rsid w:val="00CB0664"/>
    <w:rsid w:val="00D75507"/>
    <w:rsid w:val="00DA61D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145D5DF"/>
  <w14:defaultImageDpi w14:val="300"/>
  <w15:docId w15:val="{9ECEFC95-3FE2-4588-8DE5-559CADD27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0" w:line="259" w:lineRule="auto"/>
    </w:pPr>
    <w:rPr>
      <w:rFonts w:ascii="Times New Roman" w:eastAsia="Times New Roman" w:hAnsi="Times New Roman"/>
      <w:sz w:val="25"/>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FormTitle">
    <w:name w:val="FormTitle"/>
    <w:pPr>
      <w:spacing w:before="60" w:after="160" w:line="240" w:lineRule="auto"/>
    </w:pPr>
    <w:rPr>
      <w:rFonts w:ascii="Times New Roman" w:eastAsia="Times New Roman" w:hAnsi="Times New Roman"/>
      <w:b/>
      <w:sz w:val="28"/>
    </w:rPr>
  </w:style>
  <w:style w:type="paragraph" w:styleId="EndnoteText">
    <w:name w:val="endnote text"/>
    <w:basedOn w:val="Normal"/>
    <w:link w:val="EndnoteTextChar"/>
    <w:uiPriority w:val="99"/>
    <w:semiHidden/>
    <w:unhideWhenUsed/>
    <w:rsid w:val="00DA61DD"/>
    <w:pPr>
      <w:spacing w:after="0" w:line="240" w:lineRule="auto"/>
    </w:pPr>
    <w:rPr>
      <w:sz w:val="20"/>
      <w:szCs w:val="20"/>
    </w:rPr>
  </w:style>
  <w:style w:type="character" w:customStyle="1" w:styleId="EndnoteTextChar">
    <w:name w:val="Endnote Text Char"/>
    <w:basedOn w:val="DefaultParagraphFont"/>
    <w:link w:val="EndnoteText"/>
    <w:uiPriority w:val="99"/>
    <w:semiHidden/>
    <w:rsid w:val="00DA61DD"/>
    <w:rPr>
      <w:rFonts w:ascii="Times New Roman" w:eastAsia="Times New Roman" w:hAnsi="Times New Roman"/>
      <w:sz w:val="20"/>
      <w:szCs w:val="20"/>
    </w:rPr>
  </w:style>
  <w:style w:type="character" w:styleId="EndnoteReference">
    <w:name w:val="endnote reference"/>
    <w:basedOn w:val="DefaultParagraphFont"/>
    <w:uiPriority w:val="99"/>
    <w:semiHidden/>
    <w:unhideWhenUsed/>
    <w:rsid w:val="00DA61D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369</Words>
  <Characters>2107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2472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PHIẾU THU THẬP THÔNG TIN SỞ DU LỊCH/SỞ VĂN HÓA, THỂ THAO VÀ DU LỊCH</dc:title>
  <dc:subject/>
  <dc:creator>Cục Du lịch Quốc gia Việt Nam</dc:creator>
  <cp:keywords/>
  <dc:description>generated by python-docx</dc:description>
  <cp:lastModifiedBy>Administrator</cp:lastModifiedBy>
  <cp:revision>5</cp:revision>
  <dcterms:created xsi:type="dcterms:W3CDTF">2013-12-23T23:15:00Z</dcterms:created>
  <dcterms:modified xsi:type="dcterms:W3CDTF">2026-09-22T07:34:00Z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370816f2-dae4-477c-9093-fc700e4f5b5c</vt:lpwstr>
  </property>
</Properties>
</file>