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4844"/>
        <w:gridCol w:w="4844"/>
      </w:tblGrid>
      <w:tr w:rsidR="006645DB" w14:paraId="35247F89" w14:textId="77777777">
        <w:trPr>
          <w:jc w:val="center"/>
        </w:trPr>
        <w:tc>
          <w:tcPr>
            <w:tcW w:w="4844" w:type="dxa"/>
            <w:tcBorders>
              <w:top w:val="nil"/>
              <w:left w:val="nil"/>
              <w:bottom w:val="nil"/>
              <w:right w:val="nil"/>
            </w:tcBorders>
            <w:tcMar>
              <w:top w:w="0" w:type="dxa"/>
              <w:left w:w="0" w:type="dxa"/>
              <w:bottom w:w="0" w:type="dxa"/>
              <w:right w:w="0" w:type="dxa"/>
            </w:tcMar>
          </w:tcPr>
          <w:p w14:paraId="7DAF47F1" w14:textId="77777777" w:rsidR="006645DB" w:rsidRDefault="00000000">
            <w:pPr>
              <w:jc w:val="center"/>
              <w:rPr>
                <w:bCs/>
              </w:rPr>
            </w:pPr>
            <w:r w:rsidRPr="008F5D3F">
              <w:rPr>
                <w:bCs/>
              </w:rPr>
              <w:t>BỘ VĂN HÓA, THỂ THAO VÀ DU LỊCH</w:t>
            </w:r>
          </w:p>
          <w:p w14:paraId="378B644E" w14:textId="40711F84" w:rsidR="00463CC6" w:rsidRPr="00463CC6" w:rsidRDefault="00463CC6">
            <w:pPr>
              <w:jc w:val="center"/>
              <w:rPr>
                <w:b/>
              </w:rPr>
            </w:pPr>
            <w:r w:rsidRPr="00463CC6">
              <w:rPr>
                <w:b/>
              </w:rPr>
              <w:t>CỤC DU LỊCH QUỐC GIA VIỆT NAM</w:t>
            </w:r>
          </w:p>
        </w:tc>
        <w:tc>
          <w:tcPr>
            <w:tcW w:w="4844" w:type="dxa"/>
            <w:tcBorders>
              <w:top w:val="nil"/>
              <w:left w:val="nil"/>
              <w:bottom w:val="nil"/>
              <w:right w:val="nil"/>
            </w:tcBorders>
            <w:tcMar>
              <w:top w:w="0" w:type="dxa"/>
              <w:left w:w="0" w:type="dxa"/>
              <w:bottom w:w="0" w:type="dxa"/>
              <w:right w:w="0" w:type="dxa"/>
            </w:tcMar>
          </w:tcPr>
          <w:p w14:paraId="7993C61F" w14:textId="77777777" w:rsidR="006645DB" w:rsidRPr="00463CC6" w:rsidRDefault="00000000" w:rsidP="00463CC6">
            <w:pPr>
              <w:jc w:val="right"/>
              <w:rPr>
                <w:bCs/>
              </w:rPr>
            </w:pPr>
            <w:r w:rsidRPr="00463CC6">
              <w:rPr>
                <w:bCs/>
              </w:rPr>
              <w:t xml:space="preserve">Phiếu </w:t>
            </w:r>
            <w:proofErr w:type="gramStart"/>
            <w:r w:rsidRPr="00463CC6">
              <w:rPr>
                <w:bCs/>
              </w:rPr>
              <w:t>04.DNLH</w:t>
            </w:r>
            <w:proofErr w:type="gramEnd"/>
          </w:p>
        </w:tc>
      </w:tr>
    </w:tbl>
    <w:p w14:paraId="21B7FA79" w14:textId="77777777" w:rsidR="00822611" w:rsidRDefault="00000000" w:rsidP="00463CC6">
      <w:pPr>
        <w:pStyle w:val="FormTitle"/>
        <w:keepNext/>
        <w:spacing w:before="240"/>
        <w:jc w:val="center"/>
      </w:pPr>
      <w:r>
        <w:t xml:space="preserve">PHIẾU THU THẬP THÔNG TIN </w:t>
      </w:r>
    </w:p>
    <w:p w14:paraId="543D7061" w14:textId="4A4705D8" w:rsidR="006645DB" w:rsidRDefault="00000000" w:rsidP="00822611">
      <w:pPr>
        <w:pStyle w:val="FormTitle"/>
        <w:keepNext/>
        <w:spacing w:before="120" w:after="120"/>
        <w:jc w:val="center"/>
      </w:pPr>
      <w:r>
        <w:t>DOANH NGHIỆP KINH DOANH LỮ HÀNH NĂM 2026</w:t>
      </w:r>
      <w:r>
        <w:br/>
      </w:r>
    </w:p>
    <w:p w14:paraId="540D0943" w14:textId="77777777" w:rsidR="006645DB" w:rsidRPr="009D70A7" w:rsidRDefault="00000000" w:rsidP="009D70A7">
      <w:pPr>
        <w:ind w:firstLine="709"/>
        <w:jc w:val="both"/>
        <w:rPr>
          <w:sz w:val="26"/>
          <w:szCs w:val="26"/>
        </w:rPr>
      </w:pPr>
      <w:proofErr w:type="spellStart"/>
      <w:r w:rsidRPr="009D70A7">
        <w:rPr>
          <w:sz w:val="26"/>
          <w:szCs w:val="26"/>
        </w:rPr>
        <w:t>Thực</w:t>
      </w:r>
      <w:proofErr w:type="spellEnd"/>
      <w:r w:rsidRPr="009D70A7">
        <w:rPr>
          <w:sz w:val="26"/>
          <w:szCs w:val="26"/>
        </w:rPr>
        <w:t xml:space="preserve"> </w:t>
      </w:r>
      <w:proofErr w:type="spellStart"/>
      <w:r w:rsidRPr="009D70A7">
        <w:rPr>
          <w:sz w:val="26"/>
          <w:szCs w:val="26"/>
        </w:rPr>
        <w:t>hiện</w:t>
      </w:r>
      <w:proofErr w:type="spellEnd"/>
      <w:r w:rsidRPr="009D70A7">
        <w:rPr>
          <w:sz w:val="26"/>
          <w:szCs w:val="26"/>
        </w:rPr>
        <w:t xml:space="preserve"> </w:t>
      </w:r>
      <w:proofErr w:type="spellStart"/>
      <w:r w:rsidRPr="009D70A7">
        <w:rPr>
          <w:sz w:val="26"/>
          <w:szCs w:val="26"/>
        </w:rPr>
        <w:t>Quyết</w:t>
      </w:r>
      <w:proofErr w:type="spellEnd"/>
      <w:r w:rsidRPr="009D70A7">
        <w:rPr>
          <w:sz w:val="26"/>
          <w:szCs w:val="26"/>
        </w:rPr>
        <w:t xml:space="preserve"> </w:t>
      </w:r>
      <w:proofErr w:type="spellStart"/>
      <w:r w:rsidRPr="009D70A7">
        <w:rPr>
          <w:sz w:val="26"/>
          <w:szCs w:val="26"/>
        </w:rPr>
        <w:t>định</w:t>
      </w:r>
      <w:proofErr w:type="spellEnd"/>
      <w:r w:rsidRPr="009D70A7">
        <w:rPr>
          <w:sz w:val="26"/>
          <w:szCs w:val="26"/>
        </w:rPr>
        <w:t xml:space="preserve"> số 751/QĐ-BVHTTDL ngày 03/4/2026 của Bộ trưởng Bộ Văn hóa, Thể thao và Du lịch ban hành Phương án Điều tra thông tin khách du lịch theo Chương trình điều tra thống kê quốc gia, Cục Du lịch Quốc gia Việt Nam triển khai thu thập thông tin từ cơ quan quản lý du lịch địa phương, cơ sở lưu trú du lịch và doanh nghiệp kinh doanh </w:t>
      </w:r>
      <w:proofErr w:type="spellStart"/>
      <w:r w:rsidRPr="009D70A7">
        <w:rPr>
          <w:sz w:val="26"/>
          <w:szCs w:val="26"/>
        </w:rPr>
        <w:t>dịch</w:t>
      </w:r>
      <w:proofErr w:type="spellEnd"/>
      <w:r w:rsidRPr="009D70A7">
        <w:rPr>
          <w:sz w:val="26"/>
          <w:szCs w:val="26"/>
        </w:rPr>
        <w:t xml:space="preserve"> </w:t>
      </w:r>
      <w:proofErr w:type="spellStart"/>
      <w:r w:rsidRPr="009D70A7">
        <w:rPr>
          <w:sz w:val="26"/>
          <w:szCs w:val="26"/>
        </w:rPr>
        <w:t>vụ</w:t>
      </w:r>
      <w:proofErr w:type="spellEnd"/>
      <w:r w:rsidRPr="009D70A7">
        <w:rPr>
          <w:sz w:val="26"/>
          <w:szCs w:val="26"/>
        </w:rPr>
        <w:t xml:space="preserve"> </w:t>
      </w:r>
      <w:proofErr w:type="spellStart"/>
      <w:r w:rsidRPr="009D70A7">
        <w:rPr>
          <w:sz w:val="26"/>
          <w:szCs w:val="26"/>
        </w:rPr>
        <w:t>lữ</w:t>
      </w:r>
      <w:proofErr w:type="spellEnd"/>
      <w:r w:rsidRPr="009D70A7">
        <w:rPr>
          <w:sz w:val="26"/>
          <w:szCs w:val="26"/>
        </w:rPr>
        <w:t xml:space="preserve"> </w:t>
      </w:r>
      <w:proofErr w:type="spellStart"/>
      <w:r w:rsidRPr="009D70A7">
        <w:rPr>
          <w:sz w:val="26"/>
          <w:szCs w:val="26"/>
        </w:rPr>
        <w:t>hành</w:t>
      </w:r>
      <w:proofErr w:type="spellEnd"/>
      <w:r w:rsidRPr="009D70A7">
        <w:rPr>
          <w:sz w:val="26"/>
          <w:szCs w:val="26"/>
        </w:rPr>
        <w:t>.</w:t>
      </w:r>
    </w:p>
    <w:p w14:paraId="132928E2" w14:textId="77777777" w:rsidR="006645DB" w:rsidRPr="009D70A7" w:rsidRDefault="00000000" w:rsidP="009D70A7">
      <w:pPr>
        <w:ind w:firstLine="709"/>
        <w:jc w:val="both"/>
        <w:rPr>
          <w:sz w:val="26"/>
          <w:szCs w:val="26"/>
        </w:rPr>
      </w:pPr>
      <w:r w:rsidRPr="009D70A7">
        <w:rPr>
          <w:sz w:val="26"/>
          <w:szCs w:val="26"/>
        </w:rPr>
        <w:t>Cuộc điều tra nhằm thu thập thông tin phục vụ công tác thống kê, quản lý nhà nước, nghiên cứu thị trường và hoạch định chính sách phát triển du lịch.</w:t>
      </w:r>
    </w:p>
    <w:p w14:paraId="2D121BE7" w14:textId="1B502D86" w:rsidR="006645DB" w:rsidRPr="009D70A7" w:rsidRDefault="00000000" w:rsidP="009D70A7">
      <w:pPr>
        <w:ind w:firstLine="709"/>
        <w:jc w:val="both"/>
        <w:rPr>
          <w:sz w:val="26"/>
          <w:szCs w:val="26"/>
        </w:rPr>
      </w:pPr>
      <w:r w:rsidRPr="009D70A7">
        <w:rPr>
          <w:sz w:val="26"/>
          <w:szCs w:val="26"/>
        </w:rPr>
        <w:t xml:space="preserve">Cục Du lịch Quốc gia Việt Nam trân trọng đề nghị Quý doanh nghiệp </w:t>
      </w:r>
      <w:proofErr w:type="spellStart"/>
      <w:r w:rsidRPr="009D70A7">
        <w:rPr>
          <w:sz w:val="26"/>
          <w:szCs w:val="26"/>
        </w:rPr>
        <w:t>cung</w:t>
      </w:r>
      <w:proofErr w:type="spellEnd"/>
      <w:r w:rsidRPr="009D70A7">
        <w:rPr>
          <w:sz w:val="26"/>
          <w:szCs w:val="26"/>
        </w:rPr>
        <w:t xml:space="preserve"> </w:t>
      </w:r>
      <w:proofErr w:type="spellStart"/>
      <w:r w:rsidRPr="009D70A7">
        <w:rPr>
          <w:sz w:val="26"/>
          <w:szCs w:val="26"/>
        </w:rPr>
        <w:t>cấp</w:t>
      </w:r>
      <w:proofErr w:type="spellEnd"/>
      <w:r w:rsidRPr="009D70A7">
        <w:rPr>
          <w:sz w:val="26"/>
          <w:szCs w:val="26"/>
        </w:rPr>
        <w:t xml:space="preserve"> </w:t>
      </w:r>
      <w:proofErr w:type="spellStart"/>
      <w:r w:rsidRPr="009D70A7">
        <w:rPr>
          <w:sz w:val="26"/>
          <w:szCs w:val="26"/>
        </w:rPr>
        <w:t>thông</w:t>
      </w:r>
      <w:proofErr w:type="spellEnd"/>
      <w:r w:rsidRPr="009D70A7">
        <w:rPr>
          <w:sz w:val="26"/>
          <w:szCs w:val="26"/>
        </w:rPr>
        <w:t xml:space="preserve"> tin</w:t>
      </w:r>
      <w:r w:rsidR="00822611">
        <w:rPr>
          <w:rStyle w:val="EndnoteReference"/>
          <w:sz w:val="26"/>
          <w:szCs w:val="26"/>
        </w:rPr>
        <w:endnoteReference w:id="1"/>
      </w:r>
      <w:r w:rsidR="00822611">
        <w:rPr>
          <w:sz w:val="26"/>
          <w:szCs w:val="26"/>
        </w:rPr>
        <w:t xml:space="preserve"> </w:t>
      </w:r>
      <w:proofErr w:type="spellStart"/>
      <w:r w:rsidRPr="009D70A7">
        <w:rPr>
          <w:sz w:val="26"/>
          <w:szCs w:val="26"/>
        </w:rPr>
        <w:t>mẫu</w:t>
      </w:r>
      <w:proofErr w:type="spellEnd"/>
      <w:r w:rsidRPr="009D70A7">
        <w:rPr>
          <w:sz w:val="26"/>
          <w:szCs w:val="26"/>
        </w:rPr>
        <w:t xml:space="preserve"> </w:t>
      </w:r>
      <w:proofErr w:type="spellStart"/>
      <w:r w:rsidRPr="009D70A7">
        <w:rPr>
          <w:sz w:val="26"/>
          <w:szCs w:val="26"/>
        </w:rPr>
        <w:t>Phiếu</w:t>
      </w:r>
      <w:proofErr w:type="spellEnd"/>
      <w:r w:rsidRPr="009D70A7">
        <w:rPr>
          <w:sz w:val="26"/>
          <w:szCs w:val="26"/>
        </w:rPr>
        <w:t xml:space="preserve"> </w:t>
      </w:r>
      <w:proofErr w:type="gramStart"/>
      <w:r w:rsidRPr="009D70A7">
        <w:rPr>
          <w:sz w:val="26"/>
          <w:szCs w:val="26"/>
        </w:rPr>
        <w:t>04.DNLH</w:t>
      </w:r>
      <w:proofErr w:type="gramEnd"/>
      <w:r w:rsidRPr="009D70A7">
        <w:rPr>
          <w:sz w:val="26"/>
          <w:szCs w:val="26"/>
        </w:rPr>
        <w:t xml:space="preserve"> </w:t>
      </w:r>
      <w:proofErr w:type="spellStart"/>
      <w:r w:rsidRPr="009D70A7">
        <w:rPr>
          <w:sz w:val="26"/>
          <w:szCs w:val="26"/>
        </w:rPr>
        <w:t>phục</w:t>
      </w:r>
      <w:proofErr w:type="spellEnd"/>
      <w:r w:rsidRPr="009D70A7">
        <w:rPr>
          <w:sz w:val="26"/>
          <w:szCs w:val="26"/>
        </w:rPr>
        <w:t xml:space="preserve"> </w:t>
      </w:r>
      <w:proofErr w:type="spellStart"/>
      <w:r w:rsidRPr="009D70A7">
        <w:rPr>
          <w:sz w:val="26"/>
          <w:szCs w:val="26"/>
        </w:rPr>
        <w:t>vụ</w:t>
      </w:r>
      <w:proofErr w:type="spellEnd"/>
      <w:r w:rsidRPr="009D70A7">
        <w:rPr>
          <w:sz w:val="26"/>
          <w:szCs w:val="26"/>
        </w:rPr>
        <w:t xml:space="preserve"> tổng hợp, đối chiếu kết quả Điều tra thông tin khách du lịch năm 2026. Thông tin cung cấp được bảo mật theo quy định của pháp luật về thống kê.</w:t>
      </w:r>
    </w:p>
    <w:p w14:paraId="2AC5306E" w14:textId="77777777" w:rsidR="006645DB" w:rsidRPr="009D70A7" w:rsidRDefault="00000000" w:rsidP="009D70A7">
      <w:pPr>
        <w:ind w:firstLine="709"/>
        <w:jc w:val="both"/>
        <w:rPr>
          <w:sz w:val="26"/>
          <w:szCs w:val="26"/>
        </w:rPr>
      </w:pPr>
      <w:r w:rsidRPr="009D70A7">
        <w:rPr>
          <w:sz w:val="26"/>
          <w:szCs w:val="26"/>
        </w:rPr>
        <w:t>Trân trọng cảm ơn Quý doanh nghiệp!</w:t>
      </w:r>
    </w:p>
    <w:p w14:paraId="3921DA94" w14:textId="77777777" w:rsidR="006645DB" w:rsidRDefault="00000000" w:rsidP="009D70A7">
      <w:pPr>
        <w:keepNext/>
        <w:spacing w:before="80"/>
        <w:ind w:firstLine="709"/>
      </w:pPr>
      <w:r>
        <w:rPr>
          <w:b/>
        </w:rPr>
        <w:t>THÔNG TIN CHUNG</w:t>
      </w:r>
    </w:p>
    <w:tbl>
      <w:tblPr>
        <w:tblW w:w="0" w:type="auto"/>
        <w:jc w:val="center"/>
        <w:tblLayout w:type="fixed"/>
        <w:tblLook w:val="04A0" w:firstRow="1" w:lastRow="0" w:firstColumn="1" w:lastColumn="0" w:noHBand="0" w:noVBand="1"/>
      </w:tblPr>
      <w:tblGrid>
        <w:gridCol w:w="3515"/>
        <w:gridCol w:w="5839"/>
      </w:tblGrid>
      <w:tr w:rsidR="006645DB" w:rsidRPr="00822611" w14:paraId="54D2B68C" w14:textId="77777777">
        <w:trPr>
          <w:trHeight w:val="351"/>
          <w:jc w:val="center"/>
        </w:trPr>
        <w:tc>
          <w:tcPr>
            <w:tcW w:w="3515"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62CB41D8" w14:textId="02B9DF96" w:rsidR="006645DB" w:rsidRPr="00822611" w:rsidRDefault="00000000" w:rsidP="00D836EE">
            <w:pPr>
              <w:spacing w:before="120" w:after="120" w:line="240" w:lineRule="auto"/>
              <w:rPr>
                <w:bCs/>
                <w:sz w:val="26"/>
                <w:szCs w:val="26"/>
              </w:rPr>
            </w:pPr>
            <w:proofErr w:type="spellStart"/>
            <w:r w:rsidRPr="00822611">
              <w:rPr>
                <w:bCs/>
                <w:sz w:val="26"/>
                <w:szCs w:val="26"/>
              </w:rPr>
              <w:t>Tỉnh</w:t>
            </w:r>
            <w:proofErr w:type="spellEnd"/>
            <w:r w:rsidRPr="00822611">
              <w:rPr>
                <w:bCs/>
                <w:sz w:val="26"/>
                <w:szCs w:val="26"/>
              </w:rPr>
              <w:t xml:space="preserve">/Thành </w:t>
            </w:r>
            <w:proofErr w:type="spellStart"/>
            <w:r w:rsidRPr="00822611">
              <w:rPr>
                <w:bCs/>
                <w:sz w:val="26"/>
                <w:szCs w:val="26"/>
              </w:rPr>
              <w:t>phố</w:t>
            </w:r>
            <w:proofErr w:type="spellEnd"/>
            <w:r w:rsidR="009D70A7" w:rsidRPr="00822611">
              <w:rPr>
                <w:bCs/>
                <w:sz w:val="26"/>
                <w:szCs w:val="26"/>
              </w:rPr>
              <w:t>:</w:t>
            </w:r>
          </w:p>
        </w:tc>
        <w:tc>
          <w:tcPr>
            <w:tcW w:w="5839"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2AA9F2C2" w14:textId="77777777" w:rsidR="006645DB" w:rsidRPr="00822611" w:rsidRDefault="006645DB" w:rsidP="00D836EE">
            <w:pPr>
              <w:spacing w:before="120" w:after="120" w:line="240" w:lineRule="auto"/>
              <w:rPr>
                <w:sz w:val="26"/>
                <w:szCs w:val="26"/>
              </w:rPr>
            </w:pPr>
          </w:p>
        </w:tc>
      </w:tr>
      <w:tr w:rsidR="006645DB" w:rsidRPr="00822611" w14:paraId="3018DD36" w14:textId="77777777">
        <w:trPr>
          <w:trHeight w:val="351"/>
          <w:jc w:val="center"/>
        </w:trPr>
        <w:tc>
          <w:tcPr>
            <w:tcW w:w="3515"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32B1E9EF" w14:textId="2FC31C37" w:rsidR="006645DB" w:rsidRPr="00822611" w:rsidRDefault="00000000" w:rsidP="00D836EE">
            <w:pPr>
              <w:spacing w:before="120" w:after="120" w:line="240" w:lineRule="auto"/>
              <w:rPr>
                <w:bCs/>
                <w:sz w:val="26"/>
                <w:szCs w:val="26"/>
              </w:rPr>
            </w:pPr>
            <w:proofErr w:type="spellStart"/>
            <w:r w:rsidRPr="00822611">
              <w:rPr>
                <w:bCs/>
                <w:sz w:val="26"/>
                <w:szCs w:val="26"/>
              </w:rPr>
              <w:t>Tên</w:t>
            </w:r>
            <w:proofErr w:type="spellEnd"/>
            <w:r w:rsidRPr="00822611">
              <w:rPr>
                <w:bCs/>
                <w:sz w:val="26"/>
                <w:szCs w:val="26"/>
              </w:rPr>
              <w:t xml:space="preserve"> </w:t>
            </w:r>
            <w:proofErr w:type="spellStart"/>
            <w:r w:rsidRPr="00822611">
              <w:rPr>
                <w:bCs/>
                <w:sz w:val="26"/>
                <w:szCs w:val="26"/>
              </w:rPr>
              <w:t>công</w:t>
            </w:r>
            <w:proofErr w:type="spellEnd"/>
            <w:r w:rsidRPr="00822611">
              <w:rPr>
                <w:bCs/>
                <w:sz w:val="26"/>
                <w:szCs w:val="26"/>
              </w:rPr>
              <w:t xml:space="preserve"> ty</w:t>
            </w:r>
            <w:r w:rsidR="009D70A7" w:rsidRPr="00822611">
              <w:rPr>
                <w:bCs/>
                <w:sz w:val="26"/>
                <w:szCs w:val="26"/>
              </w:rPr>
              <w:t>:</w:t>
            </w:r>
          </w:p>
        </w:tc>
        <w:tc>
          <w:tcPr>
            <w:tcW w:w="5839"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6E683DD4" w14:textId="77777777" w:rsidR="006645DB" w:rsidRPr="00822611" w:rsidRDefault="006645DB" w:rsidP="00D836EE">
            <w:pPr>
              <w:spacing w:before="120" w:after="120" w:line="240" w:lineRule="auto"/>
              <w:rPr>
                <w:sz w:val="26"/>
                <w:szCs w:val="26"/>
              </w:rPr>
            </w:pPr>
          </w:p>
        </w:tc>
      </w:tr>
      <w:tr w:rsidR="006645DB" w:rsidRPr="00822611" w14:paraId="4C4284AA" w14:textId="77777777">
        <w:trPr>
          <w:trHeight w:val="351"/>
          <w:jc w:val="center"/>
        </w:trPr>
        <w:tc>
          <w:tcPr>
            <w:tcW w:w="3515"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44EB295F" w14:textId="6B1E2F97" w:rsidR="006645DB" w:rsidRPr="00822611" w:rsidRDefault="00000000" w:rsidP="00D836EE">
            <w:pPr>
              <w:spacing w:before="120" w:after="120" w:line="240" w:lineRule="auto"/>
              <w:rPr>
                <w:bCs/>
                <w:sz w:val="26"/>
                <w:szCs w:val="26"/>
              </w:rPr>
            </w:pPr>
            <w:proofErr w:type="spellStart"/>
            <w:r w:rsidRPr="00822611">
              <w:rPr>
                <w:bCs/>
                <w:sz w:val="26"/>
                <w:szCs w:val="26"/>
              </w:rPr>
              <w:t>Địa</w:t>
            </w:r>
            <w:proofErr w:type="spellEnd"/>
            <w:r w:rsidRPr="00822611">
              <w:rPr>
                <w:bCs/>
                <w:sz w:val="26"/>
                <w:szCs w:val="26"/>
              </w:rPr>
              <w:t xml:space="preserve"> </w:t>
            </w:r>
            <w:proofErr w:type="spellStart"/>
            <w:r w:rsidRPr="00822611">
              <w:rPr>
                <w:bCs/>
                <w:sz w:val="26"/>
                <w:szCs w:val="26"/>
              </w:rPr>
              <w:t>chỉ</w:t>
            </w:r>
            <w:proofErr w:type="spellEnd"/>
            <w:r w:rsidR="009D70A7" w:rsidRPr="00822611">
              <w:rPr>
                <w:bCs/>
                <w:sz w:val="26"/>
                <w:szCs w:val="26"/>
              </w:rPr>
              <w:t>:</w:t>
            </w:r>
          </w:p>
        </w:tc>
        <w:tc>
          <w:tcPr>
            <w:tcW w:w="5839"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0C9F09AA" w14:textId="77777777" w:rsidR="006645DB" w:rsidRPr="00822611" w:rsidRDefault="006645DB" w:rsidP="00D836EE">
            <w:pPr>
              <w:spacing w:before="120" w:after="120" w:line="240" w:lineRule="auto"/>
              <w:rPr>
                <w:sz w:val="26"/>
                <w:szCs w:val="26"/>
              </w:rPr>
            </w:pPr>
          </w:p>
        </w:tc>
      </w:tr>
      <w:tr w:rsidR="006645DB" w:rsidRPr="00822611" w14:paraId="5F8168A7" w14:textId="77777777">
        <w:trPr>
          <w:trHeight w:val="351"/>
          <w:jc w:val="center"/>
        </w:trPr>
        <w:tc>
          <w:tcPr>
            <w:tcW w:w="3515"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2EE859A8" w14:textId="00149AE3" w:rsidR="006645DB" w:rsidRPr="00822611" w:rsidRDefault="00000000" w:rsidP="00D836EE">
            <w:pPr>
              <w:spacing w:before="120" w:after="120" w:line="240" w:lineRule="auto"/>
              <w:rPr>
                <w:bCs/>
                <w:sz w:val="26"/>
                <w:szCs w:val="26"/>
              </w:rPr>
            </w:pPr>
            <w:proofErr w:type="spellStart"/>
            <w:r w:rsidRPr="00822611">
              <w:rPr>
                <w:bCs/>
                <w:sz w:val="26"/>
                <w:szCs w:val="26"/>
              </w:rPr>
              <w:t>Số</w:t>
            </w:r>
            <w:proofErr w:type="spellEnd"/>
            <w:r w:rsidRPr="00822611">
              <w:rPr>
                <w:bCs/>
                <w:sz w:val="26"/>
                <w:szCs w:val="26"/>
              </w:rPr>
              <w:t xml:space="preserve"> </w:t>
            </w:r>
            <w:proofErr w:type="spellStart"/>
            <w:r w:rsidRPr="00822611">
              <w:rPr>
                <w:bCs/>
                <w:sz w:val="26"/>
                <w:szCs w:val="26"/>
              </w:rPr>
              <w:t>điện</w:t>
            </w:r>
            <w:proofErr w:type="spellEnd"/>
            <w:r w:rsidRPr="00822611">
              <w:rPr>
                <w:bCs/>
                <w:sz w:val="26"/>
                <w:szCs w:val="26"/>
              </w:rPr>
              <w:t xml:space="preserve"> </w:t>
            </w:r>
            <w:proofErr w:type="spellStart"/>
            <w:r w:rsidRPr="00822611">
              <w:rPr>
                <w:bCs/>
                <w:sz w:val="26"/>
                <w:szCs w:val="26"/>
              </w:rPr>
              <w:t>thoại</w:t>
            </w:r>
            <w:proofErr w:type="spellEnd"/>
            <w:r w:rsidR="009D70A7" w:rsidRPr="00822611">
              <w:rPr>
                <w:bCs/>
                <w:sz w:val="26"/>
                <w:szCs w:val="26"/>
              </w:rPr>
              <w:t>:</w:t>
            </w:r>
          </w:p>
        </w:tc>
        <w:tc>
          <w:tcPr>
            <w:tcW w:w="5839"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22C44B17" w14:textId="77777777" w:rsidR="006645DB" w:rsidRPr="00822611" w:rsidRDefault="006645DB" w:rsidP="00D836EE">
            <w:pPr>
              <w:spacing w:before="120" w:after="120" w:line="240" w:lineRule="auto"/>
              <w:rPr>
                <w:sz w:val="26"/>
                <w:szCs w:val="26"/>
              </w:rPr>
            </w:pPr>
          </w:p>
        </w:tc>
      </w:tr>
      <w:tr w:rsidR="006645DB" w:rsidRPr="00822611" w14:paraId="0A3D961B" w14:textId="77777777">
        <w:trPr>
          <w:trHeight w:val="351"/>
          <w:jc w:val="center"/>
        </w:trPr>
        <w:tc>
          <w:tcPr>
            <w:tcW w:w="3515"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0298AA76" w14:textId="3186A0A7" w:rsidR="006645DB" w:rsidRPr="00822611" w:rsidRDefault="00000000" w:rsidP="00D836EE">
            <w:pPr>
              <w:spacing w:before="120" w:after="120" w:line="240" w:lineRule="auto"/>
              <w:rPr>
                <w:bCs/>
                <w:sz w:val="26"/>
                <w:szCs w:val="26"/>
              </w:rPr>
            </w:pPr>
            <w:r w:rsidRPr="00822611">
              <w:rPr>
                <w:bCs/>
                <w:sz w:val="26"/>
                <w:szCs w:val="26"/>
              </w:rPr>
              <w:t>Email</w:t>
            </w:r>
            <w:r w:rsidR="009D70A7" w:rsidRPr="00822611">
              <w:rPr>
                <w:bCs/>
                <w:sz w:val="26"/>
                <w:szCs w:val="26"/>
              </w:rPr>
              <w:t>:</w:t>
            </w:r>
          </w:p>
        </w:tc>
        <w:tc>
          <w:tcPr>
            <w:tcW w:w="5839"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35D01189" w14:textId="77777777" w:rsidR="006645DB" w:rsidRPr="00822611" w:rsidRDefault="006645DB" w:rsidP="00D836EE">
            <w:pPr>
              <w:spacing w:before="120" w:after="120" w:line="240" w:lineRule="auto"/>
              <w:rPr>
                <w:sz w:val="26"/>
                <w:szCs w:val="26"/>
              </w:rPr>
            </w:pPr>
          </w:p>
        </w:tc>
      </w:tr>
      <w:tr w:rsidR="006645DB" w:rsidRPr="00822611" w14:paraId="039F355C" w14:textId="77777777">
        <w:trPr>
          <w:trHeight w:val="351"/>
          <w:jc w:val="center"/>
        </w:trPr>
        <w:tc>
          <w:tcPr>
            <w:tcW w:w="3515"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77B45269" w14:textId="14CDE443" w:rsidR="006645DB" w:rsidRPr="00822611" w:rsidRDefault="00000000" w:rsidP="00D836EE">
            <w:pPr>
              <w:spacing w:before="120" w:after="120" w:line="240" w:lineRule="auto"/>
              <w:rPr>
                <w:bCs/>
                <w:sz w:val="26"/>
                <w:szCs w:val="26"/>
              </w:rPr>
            </w:pPr>
            <w:r w:rsidRPr="00822611">
              <w:rPr>
                <w:bCs/>
                <w:sz w:val="26"/>
                <w:szCs w:val="26"/>
              </w:rPr>
              <w:t>Website (nếu có)</w:t>
            </w:r>
            <w:r w:rsidR="009D70A7" w:rsidRPr="00822611">
              <w:rPr>
                <w:bCs/>
                <w:sz w:val="26"/>
                <w:szCs w:val="26"/>
              </w:rPr>
              <w:t>:</w:t>
            </w:r>
          </w:p>
        </w:tc>
        <w:tc>
          <w:tcPr>
            <w:tcW w:w="5839"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5BCA86B8" w14:textId="77777777" w:rsidR="006645DB" w:rsidRPr="00822611" w:rsidRDefault="006645DB" w:rsidP="00D836EE">
            <w:pPr>
              <w:spacing w:before="120" w:after="120" w:line="240" w:lineRule="auto"/>
              <w:rPr>
                <w:sz w:val="26"/>
                <w:szCs w:val="26"/>
              </w:rPr>
            </w:pPr>
          </w:p>
        </w:tc>
      </w:tr>
      <w:tr w:rsidR="006645DB" w:rsidRPr="00822611" w14:paraId="7D7E0133" w14:textId="77777777">
        <w:trPr>
          <w:trHeight w:val="351"/>
          <w:jc w:val="center"/>
        </w:trPr>
        <w:tc>
          <w:tcPr>
            <w:tcW w:w="3515"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0DCECF36" w14:textId="200C1DB6" w:rsidR="006645DB" w:rsidRPr="00822611" w:rsidRDefault="009D70A7" w:rsidP="00D836EE">
            <w:pPr>
              <w:spacing w:before="120" w:after="120" w:line="240" w:lineRule="auto"/>
              <w:rPr>
                <w:bCs/>
                <w:sz w:val="26"/>
                <w:szCs w:val="26"/>
              </w:rPr>
            </w:pPr>
            <w:proofErr w:type="spellStart"/>
            <w:r w:rsidRPr="00822611">
              <w:rPr>
                <w:bCs/>
                <w:sz w:val="26"/>
                <w:szCs w:val="26"/>
              </w:rPr>
              <w:t>Họ</w:t>
            </w:r>
            <w:proofErr w:type="spellEnd"/>
            <w:r w:rsidRPr="00822611">
              <w:rPr>
                <w:bCs/>
                <w:sz w:val="26"/>
                <w:szCs w:val="26"/>
              </w:rPr>
              <w:t xml:space="preserve"> </w:t>
            </w:r>
            <w:proofErr w:type="spellStart"/>
            <w:r w:rsidRPr="00822611">
              <w:rPr>
                <w:bCs/>
                <w:sz w:val="26"/>
                <w:szCs w:val="26"/>
              </w:rPr>
              <w:t>tên</w:t>
            </w:r>
            <w:proofErr w:type="spellEnd"/>
            <w:r w:rsidRPr="00822611">
              <w:rPr>
                <w:bCs/>
                <w:sz w:val="26"/>
                <w:szCs w:val="26"/>
              </w:rPr>
              <w:t xml:space="preserve"> </w:t>
            </w:r>
            <w:proofErr w:type="spellStart"/>
            <w:r w:rsidRPr="00822611">
              <w:rPr>
                <w:bCs/>
                <w:sz w:val="26"/>
                <w:szCs w:val="26"/>
              </w:rPr>
              <w:t>n</w:t>
            </w:r>
            <w:r w:rsidR="00000000" w:rsidRPr="00822611">
              <w:rPr>
                <w:bCs/>
                <w:sz w:val="26"/>
                <w:szCs w:val="26"/>
              </w:rPr>
              <w:t>gười</w:t>
            </w:r>
            <w:proofErr w:type="spellEnd"/>
            <w:r w:rsidR="00000000" w:rsidRPr="00822611">
              <w:rPr>
                <w:bCs/>
                <w:sz w:val="26"/>
                <w:szCs w:val="26"/>
              </w:rPr>
              <w:t xml:space="preserve"> </w:t>
            </w:r>
            <w:proofErr w:type="spellStart"/>
            <w:r w:rsidR="00000000" w:rsidRPr="00822611">
              <w:rPr>
                <w:bCs/>
                <w:sz w:val="26"/>
                <w:szCs w:val="26"/>
              </w:rPr>
              <w:t>cung</w:t>
            </w:r>
            <w:proofErr w:type="spellEnd"/>
            <w:r w:rsidR="00000000" w:rsidRPr="00822611">
              <w:rPr>
                <w:bCs/>
                <w:sz w:val="26"/>
                <w:szCs w:val="26"/>
              </w:rPr>
              <w:t xml:space="preserve"> </w:t>
            </w:r>
            <w:proofErr w:type="spellStart"/>
            <w:r w:rsidR="00000000" w:rsidRPr="00822611">
              <w:rPr>
                <w:bCs/>
                <w:sz w:val="26"/>
                <w:szCs w:val="26"/>
              </w:rPr>
              <w:t>cấp</w:t>
            </w:r>
            <w:proofErr w:type="spellEnd"/>
            <w:r w:rsidR="00000000" w:rsidRPr="00822611">
              <w:rPr>
                <w:bCs/>
                <w:sz w:val="26"/>
                <w:szCs w:val="26"/>
              </w:rPr>
              <w:t xml:space="preserve"> </w:t>
            </w:r>
            <w:proofErr w:type="spellStart"/>
            <w:r w:rsidR="00000000" w:rsidRPr="00822611">
              <w:rPr>
                <w:bCs/>
                <w:sz w:val="26"/>
                <w:szCs w:val="26"/>
              </w:rPr>
              <w:t>thông</w:t>
            </w:r>
            <w:proofErr w:type="spellEnd"/>
            <w:r w:rsidR="00000000" w:rsidRPr="00822611">
              <w:rPr>
                <w:bCs/>
                <w:sz w:val="26"/>
                <w:szCs w:val="26"/>
              </w:rPr>
              <w:t xml:space="preserve"> tin</w:t>
            </w:r>
            <w:r w:rsidRPr="00822611">
              <w:rPr>
                <w:bCs/>
                <w:sz w:val="26"/>
                <w:szCs w:val="26"/>
              </w:rPr>
              <w:t>:</w:t>
            </w:r>
          </w:p>
        </w:tc>
        <w:tc>
          <w:tcPr>
            <w:tcW w:w="5839"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51EFF45A" w14:textId="77777777" w:rsidR="006645DB" w:rsidRPr="00822611" w:rsidRDefault="006645DB" w:rsidP="00D836EE">
            <w:pPr>
              <w:spacing w:before="120" w:after="120" w:line="240" w:lineRule="auto"/>
              <w:rPr>
                <w:sz w:val="26"/>
                <w:szCs w:val="26"/>
              </w:rPr>
            </w:pPr>
          </w:p>
        </w:tc>
      </w:tr>
      <w:tr w:rsidR="006645DB" w:rsidRPr="00822611" w14:paraId="45D3EA31" w14:textId="77777777">
        <w:trPr>
          <w:trHeight w:val="351"/>
          <w:jc w:val="center"/>
        </w:trPr>
        <w:tc>
          <w:tcPr>
            <w:tcW w:w="3515"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6600FFEE" w14:textId="346C7D9C" w:rsidR="006645DB" w:rsidRPr="00822611" w:rsidRDefault="009D70A7" w:rsidP="00D836EE">
            <w:pPr>
              <w:spacing w:before="120" w:after="120" w:line="240" w:lineRule="auto"/>
              <w:rPr>
                <w:bCs/>
                <w:sz w:val="26"/>
                <w:szCs w:val="26"/>
              </w:rPr>
            </w:pPr>
            <w:proofErr w:type="spellStart"/>
            <w:r w:rsidRPr="00822611">
              <w:rPr>
                <w:bCs/>
                <w:sz w:val="26"/>
                <w:szCs w:val="26"/>
              </w:rPr>
              <w:t>Số</w:t>
            </w:r>
            <w:proofErr w:type="spellEnd"/>
            <w:r w:rsidRPr="00822611">
              <w:rPr>
                <w:bCs/>
                <w:sz w:val="26"/>
                <w:szCs w:val="26"/>
              </w:rPr>
              <w:t xml:space="preserve"> </w:t>
            </w:r>
            <w:proofErr w:type="spellStart"/>
            <w:r w:rsidRPr="00822611">
              <w:rPr>
                <w:bCs/>
                <w:sz w:val="26"/>
                <w:szCs w:val="26"/>
              </w:rPr>
              <w:t>điện</w:t>
            </w:r>
            <w:proofErr w:type="spellEnd"/>
            <w:r w:rsidRPr="00822611">
              <w:rPr>
                <w:bCs/>
                <w:sz w:val="26"/>
                <w:szCs w:val="26"/>
              </w:rPr>
              <w:t xml:space="preserve"> </w:t>
            </w:r>
            <w:proofErr w:type="spellStart"/>
            <w:r w:rsidRPr="00822611">
              <w:rPr>
                <w:bCs/>
                <w:sz w:val="26"/>
                <w:szCs w:val="26"/>
              </w:rPr>
              <w:t>thoại</w:t>
            </w:r>
            <w:proofErr w:type="spellEnd"/>
            <w:r w:rsidRPr="00822611">
              <w:rPr>
                <w:bCs/>
                <w:sz w:val="26"/>
                <w:szCs w:val="26"/>
              </w:rPr>
              <w:t xml:space="preserve"> di </w:t>
            </w:r>
            <w:proofErr w:type="spellStart"/>
            <w:r w:rsidRPr="00822611">
              <w:rPr>
                <w:bCs/>
                <w:sz w:val="26"/>
                <w:szCs w:val="26"/>
              </w:rPr>
              <w:t>động</w:t>
            </w:r>
            <w:proofErr w:type="spellEnd"/>
            <w:r w:rsidRPr="00822611">
              <w:rPr>
                <w:bCs/>
                <w:sz w:val="26"/>
                <w:szCs w:val="26"/>
              </w:rPr>
              <w:t xml:space="preserve"> </w:t>
            </w:r>
            <w:proofErr w:type="spellStart"/>
            <w:r w:rsidRPr="00822611">
              <w:rPr>
                <w:bCs/>
                <w:sz w:val="26"/>
                <w:szCs w:val="26"/>
              </w:rPr>
              <w:t>của</w:t>
            </w:r>
            <w:proofErr w:type="spellEnd"/>
            <w:r w:rsidRPr="00822611">
              <w:rPr>
                <w:bCs/>
                <w:sz w:val="26"/>
                <w:szCs w:val="26"/>
              </w:rPr>
              <w:t xml:space="preserve"> </w:t>
            </w:r>
            <w:proofErr w:type="spellStart"/>
            <w:r w:rsidRPr="00822611">
              <w:rPr>
                <w:bCs/>
                <w:sz w:val="26"/>
                <w:szCs w:val="26"/>
              </w:rPr>
              <w:t>n</w:t>
            </w:r>
            <w:r w:rsidR="00000000" w:rsidRPr="00822611">
              <w:rPr>
                <w:bCs/>
                <w:sz w:val="26"/>
                <w:szCs w:val="26"/>
              </w:rPr>
              <w:t>gười</w:t>
            </w:r>
            <w:proofErr w:type="spellEnd"/>
            <w:r w:rsidR="00000000" w:rsidRPr="00822611">
              <w:rPr>
                <w:bCs/>
                <w:sz w:val="26"/>
                <w:szCs w:val="26"/>
              </w:rPr>
              <w:t xml:space="preserve"> </w:t>
            </w:r>
            <w:proofErr w:type="spellStart"/>
            <w:r w:rsidR="00000000" w:rsidRPr="00822611">
              <w:rPr>
                <w:bCs/>
                <w:sz w:val="26"/>
                <w:szCs w:val="26"/>
              </w:rPr>
              <w:t>cung</w:t>
            </w:r>
            <w:proofErr w:type="spellEnd"/>
            <w:r w:rsidR="00000000" w:rsidRPr="00822611">
              <w:rPr>
                <w:bCs/>
                <w:sz w:val="26"/>
                <w:szCs w:val="26"/>
              </w:rPr>
              <w:t xml:space="preserve"> </w:t>
            </w:r>
            <w:proofErr w:type="spellStart"/>
            <w:r w:rsidR="00000000" w:rsidRPr="00822611">
              <w:rPr>
                <w:bCs/>
                <w:sz w:val="26"/>
                <w:szCs w:val="26"/>
              </w:rPr>
              <w:t>cấp</w:t>
            </w:r>
            <w:proofErr w:type="spellEnd"/>
            <w:r w:rsidR="00000000" w:rsidRPr="00822611">
              <w:rPr>
                <w:bCs/>
                <w:sz w:val="26"/>
                <w:szCs w:val="26"/>
              </w:rPr>
              <w:t xml:space="preserve"> </w:t>
            </w:r>
            <w:proofErr w:type="spellStart"/>
            <w:r w:rsidR="00000000" w:rsidRPr="00822611">
              <w:rPr>
                <w:bCs/>
                <w:sz w:val="26"/>
                <w:szCs w:val="26"/>
              </w:rPr>
              <w:t>thông</w:t>
            </w:r>
            <w:proofErr w:type="spellEnd"/>
            <w:r w:rsidR="00000000" w:rsidRPr="00822611">
              <w:rPr>
                <w:bCs/>
                <w:sz w:val="26"/>
                <w:szCs w:val="26"/>
              </w:rPr>
              <w:t xml:space="preserve"> tin</w:t>
            </w:r>
            <w:r w:rsidRPr="00822611">
              <w:rPr>
                <w:bCs/>
                <w:sz w:val="26"/>
                <w:szCs w:val="26"/>
              </w:rPr>
              <w:t>:</w:t>
            </w:r>
          </w:p>
        </w:tc>
        <w:tc>
          <w:tcPr>
            <w:tcW w:w="5839"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4F6737C9" w14:textId="77777777" w:rsidR="006645DB" w:rsidRPr="00822611" w:rsidRDefault="006645DB" w:rsidP="00D836EE">
            <w:pPr>
              <w:spacing w:before="120" w:after="120" w:line="240" w:lineRule="auto"/>
              <w:rPr>
                <w:sz w:val="26"/>
                <w:szCs w:val="26"/>
              </w:rPr>
            </w:pPr>
          </w:p>
        </w:tc>
      </w:tr>
    </w:tbl>
    <w:p w14:paraId="6DCC4146" w14:textId="77777777" w:rsidR="006645DB" w:rsidRPr="00822611" w:rsidRDefault="00000000" w:rsidP="00D836EE">
      <w:pPr>
        <w:keepNext/>
        <w:spacing w:before="120" w:after="120"/>
        <w:ind w:firstLine="709"/>
        <w:rPr>
          <w:b/>
          <w:sz w:val="26"/>
          <w:szCs w:val="26"/>
        </w:rPr>
      </w:pPr>
      <w:r w:rsidRPr="00822611">
        <w:rPr>
          <w:b/>
          <w:sz w:val="26"/>
          <w:szCs w:val="26"/>
        </w:rPr>
        <w:t>PHẠM VI KINH DOANH</w:t>
      </w:r>
    </w:p>
    <w:p w14:paraId="4D96A651" w14:textId="38A7508B" w:rsidR="009D70A7" w:rsidRPr="00822611" w:rsidRDefault="009D70A7" w:rsidP="00D836EE">
      <w:pPr>
        <w:spacing w:before="60"/>
        <w:rPr>
          <w:sz w:val="26"/>
          <w:szCs w:val="26"/>
        </w:rPr>
      </w:pPr>
      <w:r w:rsidRPr="00822611">
        <w:rPr>
          <w:rFonts w:ascii="Segoe UI Symbol" w:hAnsi="Segoe UI Symbol" w:cs="Segoe UI Symbol"/>
          <w:sz w:val="26"/>
          <w:szCs w:val="26"/>
        </w:rPr>
        <w:t>☐</w:t>
      </w:r>
      <w:r w:rsidRPr="00822611">
        <w:rPr>
          <w:sz w:val="26"/>
          <w:szCs w:val="26"/>
        </w:rPr>
        <w:t xml:space="preserve"> 1. </w:t>
      </w:r>
      <w:proofErr w:type="spellStart"/>
      <w:r w:rsidRPr="00822611">
        <w:rPr>
          <w:sz w:val="26"/>
          <w:szCs w:val="26"/>
        </w:rPr>
        <w:t>L</w:t>
      </w:r>
      <w:r w:rsidRPr="00822611">
        <w:rPr>
          <w:rFonts w:cs="Times New Roman"/>
          <w:sz w:val="26"/>
          <w:szCs w:val="26"/>
        </w:rPr>
        <w:t>ữ</w:t>
      </w:r>
      <w:proofErr w:type="spellEnd"/>
      <w:r w:rsidRPr="00822611">
        <w:rPr>
          <w:sz w:val="26"/>
          <w:szCs w:val="26"/>
        </w:rPr>
        <w:t xml:space="preserve"> </w:t>
      </w:r>
      <w:proofErr w:type="spellStart"/>
      <w:r w:rsidRPr="00822611">
        <w:rPr>
          <w:sz w:val="26"/>
          <w:szCs w:val="26"/>
        </w:rPr>
        <w:t>h</w:t>
      </w:r>
      <w:r w:rsidRPr="00822611">
        <w:rPr>
          <w:rFonts w:cs="Times New Roman"/>
          <w:sz w:val="26"/>
          <w:szCs w:val="26"/>
        </w:rPr>
        <w:t>à</w:t>
      </w:r>
      <w:r w:rsidRPr="00822611">
        <w:rPr>
          <w:sz w:val="26"/>
          <w:szCs w:val="26"/>
        </w:rPr>
        <w:t>nh</w:t>
      </w:r>
      <w:proofErr w:type="spellEnd"/>
      <w:r w:rsidRPr="00822611">
        <w:rPr>
          <w:sz w:val="26"/>
          <w:szCs w:val="26"/>
        </w:rPr>
        <w:t xml:space="preserve"> </w:t>
      </w:r>
      <w:proofErr w:type="spellStart"/>
      <w:r w:rsidRPr="00822611">
        <w:rPr>
          <w:sz w:val="26"/>
          <w:szCs w:val="26"/>
        </w:rPr>
        <w:t>qu</w:t>
      </w:r>
      <w:r w:rsidRPr="00822611">
        <w:rPr>
          <w:rFonts w:cs="Times New Roman"/>
          <w:sz w:val="26"/>
          <w:szCs w:val="26"/>
        </w:rPr>
        <w:t>ố</w:t>
      </w:r>
      <w:r w:rsidRPr="00822611">
        <w:rPr>
          <w:sz w:val="26"/>
          <w:szCs w:val="26"/>
        </w:rPr>
        <w:t>c</w:t>
      </w:r>
      <w:proofErr w:type="spellEnd"/>
      <w:r w:rsidRPr="00822611">
        <w:rPr>
          <w:sz w:val="26"/>
          <w:szCs w:val="26"/>
        </w:rPr>
        <w:t xml:space="preserve"> </w:t>
      </w:r>
      <w:proofErr w:type="spellStart"/>
      <w:r w:rsidRPr="00822611">
        <w:rPr>
          <w:sz w:val="26"/>
          <w:szCs w:val="26"/>
        </w:rPr>
        <w:t>t</w:t>
      </w:r>
      <w:r w:rsidRPr="00822611">
        <w:rPr>
          <w:rFonts w:cs="Times New Roman"/>
          <w:sz w:val="26"/>
          <w:szCs w:val="26"/>
        </w:rPr>
        <w:t>ế</w:t>
      </w:r>
      <w:proofErr w:type="spellEnd"/>
      <w:r w:rsidRPr="00822611">
        <w:rPr>
          <w:sz w:val="26"/>
          <w:szCs w:val="26"/>
        </w:rPr>
        <w:t xml:space="preserve"> inbound</w:t>
      </w:r>
      <w:r w:rsidRPr="00822611">
        <w:rPr>
          <w:sz w:val="26"/>
          <w:szCs w:val="26"/>
        </w:rPr>
        <w:t xml:space="preserve"> </w:t>
      </w:r>
      <w:r w:rsidRPr="00822611">
        <w:rPr>
          <w:sz w:val="26"/>
          <w:szCs w:val="26"/>
        </w:rPr>
        <w:sym w:font="Wingdings" w:char="F0E0"/>
      </w:r>
      <w:r w:rsidRPr="00822611">
        <w:rPr>
          <w:sz w:val="26"/>
          <w:szCs w:val="26"/>
        </w:rPr>
        <w:t xml:space="preserve"> </w:t>
      </w:r>
      <w:proofErr w:type="spellStart"/>
      <w:r w:rsidRPr="00822611">
        <w:rPr>
          <w:sz w:val="26"/>
          <w:szCs w:val="26"/>
        </w:rPr>
        <w:t>Kê</w:t>
      </w:r>
      <w:proofErr w:type="spellEnd"/>
      <w:r w:rsidRPr="00822611">
        <w:rPr>
          <w:sz w:val="26"/>
          <w:szCs w:val="26"/>
        </w:rPr>
        <w:t xml:space="preserve"> </w:t>
      </w:r>
      <w:proofErr w:type="spellStart"/>
      <w:r w:rsidRPr="00822611">
        <w:rPr>
          <w:sz w:val="26"/>
          <w:szCs w:val="26"/>
        </w:rPr>
        <w:t>khai</w:t>
      </w:r>
      <w:proofErr w:type="spellEnd"/>
      <w:r w:rsidRPr="00822611">
        <w:rPr>
          <w:sz w:val="26"/>
          <w:szCs w:val="26"/>
        </w:rPr>
        <w:t xml:space="preserve"> </w:t>
      </w:r>
      <w:proofErr w:type="spellStart"/>
      <w:r w:rsidRPr="00822611">
        <w:rPr>
          <w:sz w:val="26"/>
          <w:szCs w:val="26"/>
        </w:rPr>
        <w:t>phần</w:t>
      </w:r>
      <w:proofErr w:type="spellEnd"/>
      <w:r w:rsidRPr="00822611">
        <w:rPr>
          <w:sz w:val="26"/>
          <w:szCs w:val="26"/>
        </w:rPr>
        <w:t xml:space="preserve"> I</w:t>
      </w:r>
    </w:p>
    <w:p w14:paraId="23FD046E" w14:textId="5CE39891" w:rsidR="009D70A7" w:rsidRPr="00822611" w:rsidRDefault="009D70A7" w:rsidP="00D836EE">
      <w:pPr>
        <w:spacing w:before="60"/>
        <w:rPr>
          <w:sz w:val="26"/>
          <w:szCs w:val="26"/>
        </w:rPr>
      </w:pPr>
      <w:r w:rsidRPr="00822611">
        <w:rPr>
          <w:rFonts w:ascii="Segoe UI Symbol" w:hAnsi="Segoe UI Symbol" w:cs="Segoe UI Symbol"/>
          <w:sz w:val="26"/>
          <w:szCs w:val="26"/>
        </w:rPr>
        <w:t>☐</w:t>
      </w:r>
      <w:r w:rsidRPr="00822611">
        <w:rPr>
          <w:sz w:val="26"/>
          <w:szCs w:val="26"/>
        </w:rPr>
        <w:t xml:space="preserve"> 2. </w:t>
      </w:r>
      <w:proofErr w:type="spellStart"/>
      <w:r w:rsidRPr="00822611">
        <w:rPr>
          <w:sz w:val="26"/>
          <w:szCs w:val="26"/>
        </w:rPr>
        <w:t>L</w:t>
      </w:r>
      <w:r w:rsidRPr="00822611">
        <w:rPr>
          <w:rFonts w:cs="Times New Roman"/>
          <w:sz w:val="26"/>
          <w:szCs w:val="26"/>
        </w:rPr>
        <w:t>ữ</w:t>
      </w:r>
      <w:proofErr w:type="spellEnd"/>
      <w:r w:rsidRPr="00822611">
        <w:rPr>
          <w:sz w:val="26"/>
          <w:szCs w:val="26"/>
        </w:rPr>
        <w:t xml:space="preserve"> </w:t>
      </w:r>
      <w:proofErr w:type="spellStart"/>
      <w:r w:rsidRPr="00822611">
        <w:rPr>
          <w:sz w:val="26"/>
          <w:szCs w:val="26"/>
        </w:rPr>
        <w:t>h</w:t>
      </w:r>
      <w:r w:rsidRPr="00822611">
        <w:rPr>
          <w:rFonts w:cs="Times New Roman"/>
          <w:sz w:val="26"/>
          <w:szCs w:val="26"/>
        </w:rPr>
        <w:t>à</w:t>
      </w:r>
      <w:r w:rsidRPr="00822611">
        <w:rPr>
          <w:sz w:val="26"/>
          <w:szCs w:val="26"/>
        </w:rPr>
        <w:t>nh</w:t>
      </w:r>
      <w:proofErr w:type="spellEnd"/>
      <w:r w:rsidRPr="00822611">
        <w:rPr>
          <w:sz w:val="26"/>
          <w:szCs w:val="26"/>
        </w:rPr>
        <w:t xml:space="preserve"> </w:t>
      </w:r>
      <w:proofErr w:type="spellStart"/>
      <w:r w:rsidRPr="00822611">
        <w:rPr>
          <w:sz w:val="26"/>
          <w:szCs w:val="26"/>
        </w:rPr>
        <w:t>n</w:t>
      </w:r>
      <w:r w:rsidRPr="00822611">
        <w:rPr>
          <w:rFonts w:cs="Times New Roman"/>
          <w:sz w:val="26"/>
          <w:szCs w:val="26"/>
        </w:rPr>
        <w:t>ộ</w:t>
      </w:r>
      <w:r w:rsidRPr="00822611">
        <w:rPr>
          <w:sz w:val="26"/>
          <w:szCs w:val="26"/>
        </w:rPr>
        <w:t>i</w:t>
      </w:r>
      <w:proofErr w:type="spellEnd"/>
      <w:r w:rsidRPr="00822611">
        <w:rPr>
          <w:sz w:val="26"/>
          <w:szCs w:val="26"/>
        </w:rPr>
        <w:t xml:space="preserve"> </w:t>
      </w:r>
      <w:proofErr w:type="spellStart"/>
      <w:r w:rsidRPr="00822611">
        <w:rPr>
          <w:rFonts w:cs="Times New Roman"/>
          <w:sz w:val="26"/>
          <w:szCs w:val="26"/>
        </w:rPr>
        <w:t>đị</w:t>
      </w:r>
      <w:r w:rsidRPr="00822611">
        <w:rPr>
          <w:sz w:val="26"/>
          <w:szCs w:val="26"/>
        </w:rPr>
        <w:t>a</w:t>
      </w:r>
      <w:proofErr w:type="spellEnd"/>
      <w:r w:rsidRPr="00822611">
        <w:rPr>
          <w:sz w:val="26"/>
          <w:szCs w:val="26"/>
        </w:rPr>
        <w:t xml:space="preserve"> </w:t>
      </w:r>
      <w:r w:rsidRPr="00822611">
        <w:rPr>
          <w:sz w:val="26"/>
          <w:szCs w:val="26"/>
        </w:rPr>
        <w:sym w:font="Wingdings" w:char="F0E0"/>
      </w:r>
      <w:r w:rsidRPr="00822611">
        <w:rPr>
          <w:sz w:val="26"/>
          <w:szCs w:val="26"/>
        </w:rPr>
        <w:t xml:space="preserve"> </w:t>
      </w:r>
      <w:proofErr w:type="spellStart"/>
      <w:r w:rsidRPr="00822611">
        <w:rPr>
          <w:sz w:val="26"/>
          <w:szCs w:val="26"/>
        </w:rPr>
        <w:t>Kê</w:t>
      </w:r>
      <w:proofErr w:type="spellEnd"/>
      <w:r w:rsidRPr="00822611">
        <w:rPr>
          <w:sz w:val="26"/>
          <w:szCs w:val="26"/>
        </w:rPr>
        <w:t xml:space="preserve"> </w:t>
      </w:r>
      <w:proofErr w:type="spellStart"/>
      <w:r w:rsidRPr="00822611">
        <w:rPr>
          <w:sz w:val="26"/>
          <w:szCs w:val="26"/>
        </w:rPr>
        <w:t>khai</w:t>
      </w:r>
      <w:proofErr w:type="spellEnd"/>
      <w:r w:rsidRPr="00822611">
        <w:rPr>
          <w:sz w:val="26"/>
          <w:szCs w:val="26"/>
        </w:rPr>
        <w:t xml:space="preserve"> </w:t>
      </w:r>
      <w:proofErr w:type="spellStart"/>
      <w:r w:rsidRPr="00822611">
        <w:rPr>
          <w:sz w:val="26"/>
          <w:szCs w:val="26"/>
        </w:rPr>
        <w:t>phần</w:t>
      </w:r>
      <w:proofErr w:type="spellEnd"/>
      <w:r w:rsidRPr="00822611">
        <w:rPr>
          <w:sz w:val="26"/>
          <w:szCs w:val="26"/>
        </w:rPr>
        <w:t xml:space="preserve"> II</w:t>
      </w:r>
    </w:p>
    <w:p w14:paraId="7A2A8C3D" w14:textId="73822C76" w:rsidR="009D70A7" w:rsidRPr="00822611" w:rsidRDefault="009D70A7" w:rsidP="00D836EE">
      <w:pPr>
        <w:spacing w:before="60"/>
        <w:rPr>
          <w:rFonts w:ascii="Segoe UI Symbol" w:hAnsi="Segoe UI Symbol" w:cs="Segoe UI Symbol"/>
          <w:sz w:val="26"/>
          <w:szCs w:val="26"/>
        </w:rPr>
      </w:pPr>
      <w:r w:rsidRPr="00822611">
        <w:rPr>
          <w:rFonts w:ascii="Segoe UI Symbol" w:hAnsi="Segoe UI Symbol" w:cs="Segoe UI Symbol"/>
          <w:sz w:val="26"/>
          <w:szCs w:val="26"/>
        </w:rPr>
        <w:t>☐</w:t>
      </w:r>
      <w:r w:rsidRPr="00822611">
        <w:rPr>
          <w:sz w:val="26"/>
          <w:szCs w:val="26"/>
        </w:rPr>
        <w:t xml:space="preserve"> 3. </w:t>
      </w:r>
      <w:proofErr w:type="spellStart"/>
      <w:r w:rsidRPr="00822611">
        <w:rPr>
          <w:sz w:val="26"/>
          <w:szCs w:val="26"/>
        </w:rPr>
        <w:t>C</w:t>
      </w:r>
      <w:r w:rsidRPr="00822611">
        <w:rPr>
          <w:rFonts w:cs="Times New Roman"/>
          <w:sz w:val="26"/>
          <w:szCs w:val="26"/>
        </w:rPr>
        <w:t>ả</w:t>
      </w:r>
      <w:proofErr w:type="spellEnd"/>
      <w:r w:rsidRPr="00822611">
        <w:rPr>
          <w:sz w:val="26"/>
          <w:szCs w:val="26"/>
        </w:rPr>
        <w:t xml:space="preserve"> </w:t>
      </w:r>
      <w:proofErr w:type="spellStart"/>
      <w:r w:rsidRPr="00822611">
        <w:rPr>
          <w:sz w:val="26"/>
          <w:szCs w:val="26"/>
        </w:rPr>
        <w:t>hai</w:t>
      </w:r>
      <w:proofErr w:type="spellEnd"/>
      <w:r w:rsidRPr="00822611">
        <w:rPr>
          <w:sz w:val="26"/>
          <w:szCs w:val="26"/>
        </w:rPr>
        <w:t xml:space="preserve"> </w:t>
      </w:r>
      <w:r w:rsidRPr="00822611">
        <w:rPr>
          <w:sz w:val="26"/>
          <w:szCs w:val="26"/>
        </w:rPr>
        <w:sym w:font="Wingdings" w:char="F0E0"/>
      </w:r>
      <w:r w:rsidRPr="00822611">
        <w:rPr>
          <w:sz w:val="26"/>
          <w:szCs w:val="26"/>
        </w:rPr>
        <w:t xml:space="preserve"> </w:t>
      </w:r>
      <w:proofErr w:type="spellStart"/>
      <w:r w:rsidRPr="00822611">
        <w:rPr>
          <w:sz w:val="26"/>
          <w:szCs w:val="26"/>
        </w:rPr>
        <w:t>K</w:t>
      </w:r>
      <w:r w:rsidRPr="00822611">
        <w:rPr>
          <w:sz w:val="26"/>
          <w:szCs w:val="26"/>
        </w:rPr>
        <w:t>ê</w:t>
      </w:r>
      <w:proofErr w:type="spellEnd"/>
      <w:r w:rsidRPr="00822611">
        <w:rPr>
          <w:sz w:val="26"/>
          <w:szCs w:val="26"/>
        </w:rPr>
        <w:t xml:space="preserve"> </w:t>
      </w:r>
      <w:proofErr w:type="spellStart"/>
      <w:r w:rsidRPr="00822611">
        <w:rPr>
          <w:sz w:val="26"/>
          <w:szCs w:val="26"/>
        </w:rPr>
        <w:t>khai</w:t>
      </w:r>
      <w:proofErr w:type="spellEnd"/>
      <w:r w:rsidRPr="00822611">
        <w:rPr>
          <w:sz w:val="26"/>
          <w:szCs w:val="26"/>
        </w:rPr>
        <w:t xml:space="preserve"> </w:t>
      </w:r>
      <w:proofErr w:type="spellStart"/>
      <w:r w:rsidRPr="00822611">
        <w:rPr>
          <w:sz w:val="26"/>
          <w:szCs w:val="26"/>
        </w:rPr>
        <w:t>cả</w:t>
      </w:r>
      <w:proofErr w:type="spellEnd"/>
      <w:r w:rsidRPr="00822611">
        <w:rPr>
          <w:sz w:val="26"/>
          <w:szCs w:val="26"/>
        </w:rPr>
        <w:t xml:space="preserve"> </w:t>
      </w:r>
      <w:proofErr w:type="spellStart"/>
      <w:r w:rsidRPr="00822611">
        <w:rPr>
          <w:sz w:val="26"/>
          <w:szCs w:val="26"/>
        </w:rPr>
        <w:t>Phần</w:t>
      </w:r>
      <w:proofErr w:type="spellEnd"/>
      <w:r w:rsidRPr="00822611">
        <w:rPr>
          <w:sz w:val="26"/>
          <w:szCs w:val="26"/>
        </w:rPr>
        <w:t xml:space="preserve"> I </w:t>
      </w:r>
      <w:proofErr w:type="spellStart"/>
      <w:r w:rsidRPr="00822611">
        <w:rPr>
          <w:sz w:val="26"/>
          <w:szCs w:val="26"/>
        </w:rPr>
        <w:t>và</w:t>
      </w:r>
      <w:proofErr w:type="spellEnd"/>
      <w:r w:rsidRPr="00822611">
        <w:rPr>
          <w:sz w:val="26"/>
          <w:szCs w:val="26"/>
        </w:rPr>
        <w:t xml:space="preserve"> </w:t>
      </w:r>
      <w:proofErr w:type="spellStart"/>
      <w:r w:rsidRPr="00822611">
        <w:rPr>
          <w:sz w:val="26"/>
          <w:szCs w:val="26"/>
        </w:rPr>
        <w:t>Phần</w:t>
      </w:r>
      <w:proofErr w:type="spellEnd"/>
      <w:r w:rsidRPr="00822611">
        <w:rPr>
          <w:sz w:val="26"/>
          <w:szCs w:val="26"/>
        </w:rPr>
        <w:t xml:space="preserve"> II</w:t>
      </w:r>
    </w:p>
    <w:p w14:paraId="303AC328" w14:textId="77777777" w:rsidR="006645DB" w:rsidRPr="00822611" w:rsidRDefault="00000000" w:rsidP="00822611">
      <w:pPr>
        <w:keepNext/>
        <w:pageBreakBefore/>
        <w:spacing w:before="80"/>
        <w:ind w:firstLine="709"/>
        <w:rPr>
          <w:sz w:val="26"/>
          <w:szCs w:val="26"/>
        </w:rPr>
      </w:pPr>
      <w:r w:rsidRPr="00822611">
        <w:rPr>
          <w:b/>
          <w:sz w:val="26"/>
          <w:szCs w:val="26"/>
        </w:rPr>
        <w:lastRenderedPageBreak/>
        <w:t>I. KINH DOANH DỊCH VỤ LỮ HÀNH QUỐC TẾ PHỤC VỤ KHÁCH DU LỊCH QUỐC TẾ ĐẾN VIỆT NAM</w:t>
      </w:r>
    </w:p>
    <w:p w14:paraId="595D9645" w14:textId="77777777" w:rsidR="006645DB" w:rsidRPr="00822611" w:rsidRDefault="00000000" w:rsidP="00822611">
      <w:pPr>
        <w:ind w:firstLine="709"/>
        <w:rPr>
          <w:sz w:val="26"/>
          <w:szCs w:val="26"/>
        </w:rPr>
      </w:pPr>
      <w:r w:rsidRPr="00822611">
        <w:rPr>
          <w:b/>
          <w:sz w:val="26"/>
          <w:szCs w:val="26"/>
        </w:rPr>
        <w:t>1. Trong lĩnh vực inbound, doanh nghiệp khai thác hình thức nào sau đây:</w:t>
      </w:r>
    </w:p>
    <w:p w14:paraId="39A382A5" w14:textId="77777777" w:rsidR="00822611" w:rsidRDefault="00000000" w:rsidP="00822611">
      <w:pPr>
        <w:spacing w:after="20"/>
        <w:ind w:firstLine="709"/>
        <w:jc w:val="both"/>
        <w:rPr>
          <w:sz w:val="26"/>
          <w:szCs w:val="26"/>
        </w:rPr>
      </w:pPr>
      <w:r w:rsidRPr="00822611">
        <w:rPr>
          <w:sz w:val="26"/>
          <w:szCs w:val="26"/>
        </w:rPr>
        <w:t xml:space="preserve">☐ 1. Chỉ thực hiện và ghi nhận doanh thu từ các dịch vụ tại Việt Nam </w:t>
      </w:r>
    </w:p>
    <w:p w14:paraId="765AAC81" w14:textId="65E2C6A8" w:rsidR="006645DB" w:rsidRPr="00822611" w:rsidRDefault="00822611" w:rsidP="00822611">
      <w:pPr>
        <w:spacing w:after="20"/>
        <w:ind w:firstLine="709"/>
        <w:jc w:val="both"/>
        <w:rPr>
          <w:sz w:val="26"/>
          <w:szCs w:val="26"/>
        </w:rPr>
      </w:pPr>
      <w:r>
        <w:rPr>
          <w:sz w:val="26"/>
          <w:szCs w:val="26"/>
        </w:rPr>
        <w:t xml:space="preserve">         </w:t>
      </w:r>
      <w:r w:rsidR="00000000" w:rsidRPr="00822611">
        <w:rPr>
          <w:sz w:val="26"/>
          <w:szCs w:val="26"/>
        </w:rPr>
        <w:t>(land services)</w:t>
      </w:r>
    </w:p>
    <w:p w14:paraId="0F98D018" w14:textId="77777777" w:rsidR="006645DB" w:rsidRPr="00822611" w:rsidRDefault="00000000" w:rsidP="00822611">
      <w:pPr>
        <w:spacing w:after="20"/>
        <w:ind w:firstLine="709"/>
        <w:jc w:val="both"/>
        <w:rPr>
          <w:sz w:val="26"/>
          <w:szCs w:val="26"/>
        </w:rPr>
      </w:pPr>
      <w:r w:rsidRPr="00822611">
        <w:rPr>
          <w:sz w:val="26"/>
          <w:szCs w:val="26"/>
        </w:rPr>
        <w:t>☐ 2. Bán tour trọn gói, có thể bao gồm cả dịch vụ ngoài Việt Nam</w:t>
      </w:r>
    </w:p>
    <w:p w14:paraId="7473ECAD" w14:textId="77777777" w:rsidR="006645DB" w:rsidRPr="00822611" w:rsidRDefault="00000000" w:rsidP="00822611">
      <w:pPr>
        <w:spacing w:after="20"/>
        <w:ind w:firstLine="709"/>
        <w:jc w:val="both"/>
        <w:rPr>
          <w:sz w:val="26"/>
          <w:szCs w:val="26"/>
        </w:rPr>
      </w:pPr>
      <w:r w:rsidRPr="00822611">
        <w:rPr>
          <w:sz w:val="26"/>
          <w:szCs w:val="26"/>
        </w:rPr>
        <w:t>☐ 3. Kết hợp cả hai hình thức</w:t>
      </w:r>
    </w:p>
    <w:p w14:paraId="1E4B9F63" w14:textId="77777777" w:rsidR="006645DB" w:rsidRPr="00822611" w:rsidRDefault="00000000" w:rsidP="00822611">
      <w:pPr>
        <w:ind w:firstLine="709"/>
        <w:rPr>
          <w:sz w:val="26"/>
          <w:szCs w:val="26"/>
        </w:rPr>
      </w:pPr>
      <w:proofErr w:type="spellStart"/>
      <w:r w:rsidRPr="00822611">
        <w:rPr>
          <w:b/>
          <w:i/>
          <w:sz w:val="26"/>
          <w:szCs w:val="26"/>
        </w:rPr>
        <w:t>Nếu</w:t>
      </w:r>
      <w:proofErr w:type="spellEnd"/>
      <w:r w:rsidRPr="00822611">
        <w:rPr>
          <w:b/>
          <w:i/>
          <w:sz w:val="26"/>
          <w:szCs w:val="26"/>
        </w:rPr>
        <w:t xml:space="preserve"> </w:t>
      </w:r>
      <w:proofErr w:type="spellStart"/>
      <w:r w:rsidRPr="00822611">
        <w:rPr>
          <w:b/>
          <w:i/>
          <w:sz w:val="26"/>
          <w:szCs w:val="26"/>
        </w:rPr>
        <w:t>chọn</w:t>
      </w:r>
      <w:proofErr w:type="spellEnd"/>
      <w:r w:rsidRPr="00822611">
        <w:rPr>
          <w:b/>
          <w:i/>
          <w:sz w:val="26"/>
          <w:szCs w:val="26"/>
        </w:rPr>
        <w:t xml:space="preserve"> </w:t>
      </w:r>
      <w:proofErr w:type="spellStart"/>
      <w:r w:rsidRPr="00822611">
        <w:rPr>
          <w:b/>
          <w:i/>
          <w:sz w:val="26"/>
          <w:szCs w:val="26"/>
        </w:rPr>
        <w:t>phương</w:t>
      </w:r>
      <w:proofErr w:type="spellEnd"/>
      <w:r w:rsidRPr="00822611">
        <w:rPr>
          <w:b/>
          <w:i/>
          <w:sz w:val="26"/>
          <w:szCs w:val="26"/>
        </w:rPr>
        <w:t xml:space="preserve"> </w:t>
      </w:r>
      <w:proofErr w:type="spellStart"/>
      <w:r w:rsidRPr="00822611">
        <w:rPr>
          <w:b/>
          <w:i/>
          <w:sz w:val="26"/>
          <w:szCs w:val="26"/>
        </w:rPr>
        <w:t>án</w:t>
      </w:r>
      <w:proofErr w:type="spellEnd"/>
      <w:r w:rsidRPr="00822611">
        <w:rPr>
          <w:b/>
          <w:i/>
          <w:sz w:val="26"/>
          <w:szCs w:val="26"/>
        </w:rPr>
        <w:t xml:space="preserve"> 1, không kê khai Câu 5 (bao </w:t>
      </w:r>
      <w:proofErr w:type="spellStart"/>
      <w:r w:rsidRPr="00822611">
        <w:rPr>
          <w:b/>
          <w:i/>
          <w:sz w:val="26"/>
          <w:szCs w:val="26"/>
        </w:rPr>
        <w:t>gồm</w:t>
      </w:r>
      <w:proofErr w:type="spellEnd"/>
      <w:r w:rsidRPr="00822611">
        <w:rPr>
          <w:b/>
          <w:i/>
          <w:sz w:val="26"/>
          <w:szCs w:val="26"/>
        </w:rPr>
        <w:t xml:space="preserve"> 5a </w:t>
      </w:r>
      <w:proofErr w:type="spellStart"/>
      <w:r w:rsidRPr="00822611">
        <w:rPr>
          <w:b/>
          <w:i/>
          <w:sz w:val="26"/>
          <w:szCs w:val="26"/>
        </w:rPr>
        <w:t>và</w:t>
      </w:r>
      <w:proofErr w:type="spellEnd"/>
      <w:r w:rsidRPr="00822611">
        <w:rPr>
          <w:b/>
          <w:i/>
          <w:sz w:val="26"/>
          <w:szCs w:val="26"/>
        </w:rPr>
        <w:t xml:space="preserve"> 5b).</w:t>
      </w:r>
    </w:p>
    <w:p w14:paraId="562E5A3A" w14:textId="77777777" w:rsidR="006645DB" w:rsidRPr="00822611" w:rsidRDefault="00000000" w:rsidP="00877E0E">
      <w:pPr>
        <w:ind w:firstLine="709"/>
        <w:jc w:val="both"/>
        <w:rPr>
          <w:sz w:val="26"/>
          <w:szCs w:val="26"/>
        </w:rPr>
      </w:pPr>
      <w:r w:rsidRPr="00822611">
        <w:rPr>
          <w:b/>
          <w:sz w:val="26"/>
          <w:szCs w:val="26"/>
        </w:rPr>
        <w:t xml:space="preserve">2. Thị trường khách inbound chính của doanh nghiệp (là thị trường chiếm tỷ trọng </w:t>
      </w:r>
      <w:proofErr w:type="spellStart"/>
      <w:r w:rsidRPr="00822611">
        <w:rPr>
          <w:b/>
          <w:sz w:val="26"/>
          <w:szCs w:val="26"/>
        </w:rPr>
        <w:t>doanh</w:t>
      </w:r>
      <w:proofErr w:type="spellEnd"/>
      <w:r w:rsidRPr="00822611">
        <w:rPr>
          <w:b/>
          <w:sz w:val="26"/>
          <w:szCs w:val="26"/>
        </w:rPr>
        <w:t xml:space="preserve"> </w:t>
      </w:r>
      <w:proofErr w:type="spellStart"/>
      <w:r w:rsidRPr="00822611">
        <w:rPr>
          <w:b/>
          <w:sz w:val="26"/>
          <w:szCs w:val="26"/>
        </w:rPr>
        <w:t>thu</w:t>
      </w:r>
      <w:proofErr w:type="spellEnd"/>
      <w:r w:rsidRPr="00822611">
        <w:rPr>
          <w:b/>
          <w:sz w:val="26"/>
          <w:szCs w:val="26"/>
        </w:rPr>
        <w:t xml:space="preserve"> </w:t>
      </w:r>
      <w:proofErr w:type="spellStart"/>
      <w:r w:rsidRPr="00822611">
        <w:rPr>
          <w:b/>
          <w:sz w:val="26"/>
          <w:szCs w:val="26"/>
        </w:rPr>
        <w:t>lớn</w:t>
      </w:r>
      <w:proofErr w:type="spellEnd"/>
      <w:r w:rsidRPr="00822611">
        <w:rPr>
          <w:b/>
          <w:sz w:val="26"/>
          <w:szCs w:val="26"/>
        </w:rPr>
        <w:t xml:space="preserve"> </w:t>
      </w:r>
      <w:proofErr w:type="spellStart"/>
      <w:r w:rsidRPr="00822611">
        <w:rPr>
          <w:b/>
          <w:sz w:val="26"/>
          <w:szCs w:val="26"/>
        </w:rPr>
        <w:t>nhất</w:t>
      </w:r>
      <w:proofErr w:type="spellEnd"/>
      <w:r w:rsidRPr="00822611">
        <w:rPr>
          <w:b/>
          <w:sz w:val="26"/>
          <w:szCs w:val="26"/>
        </w:rPr>
        <w:t>):</w:t>
      </w:r>
    </w:p>
    <w:tbl>
      <w:tblPr>
        <w:tblW w:w="8956" w:type="dxa"/>
        <w:tblLayout w:type="fixed"/>
        <w:tblLook w:val="04A0" w:firstRow="1" w:lastRow="0" w:firstColumn="1" w:lastColumn="0" w:noHBand="0" w:noVBand="1"/>
      </w:tblPr>
      <w:tblGrid>
        <w:gridCol w:w="2861"/>
        <w:gridCol w:w="6095"/>
      </w:tblGrid>
      <w:tr w:rsidR="006645DB" w:rsidRPr="00822611" w14:paraId="5CC9A71D" w14:textId="77777777" w:rsidTr="00D836EE">
        <w:tc>
          <w:tcPr>
            <w:tcW w:w="2861" w:type="dxa"/>
            <w:tcBorders>
              <w:top w:val="nil"/>
              <w:left w:val="nil"/>
              <w:bottom w:val="nil"/>
              <w:right w:val="nil"/>
            </w:tcBorders>
            <w:tcMar>
              <w:top w:w="0" w:type="dxa"/>
              <w:left w:w="20" w:type="dxa"/>
              <w:bottom w:w="0" w:type="dxa"/>
              <w:right w:w="20" w:type="dxa"/>
            </w:tcMar>
          </w:tcPr>
          <w:p w14:paraId="4B4844ED" w14:textId="77777777" w:rsidR="006645DB" w:rsidRPr="00822611" w:rsidRDefault="00000000" w:rsidP="00D836EE">
            <w:pPr>
              <w:spacing w:after="20"/>
              <w:ind w:firstLine="709"/>
              <w:rPr>
                <w:sz w:val="26"/>
                <w:szCs w:val="26"/>
              </w:rPr>
            </w:pPr>
            <w:r w:rsidRPr="00822611">
              <w:rPr>
                <w:sz w:val="26"/>
                <w:szCs w:val="26"/>
              </w:rPr>
              <w:t>☐ 1. Trung Quốc</w:t>
            </w:r>
          </w:p>
        </w:tc>
        <w:tc>
          <w:tcPr>
            <w:tcW w:w="6095" w:type="dxa"/>
            <w:tcBorders>
              <w:top w:val="nil"/>
              <w:left w:val="nil"/>
              <w:bottom w:val="nil"/>
              <w:right w:val="nil"/>
            </w:tcBorders>
            <w:tcMar>
              <w:top w:w="0" w:type="dxa"/>
              <w:left w:w="20" w:type="dxa"/>
              <w:bottom w:w="0" w:type="dxa"/>
              <w:right w:w="20" w:type="dxa"/>
            </w:tcMar>
          </w:tcPr>
          <w:p w14:paraId="2E891A7B" w14:textId="77777777" w:rsidR="006645DB" w:rsidRPr="00822611" w:rsidRDefault="00000000" w:rsidP="00822611">
            <w:pPr>
              <w:spacing w:after="20"/>
              <w:ind w:firstLine="994"/>
              <w:jc w:val="both"/>
              <w:rPr>
                <w:sz w:val="26"/>
                <w:szCs w:val="26"/>
              </w:rPr>
            </w:pPr>
            <w:r w:rsidRPr="00822611">
              <w:rPr>
                <w:sz w:val="26"/>
                <w:szCs w:val="26"/>
              </w:rPr>
              <w:t>☐ 2. Hàn Quốc</w:t>
            </w:r>
          </w:p>
        </w:tc>
      </w:tr>
      <w:tr w:rsidR="006645DB" w:rsidRPr="00822611" w14:paraId="6E136BB3" w14:textId="77777777" w:rsidTr="00D836EE">
        <w:tc>
          <w:tcPr>
            <w:tcW w:w="2861" w:type="dxa"/>
            <w:tcBorders>
              <w:top w:val="nil"/>
              <w:left w:val="nil"/>
              <w:bottom w:val="nil"/>
              <w:right w:val="nil"/>
            </w:tcBorders>
            <w:tcMar>
              <w:top w:w="0" w:type="dxa"/>
              <w:left w:w="20" w:type="dxa"/>
              <w:bottom w:w="0" w:type="dxa"/>
              <w:right w:w="20" w:type="dxa"/>
            </w:tcMar>
          </w:tcPr>
          <w:p w14:paraId="3F1CF9D9" w14:textId="77777777" w:rsidR="006645DB" w:rsidRPr="00822611" w:rsidRDefault="00000000" w:rsidP="00D836EE">
            <w:pPr>
              <w:spacing w:after="20"/>
              <w:ind w:firstLine="709"/>
              <w:rPr>
                <w:sz w:val="26"/>
                <w:szCs w:val="26"/>
              </w:rPr>
            </w:pPr>
            <w:r w:rsidRPr="00822611">
              <w:rPr>
                <w:sz w:val="26"/>
                <w:szCs w:val="26"/>
              </w:rPr>
              <w:t>☐ 3. Nhật Bản</w:t>
            </w:r>
          </w:p>
        </w:tc>
        <w:tc>
          <w:tcPr>
            <w:tcW w:w="6095" w:type="dxa"/>
            <w:tcBorders>
              <w:top w:val="nil"/>
              <w:left w:val="nil"/>
              <w:bottom w:val="nil"/>
              <w:right w:val="nil"/>
            </w:tcBorders>
            <w:tcMar>
              <w:top w:w="0" w:type="dxa"/>
              <w:left w:w="20" w:type="dxa"/>
              <w:bottom w:w="0" w:type="dxa"/>
              <w:right w:w="20" w:type="dxa"/>
            </w:tcMar>
          </w:tcPr>
          <w:p w14:paraId="55A9CC67" w14:textId="77777777" w:rsidR="006645DB" w:rsidRPr="00822611" w:rsidRDefault="00000000" w:rsidP="00822611">
            <w:pPr>
              <w:spacing w:after="20"/>
              <w:ind w:firstLine="994"/>
              <w:jc w:val="both"/>
              <w:rPr>
                <w:sz w:val="26"/>
                <w:szCs w:val="26"/>
              </w:rPr>
            </w:pPr>
            <w:r w:rsidRPr="00822611">
              <w:rPr>
                <w:sz w:val="26"/>
                <w:szCs w:val="26"/>
              </w:rPr>
              <w:t>☐ 4. Châu Âu</w:t>
            </w:r>
          </w:p>
        </w:tc>
      </w:tr>
      <w:tr w:rsidR="006645DB" w:rsidRPr="00822611" w14:paraId="4CB2B767" w14:textId="77777777" w:rsidTr="00D836EE">
        <w:tc>
          <w:tcPr>
            <w:tcW w:w="2861" w:type="dxa"/>
            <w:tcBorders>
              <w:top w:val="nil"/>
              <w:left w:val="nil"/>
              <w:bottom w:val="nil"/>
              <w:right w:val="nil"/>
            </w:tcBorders>
            <w:tcMar>
              <w:top w:w="0" w:type="dxa"/>
              <w:left w:w="20" w:type="dxa"/>
              <w:bottom w:w="0" w:type="dxa"/>
              <w:right w:w="20" w:type="dxa"/>
            </w:tcMar>
          </w:tcPr>
          <w:p w14:paraId="7A179B86" w14:textId="77777777" w:rsidR="006645DB" w:rsidRPr="00822611" w:rsidRDefault="00000000" w:rsidP="00D836EE">
            <w:pPr>
              <w:spacing w:after="20"/>
              <w:ind w:firstLine="709"/>
              <w:rPr>
                <w:sz w:val="26"/>
                <w:szCs w:val="26"/>
              </w:rPr>
            </w:pPr>
            <w:r w:rsidRPr="00822611">
              <w:rPr>
                <w:sz w:val="26"/>
                <w:szCs w:val="26"/>
              </w:rPr>
              <w:t>☐ 5. ASEAN</w:t>
            </w:r>
          </w:p>
        </w:tc>
        <w:tc>
          <w:tcPr>
            <w:tcW w:w="6095" w:type="dxa"/>
            <w:tcBorders>
              <w:top w:val="nil"/>
              <w:left w:val="nil"/>
              <w:bottom w:val="nil"/>
              <w:right w:val="nil"/>
            </w:tcBorders>
            <w:tcMar>
              <w:top w:w="0" w:type="dxa"/>
              <w:left w:w="20" w:type="dxa"/>
              <w:bottom w:w="0" w:type="dxa"/>
              <w:right w:w="20" w:type="dxa"/>
            </w:tcMar>
          </w:tcPr>
          <w:p w14:paraId="76B65A4A" w14:textId="77777777" w:rsidR="006645DB" w:rsidRPr="00822611" w:rsidRDefault="00000000" w:rsidP="00822611">
            <w:pPr>
              <w:spacing w:after="20"/>
              <w:ind w:firstLine="994"/>
              <w:jc w:val="both"/>
              <w:rPr>
                <w:sz w:val="26"/>
                <w:szCs w:val="26"/>
              </w:rPr>
            </w:pPr>
            <w:r w:rsidRPr="00822611">
              <w:rPr>
                <w:sz w:val="26"/>
                <w:szCs w:val="26"/>
              </w:rPr>
              <w:t>☐ 6. Khác (ghi rõ): ........................................</w:t>
            </w:r>
          </w:p>
        </w:tc>
      </w:tr>
    </w:tbl>
    <w:p w14:paraId="7F32C142" w14:textId="77777777" w:rsidR="006645DB" w:rsidRPr="00822611" w:rsidRDefault="00000000" w:rsidP="00822611">
      <w:pPr>
        <w:ind w:firstLine="709"/>
        <w:rPr>
          <w:sz w:val="26"/>
          <w:szCs w:val="26"/>
        </w:rPr>
      </w:pPr>
      <w:r w:rsidRPr="00822611">
        <w:rPr>
          <w:b/>
          <w:sz w:val="26"/>
          <w:szCs w:val="26"/>
        </w:rPr>
        <w:t xml:space="preserve">3. Doanh nghiệp vui lòng cung cấp số liệu 9 </w:t>
      </w:r>
      <w:proofErr w:type="spellStart"/>
      <w:r w:rsidRPr="00822611">
        <w:rPr>
          <w:b/>
          <w:sz w:val="26"/>
          <w:szCs w:val="26"/>
        </w:rPr>
        <w:t>tháng</w:t>
      </w:r>
      <w:proofErr w:type="spellEnd"/>
      <w:r w:rsidRPr="00822611">
        <w:rPr>
          <w:b/>
          <w:sz w:val="26"/>
          <w:szCs w:val="26"/>
        </w:rPr>
        <w:t xml:space="preserve"> </w:t>
      </w:r>
      <w:proofErr w:type="spellStart"/>
      <w:r w:rsidRPr="00822611">
        <w:rPr>
          <w:b/>
          <w:sz w:val="26"/>
          <w:szCs w:val="26"/>
        </w:rPr>
        <w:t>năm</w:t>
      </w:r>
      <w:proofErr w:type="spellEnd"/>
      <w:r w:rsidRPr="00822611">
        <w:rPr>
          <w:b/>
          <w:sz w:val="26"/>
          <w:szCs w:val="26"/>
        </w:rPr>
        <w:t xml:space="preserve"> 2026:</w:t>
      </w:r>
    </w:p>
    <w:tbl>
      <w:tblPr>
        <w:tblW w:w="9141" w:type="dxa"/>
        <w:jc w:val="center"/>
        <w:tblLayout w:type="fixed"/>
        <w:tblLook w:val="04A0" w:firstRow="1" w:lastRow="0" w:firstColumn="1" w:lastColumn="0" w:noHBand="0" w:noVBand="1"/>
      </w:tblPr>
      <w:tblGrid>
        <w:gridCol w:w="2055"/>
        <w:gridCol w:w="2154"/>
        <w:gridCol w:w="2154"/>
        <w:gridCol w:w="2778"/>
      </w:tblGrid>
      <w:tr w:rsidR="006645DB" w:rsidRPr="00822611" w14:paraId="44F64A41" w14:textId="77777777" w:rsidTr="00B55B2A">
        <w:trPr>
          <w:jc w:val="center"/>
        </w:trPr>
        <w:tc>
          <w:tcPr>
            <w:tcW w:w="2055" w:type="dxa"/>
            <w:tcBorders>
              <w:top w:val="single" w:sz="6" w:space="0" w:color="000000"/>
              <w:left w:val="single" w:sz="6" w:space="0" w:color="000000"/>
              <w:bottom w:val="single" w:sz="6" w:space="0" w:color="000000"/>
              <w:right w:val="single" w:sz="6" w:space="0" w:color="000000"/>
            </w:tcBorders>
            <w:shd w:val="clear" w:color="auto" w:fill="E7E6E6"/>
            <w:tcMar>
              <w:top w:w="60" w:type="dxa"/>
              <w:left w:w="70" w:type="dxa"/>
              <w:bottom w:w="60" w:type="dxa"/>
              <w:right w:w="70" w:type="dxa"/>
            </w:tcMar>
          </w:tcPr>
          <w:p w14:paraId="592CEED2" w14:textId="77777777" w:rsidR="006645DB" w:rsidRPr="00822611" w:rsidRDefault="00000000">
            <w:pPr>
              <w:spacing w:after="0" w:line="240" w:lineRule="auto"/>
              <w:jc w:val="center"/>
              <w:rPr>
                <w:sz w:val="26"/>
                <w:szCs w:val="26"/>
              </w:rPr>
            </w:pPr>
            <w:proofErr w:type="spellStart"/>
            <w:r w:rsidRPr="00822611">
              <w:rPr>
                <w:b/>
                <w:sz w:val="26"/>
                <w:szCs w:val="26"/>
              </w:rPr>
              <w:t>Thời</w:t>
            </w:r>
            <w:proofErr w:type="spellEnd"/>
            <w:r w:rsidRPr="00822611">
              <w:rPr>
                <w:b/>
                <w:sz w:val="26"/>
                <w:szCs w:val="26"/>
              </w:rPr>
              <w:t xml:space="preserve"> </w:t>
            </w:r>
            <w:proofErr w:type="spellStart"/>
            <w:r w:rsidRPr="00822611">
              <w:rPr>
                <w:b/>
                <w:sz w:val="26"/>
                <w:szCs w:val="26"/>
              </w:rPr>
              <w:t>kỳ</w:t>
            </w:r>
            <w:proofErr w:type="spellEnd"/>
          </w:p>
        </w:tc>
        <w:tc>
          <w:tcPr>
            <w:tcW w:w="2154" w:type="dxa"/>
            <w:tcBorders>
              <w:top w:val="single" w:sz="6" w:space="0" w:color="000000"/>
              <w:left w:val="single" w:sz="6" w:space="0" w:color="000000"/>
              <w:bottom w:val="single" w:sz="6" w:space="0" w:color="000000"/>
              <w:right w:val="single" w:sz="6" w:space="0" w:color="000000"/>
            </w:tcBorders>
            <w:shd w:val="clear" w:color="auto" w:fill="E7E6E6"/>
            <w:tcMar>
              <w:top w:w="60" w:type="dxa"/>
              <w:left w:w="70" w:type="dxa"/>
              <w:bottom w:w="60" w:type="dxa"/>
              <w:right w:w="70" w:type="dxa"/>
            </w:tcMar>
          </w:tcPr>
          <w:p w14:paraId="2BD2D338" w14:textId="77777777" w:rsidR="006645DB" w:rsidRPr="00822611" w:rsidRDefault="00000000">
            <w:pPr>
              <w:spacing w:after="0" w:line="240" w:lineRule="auto"/>
              <w:jc w:val="center"/>
              <w:rPr>
                <w:sz w:val="26"/>
                <w:szCs w:val="26"/>
              </w:rPr>
            </w:pPr>
            <w:r w:rsidRPr="00822611">
              <w:rPr>
                <w:b/>
                <w:sz w:val="26"/>
                <w:szCs w:val="26"/>
              </w:rPr>
              <w:t>Số lượt khách</w:t>
            </w:r>
            <w:r w:rsidRPr="00822611">
              <w:rPr>
                <w:b/>
                <w:sz w:val="26"/>
                <w:szCs w:val="26"/>
              </w:rPr>
              <w:br/>
              <w:t>(lượt khách)</w:t>
            </w:r>
          </w:p>
        </w:tc>
        <w:tc>
          <w:tcPr>
            <w:tcW w:w="2154" w:type="dxa"/>
            <w:tcBorders>
              <w:top w:val="single" w:sz="6" w:space="0" w:color="000000"/>
              <w:left w:val="single" w:sz="6" w:space="0" w:color="000000"/>
              <w:bottom w:val="single" w:sz="6" w:space="0" w:color="000000"/>
              <w:right w:val="single" w:sz="6" w:space="0" w:color="000000"/>
            </w:tcBorders>
            <w:shd w:val="clear" w:color="auto" w:fill="E7E6E6"/>
            <w:tcMar>
              <w:top w:w="60" w:type="dxa"/>
              <w:left w:w="70" w:type="dxa"/>
              <w:bottom w:w="60" w:type="dxa"/>
              <w:right w:w="70" w:type="dxa"/>
            </w:tcMar>
          </w:tcPr>
          <w:p w14:paraId="51FDD885" w14:textId="77777777" w:rsidR="006645DB" w:rsidRPr="00822611" w:rsidRDefault="00000000">
            <w:pPr>
              <w:spacing w:after="0" w:line="240" w:lineRule="auto"/>
              <w:jc w:val="center"/>
              <w:rPr>
                <w:sz w:val="26"/>
                <w:szCs w:val="26"/>
              </w:rPr>
            </w:pPr>
            <w:r w:rsidRPr="00822611">
              <w:rPr>
                <w:b/>
                <w:sz w:val="26"/>
                <w:szCs w:val="26"/>
              </w:rPr>
              <w:t>Tổng số ngày tour</w:t>
            </w:r>
            <w:r w:rsidRPr="00822611">
              <w:rPr>
                <w:b/>
                <w:sz w:val="26"/>
                <w:szCs w:val="26"/>
              </w:rPr>
              <w:br/>
              <w:t>(ngày khách)</w:t>
            </w:r>
          </w:p>
        </w:tc>
        <w:tc>
          <w:tcPr>
            <w:tcW w:w="2778" w:type="dxa"/>
            <w:tcBorders>
              <w:top w:val="single" w:sz="6" w:space="0" w:color="000000"/>
              <w:left w:val="single" w:sz="6" w:space="0" w:color="000000"/>
              <w:bottom w:val="single" w:sz="6" w:space="0" w:color="000000"/>
              <w:right w:val="single" w:sz="6" w:space="0" w:color="000000"/>
            </w:tcBorders>
            <w:shd w:val="clear" w:color="auto" w:fill="E7E6E6"/>
            <w:tcMar>
              <w:top w:w="60" w:type="dxa"/>
              <w:left w:w="70" w:type="dxa"/>
              <w:bottom w:w="60" w:type="dxa"/>
              <w:right w:w="70" w:type="dxa"/>
            </w:tcMar>
          </w:tcPr>
          <w:p w14:paraId="1268439B" w14:textId="77777777" w:rsidR="006645DB" w:rsidRPr="00822611" w:rsidRDefault="00000000">
            <w:pPr>
              <w:spacing w:after="0" w:line="240" w:lineRule="auto"/>
              <w:jc w:val="center"/>
              <w:rPr>
                <w:sz w:val="26"/>
                <w:szCs w:val="26"/>
              </w:rPr>
            </w:pPr>
            <w:r w:rsidRPr="00822611">
              <w:rPr>
                <w:b/>
                <w:sz w:val="26"/>
                <w:szCs w:val="26"/>
              </w:rPr>
              <w:t>Tổng doanh thu*</w:t>
            </w:r>
            <w:r w:rsidRPr="00822611">
              <w:rPr>
                <w:b/>
                <w:sz w:val="26"/>
                <w:szCs w:val="26"/>
              </w:rPr>
              <w:br/>
              <w:t>(triệu đồng)</w:t>
            </w:r>
          </w:p>
        </w:tc>
      </w:tr>
      <w:tr w:rsidR="006645DB" w:rsidRPr="00822611" w14:paraId="7EA73320" w14:textId="77777777" w:rsidTr="00B55B2A">
        <w:trPr>
          <w:trHeight w:val="567"/>
          <w:jc w:val="center"/>
        </w:trPr>
        <w:tc>
          <w:tcPr>
            <w:tcW w:w="2055"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378B7B40" w14:textId="77777777" w:rsidR="006645DB" w:rsidRPr="00822611" w:rsidRDefault="00000000">
            <w:pPr>
              <w:spacing w:after="0" w:line="240" w:lineRule="auto"/>
              <w:jc w:val="center"/>
              <w:rPr>
                <w:sz w:val="26"/>
                <w:szCs w:val="26"/>
              </w:rPr>
            </w:pPr>
            <w:r w:rsidRPr="00822611">
              <w:rPr>
                <w:sz w:val="26"/>
                <w:szCs w:val="26"/>
              </w:rPr>
              <w:t>9 tháng đầu năm 2026</w:t>
            </w:r>
          </w:p>
        </w:tc>
        <w:tc>
          <w:tcPr>
            <w:tcW w:w="2154"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7D0425B5" w14:textId="77777777" w:rsidR="006645DB" w:rsidRPr="00822611" w:rsidRDefault="006645DB">
            <w:pPr>
              <w:spacing w:after="0" w:line="240" w:lineRule="auto"/>
              <w:jc w:val="center"/>
              <w:rPr>
                <w:sz w:val="26"/>
                <w:szCs w:val="26"/>
              </w:rPr>
            </w:pPr>
          </w:p>
        </w:tc>
        <w:tc>
          <w:tcPr>
            <w:tcW w:w="2154"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23277A54" w14:textId="77777777" w:rsidR="006645DB" w:rsidRPr="00822611" w:rsidRDefault="006645DB">
            <w:pPr>
              <w:spacing w:after="0" w:line="240" w:lineRule="auto"/>
              <w:jc w:val="center"/>
              <w:rPr>
                <w:sz w:val="26"/>
                <w:szCs w:val="26"/>
              </w:rPr>
            </w:pPr>
          </w:p>
        </w:tc>
        <w:tc>
          <w:tcPr>
            <w:tcW w:w="2778"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3C8CBFCF" w14:textId="77777777" w:rsidR="006645DB" w:rsidRPr="00822611" w:rsidRDefault="006645DB">
            <w:pPr>
              <w:spacing w:after="0" w:line="240" w:lineRule="auto"/>
              <w:jc w:val="center"/>
              <w:rPr>
                <w:sz w:val="26"/>
                <w:szCs w:val="26"/>
              </w:rPr>
            </w:pPr>
          </w:p>
        </w:tc>
      </w:tr>
    </w:tbl>
    <w:p w14:paraId="30F536E0" w14:textId="77777777" w:rsidR="00822611" w:rsidRPr="00822611" w:rsidRDefault="00000000" w:rsidP="00822611">
      <w:pPr>
        <w:spacing w:after="40"/>
        <w:ind w:firstLine="709"/>
        <w:jc w:val="both"/>
        <w:rPr>
          <w:i/>
          <w:sz w:val="20"/>
          <w:szCs w:val="20"/>
        </w:rPr>
      </w:pPr>
      <w:r w:rsidRPr="00822611">
        <w:rPr>
          <w:i/>
          <w:sz w:val="20"/>
          <w:szCs w:val="20"/>
        </w:rPr>
        <w:t xml:space="preserve">* </w:t>
      </w:r>
      <w:proofErr w:type="spellStart"/>
      <w:r w:rsidRPr="00822611">
        <w:rPr>
          <w:i/>
          <w:sz w:val="20"/>
          <w:szCs w:val="20"/>
        </w:rPr>
        <w:t>Tổng</w:t>
      </w:r>
      <w:proofErr w:type="spellEnd"/>
      <w:r w:rsidRPr="00822611">
        <w:rPr>
          <w:i/>
          <w:sz w:val="20"/>
          <w:szCs w:val="20"/>
        </w:rPr>
        <w:t xml:space="preserve"> </w:t>
      </w:r>
      <w:proofErr w:type="spellStart"/>
      <w:r w:rsidRPr="00822611">
        <w:rPr>
          <w:i/>
          <w:sz w:val="20"/>
          <w:szCs w:val="20"/>
        </w:rPr>
        <w:t>doanh</w:t>
      </w:r>
      <w:proofErr w:type="spellEnd"/>
      <w:r w:rsidRPr="00822611">
        <w:rPr>
          <w:i/>
          <w:sz w:val="20"/>
          <w:szCs w:val="20"/>
        </w:rPr>
        <w:t xml:space="preserve"> </w:t>
      </w:r>
      <w:proofErr w:type="spellStart"/>
      <w:r w:rsidRPr="00822611">
        <w:rPr>
          <w:i/>
          <w:sz w:val="20"/>
          <w:szCs w:val="20"/>
        </w:rPr>
        <w:t>thu</w:t>
      </w:r>
      <w:proofErr w:type="spellEnd"/>
      <w:r w:rsidRPr="00822611">
        <w:rPr>
          <w:i/>
          <w:sz w:val="20"/>
          <w:szCs w:val="20"/>
        </w:rPr>
        <w:t xml:space="preserve"> từ các dịch vụ du lịch được thực hiện và tiêu dùng trong lãnh thổ Việt Nam phục vụ khách quốc tế đi theo tour; không bao gồm vận chuyển quốc tế và các dịch vụ phát </w:t>
      </w:r>
      <w:proofErr w:type="spellStart"/>
      <w:r w:rsidRPr="00822611">
        <w:rPr>
          <w:i/>
          <w:sz w:val="20"/>
          <w:szCs w:val="20"/>
        </w:rPr>
        <w:t>sinh</w:t>
      </w:r>
      <w:proofErr w:type="spellEnd"/>
      <w:r w:rsidRPr="00822611">
        <w:rPr>
          <w:i/>
          <w:sz w:val="20"/>
          <w:szCs w:val="20"/>
        </w:rPr>
        <w:t xml:space="preserve"> </w:t>
      </w:r>
      <w:proofErr w:type="spellStart"/>
      <w:r w:rsidRPr="00822611">
        <w:rPr>
          <w:i/>
          <w:sz w:val="20"/>
          <w:szCs w:val="20"/>
        </w:rPr>
        <w:t>ngoài</w:t>
      </w:r>
      <w:proofErr w:type="spellEnd"/>
      <w:r w:rsidRPr="00822611">
        <w:rPr>
          <w:i/>
          <w:sz w:val="20"/>
          <w:szCs w:val="20"/>
        </w:rPr>
        <w:t xml:space="preserve"> Việt Nam.</w:t>
      </w:r>
    </w:p>
    <w:p w14:paraId="01A27890" w14:textId="0A170A5D" w:rsidR="006645DB" w:rsidRPr="00822611" w:rsidRDefault="00000000" w:rsidP="00877E0E">
      <w:pPr>
        <w:spacing w:after="40"/>
        <w:ind w:firstLine="709"/>
        <w:jc w:val="both"/>
        <w:rPr>
          <w:sz w:val="26"/>
          <w:szCs w:val="26"/>
        </w:rPr>
      </w:pPr>
      <w:r w:rsidRPr="00822611">
        <w:rPr>
          <w:b/>
          <w:sz w:val="26"/>
          <w:szCs w:val="26"/>
        </w:rPr>
        <w:t xml:space="preserve">4. Doanh </w:t>
      </w:r>
      <w:proofErr w:type="spellStart"/>
      <w:r w:rsidRPr="00822611">
        <w:rPr>
          <w:b/>
          <w:sz w:val="26"/>
          <w:szCs w:val="26"/>
        </w:rPr>
        <w:t>thu</w:t>
      </w:r>
      <w:proofErr w:type="spellEnd"/>
      <w:r w:rsidRPr="00822611">
        <w:rPr>
          <w:b/>
          <w:sz w:val="26"/>
          <w:szCs w:val="26"/>
        </w:rPr>
        <w:t xml:space="preserve"> </w:t>
      </w:r>
      <w:proofErr w:type="spellStart"/>
      <w:r w:rsidRPr="00822611">
        <w:rPr>
          <w:b/>
          <w:sz w:val="26"/>
          <w:szCs w:val="26"/>
        </w:rPr>
        <w:t>từ</w:t>
      </w:r>
      <w:proofErr w:type="spellEnd"/>
      <w:r w:rsidRPr="00822611">
        <w:rPr>
          <w:b/>
          <w:sz w:val="26"/>
          <w:szCs w:val="26"/>
        </w:rPr>
        <w:t xml:space="preserve"> </w:t>
      </w:r>
      <w:proofErr w:type="spellStart"/>
      <w:r w:rsidRPr="00822611">
        <w:rPr>
          <w:b/>
          <w:sz w:val="26"/>
          <w:szCs w:val="26"/>
        </w:rPr>
        <w:t>các</w:t>
      </w:r>
      <w:proofErr w:type="spellEnd"/>
      <w:r w:rsidRPr="00822611">
        <w:rPr>
          <w:b/>
          <w:sz w:val="26"/>
          <w:szCs w:val="26"/>
        </w:rPr>
        <w:t xml:space="preserve"> dịch vụ thực hiện tại Việt Nam (Land services - là dịch vụ được thực hiện và tiêu dùng trong </w:t>
      </w:r>
      <w:proofErr w:type="spellStart"/>
      <w:r w:rsidRPr="00822611">
        <w:rPr>
          <w:b/>
          <w:sz w:val="26"/>
          <w:szCs w:val="26"/>
        </w:rPr>
        <w:t>lãnh</w:t>
      </w:r>
      <w:proofErr w:type="spellEnd"/>
      <w:r w:rsidRPr="00822611">
        <w:rPr>
          <w:b/>
          <w:sz w:val="26"/>
          <w:szCs w:val="26"/>
        </w:rPr>
        <w:t xml:space="preserve"> </w:t>
      </w:r>
      <w:proofErr w:type="spellStart"/>
      <w:r w:rsidRPr="00822611">
        <w:rPr>
          <w:b/>
          <w:sz w:val="26"/>
          <w:szCs w:val="26"/>
        </w:rPr>
        <w:t>thổ</w:t>
      </w:r>
      <w:proofErr w:type="spellEnd"/>
      <w:r w:rsidRPr="00822611">
        <w:rPr>
          <w:b/>
          <w:sz w:val="26"/>
          <w:szCs w:val="26"/>
        </w:rPr>
        <w:t xml:space="preserve"> Việt Nam):</w:t>
      </w:r>
    </w:p>
    <w:tbl>
      <w:tblPr>
        <w:tblW w:w="9141" w:type="dxa"/>
        <w:jc w:val="center"/>
        <w:tblLayout w:type="fixed"/>
        <w:tblLook w:val="04A0" w:firstRow="1" w:lastRow="0" w:firstColumn="1" w:lastColumn="0" w:noHBand="0" w:noVBand="1"/>
      </w:tblPr>
      <w:tblGrid>
        <w:gridCol w:w="602"/>
        <w:gridCol w:w="5818"/>
        <w:gridCol w:w="2721"/>
      </w:tblGrid>
      <w:tr w:rsidR="006645DB" w:rsidRPr="00822611" w14:paraId="15863046" w14:textId="77777777" w:rsidTr="00B55B2A">
        <w:trPr>
          <w:tblHeader/>
          <w:jc w:val="center"/>
        </w:trPr>
        <w:tc>
          <w:tcPr>
            <w:tcW w:w="602" w:type="dxa"/>
            <w:tcBorders>
              <w:top w:val="single" w:sz="6" w:space="0" w:color="000000"/>
              <w:left w:val="single" w:sz="6" w:space="0" w:color="000000"/>
              <w:bottom w:val="single" w:sz="6" w:space="0" w:color="000000"/>
              <w:right w:val="single" w:sz="6" w:space="0" w:color="000000"/>
            </w:tcBorders>
            <w:shd w:val="clear" w:color="auto" w:fill="E7E6E6"/>
            <w:tcMar>
              <w:top w:w="60" w:type="dxa"/>
              <w:left w:w="70" w:type="dxa"/>
              <w:bottom w:w="60" w:type="dxa"/>
              <w:right w:w="70" w:type="dxa"/>
            </w:tcMar>
            <w:vAlign w:val="center"/>
          </w:tcPr>
          <w:p w14:paraId="50F7DD64" w14:textId="77777777" w:rsidR="006645DB" w:rsidRPr="00822611" w:rsidRDefault="00000000" w:rsidP="00350A9F">
            <w:pPr>
              <w:spacing w:before="120" w:after="120" w:line="240" w:lineRule="auto"/>
              <w:jc w:val="center"/>
              <w:rPr>
                <w:sz w:val="26"/>
                <w:szCs w:val="26"/>
              </w:rPr>
            </w:pPr>
            <w:r w:rsidRPr="00822611">
              <w:rPr>
                <w:b/>
                <w:sz w:val="26"/>
                <w:szCs w:val="26"/>
              </w:rPr>
              <w:t>TT</w:t>
            </w:r>
          </w:p>
        </w:tc>
        <w:tc>
          <w:tcPr>
            <w:tcW w:w="5818" w:type="dxa"/>
            <w:tcBorders>
              <w:top w:val="single" w:sz="6" w:space="0" w:color="000000"/>
              <w:left w:val="single" w:sz="6" w:space="0" w:color="000000"/>
              <w:bottom w:val="single" w:sz="6" w:space="0" w:color="000000"/>
              <w:right w:val="single" w:sz="6" w:space="0" w:color="000000"/>
            </w:tcBorders>
            <w:shd w:val="clear" w:color="auto" w:fill="E7E6E6"/>
            <w:tcMar>
              <w:top w:w="60" w:type="dxa"/>
              <w:left w:w="70" w:type="dxa"/>
              <w:bottom w:w="60" w:type="dxa"/>
              <w:right w:w="70" w:type="dxa"/>
            </w:tcMar>
            <w:vAlign w:val="center"/>
          </w:tcPr>
          <w:p w14:paraId="4FF51E32" w14:textId="77777777" w:rsidR="006645DB" w:rsidRPr="00822611" w:rsidRDefault="00000000" w:rsidP="00350A9F">
            <w:pPr>
              <w:spacing w:before="120" w:after="120" w:line="240" w:lineRule="auto"/>
              <w:jc w:val="center"/>
              <w:rPr>
                <w:sz w:val="26"/>
                <w:szCs w:val="26"/>
              </w:rPr>
            </w:pPr>
            <w:r w:rsidRPr="00822611">
              <w:rPr>
                <w:b/>
                <w:sz w:val="26"/>
                <w:szCs w:val="26"/>
              </w:rPr>
              <w:t>Nội dung</w:t>
            </w:r>
          </w:p>
        </w:tc>
        <w:tc>
          <w:tcPr>
            <w:tcW w:w="2721" w:type="dxa"/>
            <w:tcBorders>
              <w:top w:val="single" w:sz="6" w:space="0" w:color="000000"/>
              <w:left w:val="single" w:sz="6" w:space="0" w:color="000000"/>
              <w:bottom w:val="single" w:sz="6" w:space="0" w:color="000000"/>
              <w:right w:val="single" w:sz="6" w:space="0" w:color="000000"/>
            </w:tcBorders>
            <w:shd w:val="clear" w:color="auto" w:fill="E7E6E6"/>
            <w:tcMar>
              <w:top w:w="60" w:type="dxa"/>
              <w:left w:w="70" w:type="dxa"/>
              <w:bottom w:w="60" w:type="dxa"/>
              <w:right w:w="70" w:type="dxa"/>
            </w:tcMar>
            <w:vAlign w:val="center"/>
          </w:tcPr>
          <w:p w14:paraId="09943371" w14:textId="77777777" w:rsidR="006645DB" w:rsidRPr="00822611" w:rsidRDefault="00000000" w:rsidP="00350A9F">
            <w:pPr>
              <w:spacing w:before="120" w:after="120" w:line="240" w:lineRule="auto"/>
              <w:jc w:val="center"/>
              <w:rPr>
                <w:sz w:val="26"/>
                <w:szCs w:val="26"/>
              </w:rPr>
            </w:pPr>
            <w:r w:rsidRPr="00822611">
              <w:rPr>
                <w:b/>
                <w:sz w:val="26"/>
                <w:szCs w:val="26"/>
              </w:rPr>
              <w:t>Doanh thu (triệu đồng)</w:t>
            </w:r>
          </w:p>
        </w:tc>
      </w:tr>
      <w:tr w:rsidR="006645DB" w:rsidRPr="00822611" w14:paraId="1E7D3E20" w14:textId="77777777" w:rsidTr="00B55B2A">
        <w:trPr>
          <w:trHeight w:val="369"/>
          <w:jc w:val="center"/>
        </w:trPr>
        <w:tc>
          <w:tcPr>
            <w:tcW w:w="602"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57F6A613" w14:textId="77777777" w:rsidR="006645DB" w:rsidRPr="00822611" w:rsidRDefault="00000000" w:rsidP="00350A9F">
            <w:pPr>
              <w:spacing w:before="120" w:after="120" w:line="240" w:lineRule="auto"/>
              <w:jc w:val="center"/>
              <w:rPr>
                <w:sz w:val="26"/>
                <w:szCs w:val="26"/>
              </w:rPr>
            </w:pPr>
            <w:r w:rsidRPr="00822611">
              <w:rPr>
                <w:sz w:val="26"/>
                <w:szCs w:val="26"/>
              </w:rPr>
              <w:t>1</w:t>
            </w:r>
          </w:p>
        </w:tc>
        <w:tc>
          <w:tcPr>
            <w:tcW w:w="5818"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2C4E0D08" w14:textId="77777777" w:rsidR="006645DB" w:rsidRPr="00822611" w:rsidRDefault="00000000" w:rsidP="00350A9F">
            <w:pPr>
              <w:spacing w:before="120" w:after="120" w:line="240" w:lineRule="auto"/>
              <w:rPr>
                <w:sz w:val="26"/>
                <w:szCs w:val="26"/>
              </w:rPr>
            </w:pPr>
            <w:r w:rsidRPr="00822611">
              <w:rPr>
                <w:sz w:val="26"/>
                <w:szCs w:val="26"/>
              </w:rPr>
              <w:t>Lưu trú</w:t>
            </w:r>
          </w:p>
        </w:tc>
        <w:tc>
          <w:tcPr>
            <w:tcW w:w="2721"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4956B57C" w14:textId="77777777" w:rsidR="006645DB" w:rsidRPr="00822611" w:rsidRDefault="006645DB" w:rsidP="00350A9F">
            <w:pPr>
              <w:spacing w:before="120" w:after="120" w:line="240" w:lineRule="auto"/>
              <w:rPr>
                <w:sz w:val="26"/>
                <w:szCs w:val="26"/>
              </w:rPr>
            </w:pPr>
          </w:p>
        </w:tc>
      </w:tr>
      <w:tr w:rsidR="006645DB" w:rsidRPr="00822611" w14:paraId="040C9423" w14:textId="77777777" w:rsidTr="00B55B2A">
        <w:trPr>
          <w:trHeight w:val="369"/>
          <w:jc w:val="center"/>
        </w:trPr>
        <w:tc>
          <w:tcPr>
            <w:tcW w:w="602"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45C51091" w14:textId="77777777" w:rsidR="006645DB" w:rsidRPr="00822611" w:rsidRDefault="00000000" w:rsidP="00350A9F">
            <w:pPr>
              <w:spacing w:before="120" w:after="120" w:line="240" w:lineRule="auto"/>
              <w:jc w:val="center"/>
              <w:rPr>
                <w:sz w:val="26"/>
                <w:szCs w:val="26"/>
              </w:rPr>
            </w:pPr>
            <w:r w:rsidRPr="00822611">
              <w:rPr>
                <w:sz w:val="26"/>
                <w:szCs w:val="26"/>
              </w:rPr>
              <w:t>2</w:t>
            </w:r>
          </w:p>
        </w:tc>
        <w:tc>
          <w:tcPr>
            <w:tcW w:w="5818"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34195455" w14:textId="77777777" w:rsidR="006645DB" w:rsidRPr="00822611" w:rsidRDefault="00000000" w:rsidP="00350A9F">
            <w:pPr>
              <w:spacing w:before="120" w:after="120" w:line="240" w:lineRule="auto"/>
              <w:rPr>
                <w:sz w:val="26"/>
                <w:szCs w:val="26"/>
              </w:rPr>
            </w:pPr>
            <w:r w:rsidRPr="00822611">
              <w:rPr>
                <w:sz w:val="26"/>
                <w:szCs w:val="26"/>
              </w:rPr>
              <w:t>Ăn uống</w:t>
            </w:r>
          </w:p>
        </w:tc>
        <w:tc>
          <w:tcPr>
            <w:tcW w:w="2721"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4AC5098F" w14:textId="77777777" w:rsidR="006645DB" w:rsidRPr="00822611" w:rsidRDefault="006645DB" w:rsidP="00350A9F">
            <w:pPr>
              <w:spacing w:before="120" w:after="120" w:line="240" w:lineRule="auto"/>
              <w:rPr>
                <w:sz w:val="26"/>
                <w:szCs w:val="26"/>
              </w:rPr>
            </w:pPr>
          </w:p>
        </w:tc>
      </w:tr>
      <w:tr w:rsidR="006645DB" w:rsidRPr="00822611" w14:paraId="730DD7B7" w14:textId="77777777" w:rsidTr="00B55B2A">
        <w:trPr>
          <w:trHeight w:val="369"/>
          <w:jc w:val="center"/>
        </w:trPr>
        <w:tc>
          <w:tcPr>
            <w:tcW w:w="602"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719BA661" w14:textId="77777777" w:rsidR="006645DB" w:rsidRPr="00822611" w:rsidRDefault="00000000" w:rsidP="00350A9F">
            <w:pPr>
              <w:spacing w:before="120" w:after="120" w:line="240" w:lineRule="auto"/>
              <w:jc w:val="center"/>
              <w:rPr>
                <w:sz w:val="26"/>
                <w:szCs w:val="26"/>
              </w:rPr>
            </w:pPr>
            <w:r w:rsidRPr="00822611">
              <w:rPr>
                <w:sz w:val="26"/>
                <w:szCs w:val="26"/>
              </w:rPr>
              <w:t>3</w:t>
            </w:r>
          </w:p>
        </w:tc>
        <w:tc>
          <w:tcPr>
            <w:tcW w:w="5818"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7B4AC2C2" w14:textId="77777777" w:rsidR="006645DB" w:rsidRPr="00822611" w:rsidRDefault="00000000" w:rsidP="00350A9F">
            <w:pPr>
              <w:spacing w:before="120" w:after="120" w:line="240" w:lineRule="auto"/>
              <w:rPr>
                <w:sz w:val="26"/>
                <w:szCs w:val="26"/>
              </w:rPr>
            </w:pPr>
            <w:r w:rsidRPr="00822611">
              <w:rPr>
                <w:sz w:val="26"/>
                <w:szCs w:val="26"/>
              </w:rPr>
              <w:t>Đi lại tại Việt Nam</w:t>
            </w:r>
          </w:p>
        </w:tc>
        <w:tc>
          <w:tcPr>
            <w:tcW w:w="2721"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7E1E7F7D" w14:textId="77777777" w:rsidR="006645DB" w:rsidRPr="00822611" w:rsidRDefault="006645DB" w:rsidP="00350A9F">
            <w:pPr>
              <w:spacing w:before="120" w:after="120" w:line="240" w:lineRule="auto"/>
              <w:rPr>
                <w:sz w:val="26"/>
                <w:szCs w:val="26"/>
              </w:rPr>
            </w:pPr>
          </w:p>
        </w:tc>
      </w:tr>
      <w:tr w:rsidR="006645DB" w:rsidRPr="00822611" w14:paraId="0D206BF8" w14:textId="77777777" w:rsidTr="00B55B2A">
        <w:trPr>
          <w:trHeight w:val="369"/>
          <w:jc w:val="center"/>
        </w:trPr>
        <w:tc>
          <w:tcPr>
            <w:tcW w:w="602"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75198AAD" w14:textId="77777777" w:rsidR="006645DB" w:rsidRPr="00822611" w:rsidRDefault="00000000" w:rsidP="00350A9F">
            <w:pPr>
              <w:spacing w:before="120" w:after="120" w:line="240" w:lineRule="auto"/>
              <w:jc w:val="center"/>
              <w:rPr>
                <w:sz w:val="26"/>
                <w:szCs w:val="26"/>
              </w:rPr>
            </w:pPr>
            <w:r w:rsidRPr="00822611">
              <w:rPr>
                <w:sz w:val="26"/>
                <w:szCs w:val="26"/>
              </w:rPr>
              <w:t>4</w:t>
            </w:r>
          </w:p>
        </w:tc>
        <w:tc>
          <w:tcPr>
            <w:tcW w:w="5818"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6FEA1125" w14:textId="77777777" w:rsidR="006645DB" w:rsidRPr="00822611" w:rsidRDefault="00000000" w:rsidP="00350A9F">
            <w:pPr>
              <w:spacing w:before="120" w:after="120" w:line="240" w:lineRule="auto"/>
              <w:rPr>
                <w:sz w:val="26"/>
                <w:szCs w:val="26"/>
              </w:rPr>
            </w:pPr>
            <w:r w:rsidRPr="00822611">
              <w:rPr>
                <w:sz w:val="26"/>
                <w:szCs w:val="26"/>
              </w:rPr>
              <w:t>Tham quan</w:t>
            </w:r>
          </w:p>
        </w:tc>
        <w:tc>
          <w:tcPr>
            <w:tcW w:w="2721"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01A0B3DA" w14:textId="77777777" w:rsidR="006645DB" w:rsidRPr="00822611" w:rsidRDefault="006645DB" w:rsidP="00350A9F">
            <w:pPr>
              <w:spacing w:before="120" w:after="120" w:line="240" w:lineRule="auto"/>
              <w:rPr>
                <w:sz w:val="26"/>
                <w:szCs w:val="26"/>
              </w:rPr>
            </w:pPr>
          </w:p>
        </w:tc>
      </w:tr>
      <w:tr w:rsidR="006645DB" w:rsidRPr="00822611" w14:paraId="582EAD5E" w14:textId="77777777" w:rsidTr="00B55B2A">
        <w:trPr>
          <w:trHeight w:val="369"/>
          <w:jc w:val="center"/>
        </w:trPr>
        <w:tc>
          <w:tcPr>
            <w:tcW w:w="602"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2FDABE4C" w14:textId="77777777" w:rsidR="006645DB" w:rsidRPr="00822611" w:rsidRDefault="00000000" w:rsidP="00350A9F">
            <w:pPr>
              <w:spacing w:before="120" w:after="120" w:line="240" w:lineRule="auto"/>
              <w:jc w:val="center"/>
              <w:rPr>
                <w:sz w:val="26"/>
                <w:szCs w:val="26"/>
              </w:rPr>
            </w:pPr>
            <w:r w:rsidRPr="00822611">
              <w:rPr>
                <w:sz w:val="26"/>
                <w:szCs w:val="26"/>
              </w:rPr>
              <w:t>5</w:t>
            </w:r>
          </w:p>
        </w:tc>
        <w:tc>
          <w:tcPr>
            <w:tcW w:w="5818"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75C3273C" w14:textId="77777777" w:rsidR="006645DB" w:rsidRPr="00822611" w:rsidRDefault="00000000" w:rsidP="00350A9F">
            <w:pPr>
              <w:spacing w:before="120" w:after="120" w:line="240" w:lineRule="auto"/>
              <w:rPr>
                <w:sz w:val="26"/>
                <w:szCs w:val="26"/>
              </w:rPr>
            </w:pPr>
            <w:r w:rsidRPr="00822611">
              <w:rPr>
                <w:sz w:val="26"/>
                <w:szCs w:val="26"/>
              </w:rPr>
              <w:t>Dịch vụ văn hóa, thể thao, vui chơi, giải trí</w:t>
            </w:r>
          </w:p>
        </w:tc>
        <w:tc>
          <w:tcPr>
            <w:tcW w:w="2721"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5AC52524" w14:textId="77777777" w:rsidR="006645DB" w:rsidRPr="00822611" w:rsidRDefault="006645DB" w:rsidP="00350A9F">
            <w:pPr>
              <w:spacing w:before="120" w:after="120" w:line="240" w:lineRule="auto"/>
              <w:rPr>
                <w:sz w:val="26"/>
                <w:szCs w:val="26"/>
              </w:rPr>
            </w:pPr>
          </w:p>
        </w:tc>
      </w:tr>
      <w:tr w:rsidR="006645DB" w:rsidRPr="00822611" w14:paraId="00BCE003" w14:textId="77777777" w:rsidTr="00B55B2A">
        <w:trPr>
          <w:trHeight w:val="369"/>
          <w:jc w:val="center"/>
        </w:trPr>
        <w:tc>
          <w:tcPr>
            <w:tcW w:w="602"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11BDE071" w14:textId="77777777" w:rsidR="006645DB" w:rsidRPr="00822611" w:rsidRDefault="00000000" w:rsidP="00350A9F">
            <w:pPr>
              <w:spacing w:before="120" w:after="120" w:line="240" w:lineRule="auto"/>
              <w:jc w:val="center"/>
              <w:rPr>
                <w:sz w:val="26"/>
                <w:szCs w:val="26"/>
              </w:rPr>
            </w:pPr>
            <w:r w:rsidRPr="00822611">
              <w:rPr>
                <w:sz w:val="26"/>
                <w:szCs w:val="26"/>
              </w:rPr>
              <w:t>6</w:t>
            </w:r>
          </w:p>
        </w:tc>
        <w:tc>
          <w:tcPr>
            <w:tcW w:w="5818"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3C581B1B" w14:textId="77777777" w:rsidR="006645DB" w:rsidRPr="00822611" w:rsidRDefault="00000000" w:rsidP="00350A9F">
            <w:pPr>
              <w:spacing w:before="120" w:after="120" w:line="240" w:lineRule="auto"/>
              <w:rPr>
                <w:sz w:val="26"/>
                <w:szCs w:val="26"/>
              </w:rPr>
            </w:pPr>
            <w:r w:rsidRPr="00822611">
              <w:rPr>
                <w:sz w:val="26"/>
                <w:szCs w:val="26"/>
              </w:rPr>
              <w:t>Dịch vụ y tế và chăm sóc sức khỏe</w:t>
            </w:r>
          </w:p>
        </w:tc>
        <w:tc>
          <w:tcPr>
            <w:tcW w:w="2721"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1B149C4C" w14:textId="77777777" w:rsidR="006645DB" w:rsidRPr="00822611" w:rsidRDefault="006645DB" w:rsidP="00350A9F">
            <w:pPr>
              <w:spacing w:before="120" w:after="120" w:line="240" w:lineRule="auto"/>
              <w:rPr>
                <w:sz w:val="26"/>
                <w:szCs w:val="26"/>
              </w:rPr>
            </w:pPr>
          </w:p>
        </w:tc>
      </w:tr>
      <w:tr w:rsidR="006645DB" w:rsidRPr="00822611" w14:paraId="2AE9F64E" w14:textId="77777777" w:rsidTr="00B55B2A">
        <w:trPr>
          <w:trHeight w:val="369"/>
          <w:jc w:val="center"/>
        </w:trPr>
        <w:tc>
          <w:tcPr>
            <w:tcW w:w="602"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68EA82BE" w14:textId="77777777" w:rsidR="006645DB" w:rsidRPr="00822611" w:rsidRDefault="00000000" w:rsidP="00350A9F">
            <w:pPr>
              <w:spacing w:before="120" w:after="120" w:line="240" w:lineRule="auto"/>
              <w:jc w:val="center"/>
              <w:rPr>
                <w:sz w:val="26"/>
                <w:szCs w:val="26"/>
              </w:rPr>
            </w:pPr>
            <w:r w:rsidRPr="00822611">
              <w:rPr>
                <w:sz w:val="26"/>
                <w:szCs w:val="26"/>
              </w:rPr>
              <w:t>7</w:t>
            </w:r>
          </w:p>
        </w:tc>
        <w:tc>
          <w:tcPr>
            <w:tcW w:w="5818"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07A6A0F3" w14:textId="77777777" w:rsidR="006645DB" w:rsidRPr="00822611" w:rsidRDefault="00000000" w:rsidP="00350A9F">
            <w:pPr>
              <w:spacing w:before="120" w:after="120" w:line="240" w:lineRule="auto"/>
              <w:rPr>
                <w:sz w:val="26"/>
                <w:szCs w:val="26"/>
              </w:rPr>
            </w:pPr>
            <w:r w:rsidRPr="00822611">
              <w:rPr>
                <w:sz w:val="26"/>
                <w:szCs w:val="26"/>
              </w:rPr>
              <w:t>Dịch vụ khác</w:t>
            </w:r>
          </w:p>
        </w:tc>
        <w:tc>
          <w:tcPr>
            <w:tcW w:w="2721"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1E7934C4" w14:textId="77777777" w:rsidR="006645DB" w:rsidRPr="00822611" w:rsidRDefault="006645DB" w:rsidP="00350A9F">
            <w:pPr>
              <w:spacing w:before="120" w:after="120" w:line="240" w:lineRule="auto"/>
              <w:rPr>
                <w:sz w:val="26"/>
                <w:szCs w:val="26"/>
              </w:rPr>
            </w:pPr>
          </w:p>
        </w:tc>
      </w:tr>
    </w:tbl>
    <w:p w14:paraId="0D17A00B" w14:textId="29D68DA4" w:rsidR="006645DB" w:rsidRPr="00B55B2A" w:rsidRDefault="00000000" w:rsidP="00877E0E">
      <w:pPr>
        <w:ind w:firstLine="709"/>
        <w:jc w:val="both"/>
        <w:rPr>
          <w:bCs/>
          <w:i/>
          <w:iCs/>
          <w:sz w:val="26"/>
          <w:szCs w:val="26"/>
        </w:rPr>
      </w:pPr>
      <w:r w:rsidRPr="00822611">
        <w:rPr>
          <w:b/>
          <w:sz w:val="26"/>
          <w:szCs w:val="26"/>
        </w:rPr>
        <w:lastRenderedPageBreak/>
        <w:t xml:space="preserve">5. Ngoài doanh thu du lịch inbound nêu tại Câu 3, doanh nghiệp có doanh thu từ các </w:t>
      </w:r>
      <w:proofErr w:type="spellStart"/>
      <w:r w:rsidRPr="00822611">
        <w:rPr>
          <w:b/>
          <w:sz w:val="26"/>
          <w:szCs w:val="26"/>
        </w:rPr>
        <w:t>dịch</w:t>
      </w:r>
      <w:proofErr w:type="spellEnd"/>
      <w:r w:rsidRPr="00822611">
        <w:rPr>
          <w:b/>
          <w:sz w:val="26"/>
          <w:szCs w:val="26"/>
        </w:rPr>
        <w:t xml:space="preserve"> </w:t>
      </w:r>
      <w:proofErr w:type="spellStart"/>
      <w:r w:rsidRPr="00822611">
        <w:rPr>
          <w:b/>
          <w:sz w:val="26"/>
          <w:szCs w:val="26"/>
        </w:rPr>
        <w:t>vụ</w:t>
      </w:r>
      <w:proofErr w:type="spellEnd"/>
      <w:r w:rsidRPr="00822611">
        <w:rPr>
          <w:b/>
          <w:sz w:val="26"/>
          <w:szCs w:val="26"/>
        </w:rPr>
        <w:t xml:space="preserve"> </w:t>
      </w:r>
      <w:proofErr w:type="spellStart"/>
      <w:r w:rsidRPr="00822611">
        <w:rPr>
          <w:b/>
          <w:sz w:val="26"/>
          <w:szCs w:val="26"/>
        </w:rPr>
        <w:t>sau</w:t>
      </w:r>
      <w:proofErr w:type="spellEnd"/>
      <w:r w:rsidRPr="00822611">
        <w:rPr>
          <w:b/>
          <w:sz w:val="26"/>
          <w:szCs w:val="26"/>
        </w:rPr>
        <w:t xml:space="preserve"> </w:t>
      </w:r>
      <w:proofErr w:type="spellStart"/>
      <w:r w:rsidRPr="00822611">
        <w:rPr>
          <w:b/>
          <w:sz w:val="26"/>
          <w:szCs w:val="26"/>
        </w:rPr>
        <w:t>không</w:t>
      </w:r>
      <w:proofErr w:type="spellEnd"/>
      <w:r w:rsidRPr="00822611">
        <w:rPr>
          <w:b/>
          <w:sz w:val="26"/>
          <w:szCs w:val="26"/>
        </w:rPr>
        <w:t>?</w:t>
      </w:r>
      <w:r w:rsidR="00B55B2A">
        <w:rPr>
          <w:b/>
          <w:sz w:val="26"/>
          <w:szCs w:val="26"/>
        </w:rPr>
        <w:t xml:space="preserve"> </w:t>
      </w:r>
      <w:r w:rsidR="00B55B2A" w:rsidRPr="00B55B2A">
        <w:rPr>
          <w:bCs/>
          <w:i/>
          <w:iCs/>
          <w:sz w:val="26"/>
          <w:szCs w:val="26"/>
        </w:rPr>
        <w:t>(</w:t>
      </w:r>
      <w:proofErr w:type="spellStart"/>
      <w:r w:rsidRPr="00B55B2A">
        <w:rPr>
          <w:bCs/>
          <w:i/>
          <w:iCs/>
          <w:sz w:val="26"/>
          <w:szCs w:val="26"/>
        </w:rPr>
        <w:t>Chỉ</w:t>
      </w:r>
      <w:proofErr w:type="spellEnd"/>
      <w:r w:rsidRPr="00B55B2A">
        <w:rPr>
          <w:bCs/>
          <w:i/>
          <w:iCs/>
          <w:sz w:val="26"/>
          <w:szCs w:val="26"/>
        </w:rPr>
        <w:t xml:space="preserve"> </w:t>
      </w:r>
      <w:proofErr w:type="spellStart"/>
      <w:r w:rsidRPr="00B55B2A">
        <w:rPr>
          <w:bCs/>
          <w:i/>
          <w:iCs/>
          <w:sz w:val="26"/>
          <w:szCs w:val="26"/>
        </w:rPr>
        <w:t>kê</w:t>
      </w:r>
      <w:proofErr w:type="spellEnd"/>
      <w:r w:rsidRPr="00B55B2A">
        <w:rPr>
          <w:bCs/>
          <w:i/>
          <w:iCs/>
          <w:sz w:val="26"/>
          <w:szCs w:val="26"/>
        </w:rPr>
        <w:t xml:space="preserve"> </w:t>
      </w:r>
      <w:proofErr w:type="spellStart"/>
      <w:r w:rsidRPr="00B55B2A">
        <w:rPr>
          <w:bCs/>
          <w:i/>
          <w:iCs/>
          <w:sz w:val="26"/>
          <w:szCs w:val="26"/>
        </w:rPr>
        <w:t>khai</w:t>
      </w:r>
      <w:proofErr w:type="spellEnd"/>
      <w:r w:rsidRPr="00B55B2A">
        <w:rPr>
          <w:bCs/>
          <w:i/>
          <w:iCs/>
          <w:sz w:val="26"/>
          <w:szCs w:val="26"/>
        </w:rPr>
        <w:t xml:space="preserve"> </w:t>
      </w:r>
      <w:proofErr w:type="spellStart"/>
      <w:r w:rsidRPr="00B55B2A">
        <w:rPr>
          <w:bCs/>
          <w:i/>
          <w:iCs/>
          <w:sz w:val="26"/>
          <w:szCs w:val="26"/>
        </w:rPr>
        <w:t>Câu</w:t>
      </w:r>
      <w:proofErr w:type="spellEnd"/>
      <w:r w:rsidRPr="00B55B2A">
        <w:rPr>
          <w:bCs/>
          <w:i/>
          <w:iCs/>
          <w:sz w:val="26"/>
          <w:szCs w:val="26"/>
        </w:rPr>
        <w:t xml:space="preserve"> 5 nếu Câu 1 chọn phương án 2 hoặc 3. </w:t>
      </w:r>
      <w:proofErr w:type="spellStart"/>
      <w:r w:rsidRPr="00B55B2A">
        <w:rPr>
          <w:bCs/>
          <w:i/>
          <w:iCs/>
          <w:sz w:val="26"/>
          <w:szCs w:val="26"/>
        </w:rPr>
        <w:t>Nếu</w:t>
      </w:r>
      <w:proofErr w:type="spellEnd"/>
      <w:r w:rsidRPr="00B55B2A">
        <w:rPr>
          <w:bCs/>
          <w:i/>
          <w:iCs/>
          <w:sz w:val="26"/>
          <w:szCs w:val="26"/>
        </w:rPr>
        <w:t xml:space="preserve"> </w:t>
      </w:r>
      <w:proofErr w:type="spellStart"/>
      <w:r w:rsidRPr="00B55B2A">
        <w:rPr>
          <w:bCs/>
          <w:i/>
          <w:iCs/>
          <w:sz w:val="26"/>
          <w:szCs w:val="26"/>
        </w:rPr>
        <w:t>Câu</w:t>
      </w:r>
      <w:proofErr w:type="spellEnd"/>
      <w:r w:rsidRPr="00B55B2A">
        <w:rPr>
          <w:bCs/>
          <w:i/>
          <w:iCs/>
          <w:sz w:val="26"/>
          <w:szCs w:val="26"/>
        </w:rPr>
        <w:t xml:space="preserve"> 1 </w:t>
      </w:r>
      <w:proofErr w:type="spellStart"/>
      <w:r w:rsidRPr="00B55B2A">
        <w:rPr>
          <w:bCs/>
          <w:i/>
          <w:iCs/>
          <w:sz w:val="26"/>
          <w:szCs w:val="26"/>
        </w:rPr>
        <w:t>chọn</w:t>
      </w:r>
      <w:proofErr w:type="spellEnd"/>
      <w:r w:rsidRPr="00B55B2A">
        <w:rPr>
          <w:bCs/>
          <w:i/>
          <w:iCs/>
          <w:sz w:val="26"/>
          <w:szCs w:val="26"/>
        </w:rPr>
        <w:t xml:space="preserve"> </w:t>
      </w:r>
      <w:proofErr w:type="spellStart"/>
      <w:r w:rsidRPr="00B55B2A">
        <w:rPr>
          <w:bCs/>
          <w:i/>
          <w:iCs/>
          <w:sz w:val="26"/>
          <w:szCs w:val="26"/>
        </w:rPr>
        <w:t>phương</w:t>
      </w:r>
      <w:proofErr w:type="spellEnd"/>
      <w:r w:rsidRPr="00B55B2A">
        <w:rPr>
          <w:bCs/>
          <w:i/>
          <w:iCs/>
          <w:sz w:val="26"/>
          <w:szCs w:val="26"/>
        </w:rPr>
        <w:t xml:space="preserve"> án 1, bỏ qua </w:t>
      </w:r>
      <w:proofErr w:type="spellStart"/>
      <w:r w:rsidRPr="00B55B2A">
        <w:rPr>
          <w:bCs/>
          <w:i/>
          <w:iCs/>
          <w:sz w:val="26"/>
          <w:szCs w:val="26"/>
        </w:rPr>
        <w:t>toàn</w:t>
      </w:r>
      <w:proofErr w:type="spellEnd"/>
      <w:r w:rsidRPr="00B55B2A">
        <w:rPr>
          <w:bCs/>
          <w:i/>
          <w:iCs/>
          <w:sz w:val="26"/>
          <w:szCs w:val="26"/>
        </w:rPr>
        <w:t xml:space="preserve"> </w:t>
      </w:r>
      <w:proofErr w:type="spellStart"/>
      <w:r w:rsidRPr="00B55B2A">
        <w:rPr>
          <w:bCs/>
          <w:i/>
          <w:iCs/>
          <w:sz w:val="26"/>
          <w:szCs w:val="26"/>
        </w:rPr>
        <w:t>bộ</w:t>
      </w:r>
      <w:proofErr w:type="spellEnd"/>
      <w:r w:rsidRPr="00B55B2A">
        <w:rPr>
          <w:bCs/>
          <w:i/>
          <w:iCs/>
          <w:sz w:val="26"/>
          <w:szCs w:val="26"/>
        </w:rPr>
        <w:t xml:space="preserve"> </w:t>
      </w:r>
      <w:proofErr w:type="spellStart"/>
      <w:r w:rsidRPr="00B55B2A">
        <w:rPr>
          <w:bCs/>
          <w:i/>
          <w:iCs/>
          <w:sz w:val="26"/>
          <w:szCs w:val="26"/>
        </w:rPr>
        <w:t>Câu</w:t>
      </w:r>
      <w:proofErr w:type="spellEnd"/>
      <w:r w:rsidRPr="00B55B2A">
        <w:rPr>
          <w:bCs/>
          <w:i/>
          <w:iCs/>
          <w:sz w:val="26"/>
          <w:szCs w:val="26"/>
        </w:rPr>
        <w:t xml:space="preserve"> 5</w:t>
      </w:r>
      <w:r w:rsidR="00B55B2A" w:rsidRPr="00B55B2A">
        <w:rPr>
          <w:bCs/>
          <w:i/>
          <w:iCs/>
          <w:sz w:val="26"/>
          <w:szCs w:val="26"/>
        </w:rPr>
        <w:t>)</w:t>
      </w:r>
    </w:p>
    <w:tbl>
      <w:tblPr>
        <w:tblW w:w="9141" w:type="dxa"/>
        <w:jc w:val="center"/>
        <w:tblLayout w:type="fixed"/>
        <w:tblLook w:val="04A0" w:firstRow="1" w:lastRow="0" w:firstColumn="1" w:lastColumn="0" w:noHBand="0" w:noVBand="1"/>
      </w:tblPr>
      <w:tblGrid>
        <w:gridCol w:w="1658"/>
        <w:gridCol w:w="1304"/>
        <w:gridCol w:w="3458"/>
        <w:gridCol w:w="2721"/>
      </w:tblGrid>
      <w:tr w:rsidR="006645DB" w:rsidRPr="00822611" w14:paraId="4FF2BB10" w14:textId="77777777" w:rsidTr="00B55B2A">
        <w:trPr>
          <w:jc w:val="center"/>
        </w:trPr>
        <w:tc>
          <w:tcPr>
            <w:tcW w:w="1658" w:type="dxa"/>
            <w:tcBorders>
              <w:top w:val="single" w:sz="6" w:space="0" w:color="000000"/>
              <w:left w:val="single" w:sz="6" w:space="0" w:color="000000"/>
              <w:bottom w:val="single" w:sz="6" w:space="0" w:color="000000"/>
              <w:right w:val="single" w:sz="6" w:space="0" w:color="000000"/>
            </w:tcBorders>
            <w:shd w:val="clear" w:color="auto" w:fill="E7E6E6"/>
            <w:tcMar>
              <w:top w:w="60" w:type="dxa"/>
              <w:left w:w="70" w:type="dxa"/>
              <w:bottom w:w="60" w:type="dxa"/>
              <w:right w:w="70" w:type="dxa"/>
            </w:tcMar>
          </w:tcPr>
          <w:p w14:paraId="5E636BFC" w14:textId="77777777" w:rsidR="006645DB" w:rsidRPr="00822611" w:rsidRDefault="00000000">
            <w:pPr>
              <w:spacing w:after="0" w:line="240" w:lineRule="auto"/>
              <w:jc w:val="center"/>
              <w:rPr>
                <w:sz w:val="26"/>
                <w:szCs w:val="26"/>
              </w:rPr>
            </w:pPr>
            <w:proofErr w:type="spellStart"/>
            <w:r w:rsidRPr="00822611">
              <w:rPr>
                <w:b/>
                <w:sz w:val="26"/>
                <w:szCs w:val="26"/>
              </w:rPr>
              <w:t>Nội</w:t>
            </w:r>
            <w:proofErr w:type="spellEnd"/>
            <w:r w:rsidRPr="00822611">
              <w:rPr>
                <w:b/>
                <w:sz w:val="26"/>
                <w:szCs w:val="26"/>
              </w:rPr>
              <w:t xml:space="preserve"> dung</w:t>
            </w:r>
          </w:p>
        </w:tc>
        <w:tc>
          <w:tcPr>
            <w:tcW w:w="1304" w:type="dxa"/>
            <w:tcBorders>
              <w:top w:val="single" w:sz="6" w:space="0" w:color="000000"/>
              <w:left w:val="single" w:sz="6" w:space="0" w:color="000000"/>
              <w:bottom w:val="single" w:sz="6" w:space="0" w:color="000000"/>
              <w:right w:val="single" w:sz="6" w:space="0" w:color="000000"/>
            </w:tcBorders>
            <w:shd w:val="clear" w:color="auto" w:fill="E7E6E6"/>
            <w:tcMar>
              <w:top w:w="60" w:type="dxa"/>
              <w:left w:w="70" w:type="dxa"/>
              <w:bottom w:w="60" w:type="dxa"/>
              <w:right w:w="70" w:type="dxa"/>
            </w:tcMar>
          </w:tcPr>
          <w:p w14:paraId="27327FE9" w14:textId="77777777" w:rsidR="006645DB" w:rsidRPr="00822611" w:rsidRDefault="00000000">
            <w:pPr>
              <w:spacing w:after="0" w:line="240" w:lineRule="auto"/>
              <w:jc w:val="center"/>
              <w:rPr>
                <w:sz w:val="26"/>
                <w:szCs w:val="26"/>
              </w:rPr>
            </w:pPr>
            <w:r w:rsidRPr="00822611">
              <w:rPr>
                <w:b/>
                <w:sz w:val="26"/>
                <w:szCs w:val="26"/>
              </w:rPr>
              <w:t>Có/Không</w:t>
            </w:r>
          </w:p>
        </w:tc>
        <w:tc>
          <w:tcPr>
            <w:tcW w:w="3458" w:type="dxa"/>
            <w:tcBorders>
              <w:top w:val="single" w:sz="6" w:space="0" w:color="000000"/>
              <w:left w:val="single" w:sz="6" w:space="0" w:color="000000"/>
              <w:bottom w:val="single" w:sz="6" w:space="0" w:color="000000"/>
              <w:right w:val="single" w:sz="6" w:space="0" w:color="000000"/>
            </w:tcBorders>
            <w:shd w:val="clear" w:color="auto" w:fill="E7E6E6"/>
            <w:tcMar>
              <w:top w:w="60" w:type="dxa"/>
              <w:left w:w="70" w:type="dxa"/>
              <w:bottom w:w="60" w:type="dxa"/>
              <w:right w:w="70" w:type="dxa"/>
            </w:tcMar>
          </w:tcPr>
          <w:p w14:paraId="5761CD8F" w14:textId="2BF3BE29" w:rsidR="006645DB" w:rsidRPr="00822611" w:rsidRDefault="00000000">
            <w:pPr>
              <w:spacing w:after="0" w:line="240" w:lineRule="auto"/>
              <w:jc w:val="center"/>
              <w:rPr>
                <w:sz w:val="26"/>
                <w:szCs w:val="26"/>
              </w:rPr>
            </w:pPr>
            <w:proofErr w:type="spellStart"/>
            <w:r w:rsidRPr="00822611">
              <w:rPr>
                <w:b/>
                <w:sz w:val="26"/>
                <w:szCs w:val="26"/>
              </w:rPr>
              <w:t>Nếu</w:t>
            </w:r>
            <w:proofErr w:type="spellEnd"/>
            <w:r w:rsidRPr="00822611">
              <w:rPr>
                <w:b/>
                <w:sz w:val="26"/>
                <w:szCs w:val="26"/>
              </w:rPr>
              <w:t xml:space="preserve"> </w:t>
            </w:r>
            <w:proofErr w:type="spellStart"/>
            <w:r w:rsidRPr="00822611">
              <w:rPr>
                <w:b/>
                <w:sz w:val="26"/>
                <w:szCs w:val="26"/>
              </w:rPr>
              <w:t>Có</w:t>
            </w:r>
            <w:proofErr w:type="spellEnd"/>
            <w:r w:rsidR="00B55B2A">
              <w:rPr>
                <w:b/>
                <w:sz w:val="26"/>
                <w:szCs w:val="26"/>
              </w:rPr>
              <w:t xml:space="preserve">, </w:t>
            </w:r>
            <w:proofErr w:type="spellStart"/>
            <w:r w:rsidR="00B55B2A">
              <w:rPr>
                <w:b/>
                <w:sz w:val="26"/>
                <w:szCs w:val="26"/>
              </w:rPr>
              <w:t>vui</w:t>
            </w:r>
            <w:proofErr w:type="spellEnd"/>
            <w:r w:rsidR="00B55B2A">
              <w:rPr>
                <w:b/>
                <w:sz w:val="26"/>
                <w:szCs w:val="26"/>
              </w:rPr>
              <w:t xml:space="preserve"> </w:t>
            </w:r>
            <w:proofErr w:type="spellStart"/>
            <w:r w:rsidR="00B55B2A">
              <w:rPr>
                <w:b/>
                <w:sz w:val="26"/>
                <w:szCs w:val="26"/>
              </w:rPr>
              <w:t>lòng</w:t>
            </w:r>
            <w:proofErr w:type="spellEnd"/>
            <w:r w:rsidR="00B55B2A">
              <w:rPr>
                <w:b/>
                <w:sz w:val="26"/>
                <w:szCs w:val="26"/>
              </w:rPr>
              <w:t xml:space="preserve"> </w:t>
            </w:r>
            <w:proofErr w:type="spellStart"/>
            <w:r w:rsidR="00B55B2A">
              <w:rPr>
                <w:b/>
                <w:sz w:val="26"/>
                <w:szCs w:val="26"/>
              </w:rPr>
              <w:t>cho</w:t>
            </w:r>
            <w:proofErr w:type="spellEnd"/>
            <w:r w:rsidR="00B55B2A">
              <w:rPr>
                <w:b/>
                <w:sz w:val="26"/>
                <w:szCs w:val="26"/>
              </w:rPr>
              <w:t xml:space="preserve"> </w:t>
            </w:r>
            <w:proofErr w:type="spellStart"/>
            <w:r w:rsidR="00B55B2A">
              <w:rPr>
                <w:b/>
                <w:sz w:val="26"/>
                <w:szCs w:val="26"/>
              </w:rPr>
              <w:t>biết</w:t>
            </w:r>
            <w:proofErr w:type="spellEnd"/>
            <w:r w:rsidR="00B55B2A">
              <w:rPr>
                <w:b/>
                <w:sz w:val="26"/>
                <w:szCs w:val="26"/>
              </w:rPr>
              <w:t xml:space="preserve"> </w:t>
            </w:r>
            <w:proofErr w:type="spellStart"/>
            <w:r w:rsidR="00B55B2A">
              <w:rPr>
                <w:b/>
                <w:sz w:val="26"/>
                <w:szCs w:val="26"/>
              </w:rPr>
              <w:t>d</w:t>
            </w:r>
            <w:r w:rsidRPr="00822611">
              <w:rPr>
                <w:b/>
                <w:sz w:val="26"/>
                <w:szCs w:val="26"/>
              </w:rPr>
              <w:t>oanh</w:t>
            </w:r>
            <w:proofErr w:type="spellEnd"/>
            <w:r w:rsidRPr="00822611">
              <w:rPr>
                <w:b/>
                <w:sz w:val="26"/>
                <w:szCs w:val="26"/>
              </w:rPr>
              <w:t xml:space="preserve"> </w:t>
            </w:r>
            <w:proofErr w:type="spellStart"/>
            <w:r w:rsidRPr="00822611">
              <w:rPr>
                <w:b/>
                <w:sz w:val="26"/>
                <w:szCs w:val="26"/>
              </w:rPr>
              <w:t>thu</w:t>
            </w:r>
            <w:proofErr w:type="spellEnd"/>
            <w:r w:rsidRPr="00822611">
              <w:rPr>
                <w:b/>
                <w:sz w:val="26"/>
                <w:szCs w:val="26"/>
              </w:rPr>
              <w:t xml:space="preserve"> (</w:t>
            </w:r>
            <w:proofErr w:type="spellStart"/>
            <w:r w:rsidRPr="00822611">
              <w:rPr>
                <w:b/>
                <w:sz w:val="26"/>
                <w:szCs w:val="26"/>
              </w:rPr>
              <w:t>triệu</w:t>
            </w:r>
            <w:proofErr w:type="spellEnd"/>
            <w:r w:rsidRPr="00822611">
              <w:rPr>
                <w:b/>
                <w:sz w:val="26"/>
                <w:szCs w:val="26"/>
              </w:rPr>
              <w:t xml:space="preserve"> </w:t>
            </w:r>
            <w:proofErr w:type="spellStart"/>
            <w:r w:rsidRPr="00822611">
              <w:rPr>
                <w:b/>
                <w:sz w:val="26"/>
                <w:szCs w:val="26"/>
              </w:rPr>
              <w:t>đồng</w:t>
            </w:r>
            <w:proofErr w:type="spellEnd"/>
            <w:r w:rsidRPr="00822611">
              <w:rPr>
                <w:b/>
                <w:sz w:val="26"/>
                <w:szCs w:val="26"/>
              </w:rPr>
              <w:t>)</w:t>
            </w:r>
          </w:p>
        </w:tc>
        <w:tc>
          <w:tcPr>
            <w:tcW w:w="2721" w:type="dxa"/>
            <w:tcBorders>
              <w:top w:val="single" w:sz="6" w:space="0" w:color="000000"/>
              <w:left w:val="single" w:sz="6" w:space="0" w:color="000000"/>
              <w:bottom w:val="single" w:sz="6" w:space="0" w:color="000000"/>
              <w:right w:val="single" w:sz="6" w:space="0" w:color="000000"/>
            </w:tcBorders>
            <w:shd w:val="clear" w:color="auto" w:fill="E7E6E6"/>
            <w:tcMar>
              <w:top w:w="60" w:type="dxa"/>
              <w:left w:w="70" w:type="dxa"/>
              <w:bottom w:w="60" w:type="dxa"/>
              <w:right w:w="70" w:type="dxa"/>
            </w:tcMar>
          </w:tcPr>
          <w:p w14:paraId="5E17BE77" w14:textId="77777777" w:rsidR="006645DB" w:rsidRPr="00822611" w:rsidRDefault="00000000">
            <w:pPr>
              <w:spacing w:after="0" w:line="240" w:lineRule="auto"/>
              <w:jc w:val="center"/>
              <w:rPr>
                <w:sz w:val="26"/>
                <w:szCs w:val="26"/>
              </w:rPr>
            </w:pPr>
            <w:r w:rsidRPr="00822611">
              <w:rPr>
                <w:b/>
                <w:sz w:val="26"/>
                <w:szCs w:val="26"/>
              </w:rPr>
              <w:t>Hoặc tỷ trọng so với tổng doanh thu (%)</w:t>
            </w:r>
          </w:p>
        </w:tc>
      </w:tr>
      <w:tr w:rsidR="006645DB" w:rsidRPr="00822611" w14:paraId="6237B72F" w14:textId="77777777" w:rsidTr="00B55B2A">
        <w:trPr>
          <w:trHeight w:val="510"/>
          <w:jc w:val="center"/>
        </w:trPr>
        <w:tc>
          <w:tcPr>
            <w:tcW w:w="1658"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tcPr>
          <w:p w14:paraId="2DFF3ADE" w14:textId="77777777" w:rsidR="006645DB" w:rsidRPr="00822611" w:rsidRDefault="00000000">
            <w:pPr>
              <w:spacing w:after="0" w:line="240" w:lineRule="auto"/>
              <w:rPr>
                <w:sz w:val="26"/>
                <w:szCs w:val="26"/>
              </w:rPr>
            </w:pPr>
            <w:r w:rsidRPr="00822611">
              <w:rPr>
                <w:sz w:val="26"/>
                <w:szCs w:val="26"/>
              </w:rPr>
              <w:t>5a. Vận chuyển quốc tế (ngoài Việt Nam)</w:t>
            </w:r>
          </w:p>
        </w:tc>
        <w:tc>
          <w:tcPr>
            <w:tcW w:w="1304"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tcPr>
          <w:p w14:paraId="32FFB6DA" w14:textId="77777777" w:rsidR="00877E0E" w:rsidRDefault="00000000" w:rsidP="00877E0E">
            <w:pPr>
              <w:spacing w:after="0" w:line="240" w:lineRule="auto"/>
              <w:rPr>
                <w:sz w:val="26"/>
                <w:szCs w:val="26"/>
              </w:rPr>
            </w:pPr>
            <w:r w:rsidRPr="00822611">
              <w:rPr>
                <w:sz w:val="26"/>
                <w:szCs w:val="26"/>
              </w:rPr>
              <w:t xml:space="preserve">☐ Có   </w:t>
            </w:r>
          </w:p>
          <w:p w14:paraId="33821943" w14:textId="6BC656E0" w:rsidR="006645DB" w:rsidRPr="00822611" w:rsidRDefault="00000000" w:rsidP="00877E0E">
            <w:pPr>
              <w:spacing w:after="0" w:line="240" w:lineRule="auto"/>
              <w:rPr>
                <w:sz w:val="26"/>
                <w:szCs w:val="26"/>
              </w:rPr>
            </w:pPr>
            <w:r w:rsidRPr="00822611">
              <w:rPr>
                <w:sz w:val="26"/>
                <w:szCs w:val="26"/>
              </w:rPr>
              <w:t xml:space="preserve">☐ </w:t>
            </w:r>
            <w:proofErr w:type="spellStart"/>
            <w:r w:rsidRPr="00822611">
              <w:rPr>
                <w:sz w:val="26"/>
                <w:szCs w:val="26"/>
              </w:rPr>
              <w:t>Không</w:t>
            </w:r>
            <w:proofErr w:type="spellEnd"/>
          </w:p>
        </w:tc>
        <w:tc>
          <w:tcPr>
            <w:tcW w:w="3458"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tcPr>
          <w:p w14:paraId="210FE52D" w14:textId="77777777" w:rsidR="006645DB" w:rsidRPr="00822611" w:rsidRDefault="006645DB">
            <w:pPr>
              <w:spacing w:after="0" w:line="240" w:lineRule="auto"/>
              <w:jc w:val="center"/>
              <w:rPr>
                <w:sz w:val="26"/>
                <w:szCs w:val="26"/>
              </w:rPr>
            </w:pPr>
          </w:p>
        </w:tc>
        <w:tc>
          <w:tcPr>
            <w:tcW w:w="2721"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tcPr>
          <w:p w14:paraId="79D7ADE9" w14:textId="77777777" w:rsidR="006645DB" w:rsidRPr="00822611" w:rsidRDefault="006645DB">
            <w:pPr>
              <w:spacing w:after="0" w:line="240" w:lineRule="auto"/>
              <w:jc w:val="center"/>
              <w:rPr>
                <w:sz w:val="26"/>
                <w:szCs w:val="26"/>
              </w:rPr>
            </w:pPr>
          </w:p>
        </w:tc>
      </w:tr>
      <w:tr w:rsidR="006645DB" w:rsidRPr="00822611" w14:paraId="370D2473" w14:textId="77777777" w:rsidTr="00B55B2A">
        <w:trPr>
          <w:trHeight w:val="510"/>
          <w:jc w:val="center"/>
        </w:trPr>
        <w:tc>
          <w:tcPr>
            <w:tcW w:w="1658"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tcPr>
          <w:p w14:paraId="0E7B6383" w14:textId="77777777" w:rsidR="006645DB" w:rsidRPr="00822611" w:rsidRDefault="00000000">
            <w:pPr>
              <w:spacing w:after="0" w:line="240" w:lineRule="auto"/>
              <w:rPr>
                <w:sz w:val="26"/>
                <w:szCs w:val="26"/>
              </w:rPr>
            </w:pPr>
            <w:r w:rsidRPr="00822611">
              <w:rPr>
                <w:sz w:val="26"/>
                <w:szCs w:val="26"/>
              </w:rPr>
              <w:t>5b. Dịch vụ khác ngoài Việt Nam</w:t>
            </w:r>
          </w:p>
        </w:tc>
        <w:tc>
          <w:tcPr>
            <w:tcW w:w="1304"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tcPr>
          <w:p w14:paraId="59992C07" w14:textId="77777777" w:rsidR="00877E0E" w:rsidRDefault="00000000" w:rsidP="00877E0E">
            <w:pPr>
              <w:spacing w:after="0" w:line="240" w:lineRule="auto"/>
              <w:rPr>
                <w:sz w:val="26"/>
                <w:szCs w:val="26"/>
              </w:rPr>
            </w:pPr>
            <w:r w:rsidRPr="00822611">
              <w:rPr>
                <w:sz w:val="26"/>
                <w:szCs w:val="26"/>
              </w:rPr>
              <w:t xml:space="preserve">☐ Có   </w:t>
            </w:r>
          </w:p>
          <w:p w14:paraId="2EA55F79" w14:textId="17169D31" w:rsidR="006645DB" w:rsidRPr="00822611" w:rsidRDefault="00000000" w:rsidP="00877E0E">
            <w:pPr>
              <w:spacing w:after="0" w:line="240" w:lineRule="auto"/>
              <w:rPr>
                <w:sz w:val="26"/>
                <w:szCs w:val="26"/>
              </w:rPr>
            </w:pPr>
            <w:r w:rsidRPr="00822611">
              <w:rPr>
                <w:sz w:val="26"/>
                <w:szCs w:val="26"/>
              </w:rPr>
              <w:t xml:space="preserve">☐ </w:t>
            </w:r>
            <w:proofErr w:type="spellStart"/>
            <w:r w:rsidRPr="00822611">
              <w:rPr>
                <w:sz w:val="26"/>
                <w:szCs w:val="26"/>
              </w:rPr>
              <w:t>Không</w:t>
            </w:r>
            <w:proofErr w:type="spellEnd"/>
          </w:p>
        </w:tc>
        <w:tc>
          <w:tcPr>
            <w:tcW w:w="3458"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tcPr>
          <w:p w14:paraId="194C785B" w14:textId="77777777" w:rsidR="006645DB" w:rsidRPr="00822611" w:rsidRDefault="006645DB">
            <w:pPr>
              <w:spacing w:after="0" w:line="240" w:lineRule="auto"/>
              <w:jc w:val="center"/>
              <w:rPr>
                <w:sz w:val="26"/>
                <w:szCs w:val="26"/>
              </w:rPr>
            </w:pPr>
          </w:p>
        </w:tc>
        <w:tc>
          <w:tcPr>
            <w:tcW w:w="2721"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tcPr>
          <w:p w14:paraId="25B1F4E8" w14:textId="77777777" w:rsidR="006645DB" w:rsidRPr="00822611" w:rsidRDefault="006645DB">
            <w:pPr>
              <w:spacing w:after="0" w:line="240" w:lineRule="auto"/>
              <w:jc w:val="center"/>
              <w:rPr>
                <w:sz w:val="26"/>
                <w:szCs w:val="26"/>
              </w:rPr>
            </w:pPr>
          </w:p>
        </w:tc>
      </w:tr>
    </w:tbl>
    <w:p w14:paraId="0E3C2426" w14:textId="77777777" w:rsidR="006645DB" w:rsidRPr="00877E0E" w:rsidRDefault="00000000" w:rsidP="00877E0E">
      <w:pPr>
        <w:ind w:firstLine="709"/>
        <w:jc w:val="both"/>
        <w:rPr>
          <w:sz w:val="20"/>
          <w:szCs w:val="20"/>
        </w:rPr>
      </w:pPr>
      <w:r w:rsidRPr="00877E0E">
        <w:rPr>
          <w:i/>
          <w:sz w:val="20"/>
          <w:szCs w:val="20"/>
        </w:rPr>
        <w:t xml:space="preserve">Doanh </w:t>
      </w:r>
      <w:proofErr w:type="spellStart"/>
      <w:r w:rsidRPr="00877E0E">
        <w:rPr>
          <w:i/>
          <w:sz w:val="20"/>
          <w:szCs w:val="20"/>
        </w:rPr>
        <w:t>thu</w:t>
      </w:r>
      <w:proofErr w:type="spellEnd"/>
      <w:r w:rsidRPr="00877E0E">
        <w:rPr>
          <w:i/>
          <w:sz w:val="20"/>
          <w:szCs w:val="20"/>
        </w:rPr>
        <w:t xml:space="preserve"> </w:t>
      </w:r>
      <w:proofErr w:type="spellStart"/>
      <w:r w:rsidRPr="00877E0E">
        <w:rPr>
          <w:i/>
          <w:sz w:val="20"/>
          <w:szCs w:val="20"/>
        </w:rPr>
        <w:t>từ</w:t>
      </w:r>
      <w:proofErr w:type="spellEnd"/>
      <w:r w:rsidRPr="00877E0E">
        <w:rPr>
          <w:i/>
          <w:sz w:val="20"/>
          <w:szCs w:val="20"/>
        </w:rPr>
        <w:t xml:space="preserve"> </w:t>
      </w:r>
      <w:proofErr w:type="spellStart"/>
      <w:r w:rsidRPr="00877E0E">
        <w:rPr>
          <w:i/>
          <w:sz w:val="20"/>
          <w:szCs w:val="20"/>
        </w:rPr>
        <w:t>vận</w:t>
      </w:r>
      <w:proofErr w:type="spellEnd"/>
      <w:r w:rsidRPr="00877E0E">
        <w:rPr>
          <w:i/>
          <w:sz w:val="20"/>
          <w:szCs w:val="20"/>
        </w:rPr>
        <w:t xml:space="preserve"> chuyển quốc tế là phần doanh thu (nếu có) liên quan đến các dịch vụ vận chuyển quốc tế khứ hồi hoặc một chiều mà doanh nghiệp bán kèm trong tour inbound, và các dịch vụ này không được tiêu dùng trong </w:t>
      </w:r>
      <w:proofErr w:type="spellStart"/>
      <w:r w:rsidRPr="00877E0E">
        <w:rPr>
          <w:i/>
          <w:sz w:val="20"/>
          <w:szCs w:val="20"/>
        </w:rPr>
        <w:t>lãnh</w:t>
      </w:r>
      <w:proofErr w:type="spellEnd"/>
      <w:r w:rsidRPr="00877E0E">
        <w:rPr>
          <w:i/>
          <w:sz w:val="20"/>
          <w:szCs w:val="20"/>
        </w:rPr>
        <w:t xml:space="preserve"> </w:t>
      </w:r>
      <w:proofErr w:type="spellStart"/>
      <w:r w:rsidRPr="00877E0E">
        <w:rPr>
          <w:i/>
          <w:sz w:val="20"/>
          <w:szCs w:val="20"/>
        </w:rPr>
        <w:t>thổ</w:t>
      </w:r>
      <w:proofErr w:type="spellEnd"/>
      <w:r w:rsidRPr="00877E0E">
        <w:rPr>
          <w:i/>
          <w:sz w:val="20"/>
          <w:szCs w:val="20"/>
        </w:rPr>
        <w:t xml:space="preserve"> Việt Nam.</w:t>
      </w:r>
    </w:p>
    <w:p w14:paraId="045AB23F" w14:textId="77777777" w:rsidR="00250A54" w:rsidRDefault="00000000" w:rsidP="00250A54">
      <w:pPr>
        <w:ind w:firstLine="709"/>
        <w:jc w:val="both"/>
        <w:rPr>
          <w:i/>
          <w:sz w:val="20"/>
          <w:szCs w:val="20"/>
        </w:rPr>
      </w:pPr>
      <w:r w:rsidRPr="00877E0E">
        <w:rPr>
          <w:i/>
          <w:sz w:val="20"/>
          <w:szCs w:val="20"/>
        </w:rPr>
        <w:t xml:space="preserve">Doanh thu từ dịch vụ khác ngoài Việt Nam là doanh thu liên quan đến các dịch vụ (ngoài vận chuyển quốc tế) được doanh nghiệp bán kèm trong tour inbound nhưng phát sinh và tiêu dùng ngoài </w:t>
      </w:r>
      <w:proofErr w:type="spellStart"/>
      <w:r w:rsidRPr="00877E0E">
        <w:rPr>
          <w:i/>
          <w:sz w:val="20"/>
          <w:szCs w:val="20"/>
        </w:rPr>
        <w:t>lãnh</w:t>
      </w:r>
      <w:proofErr w:type="spellEnd"/>
      <w:r w:rsidRPr="00877E0E">
        <w:rPr>
          <w:i/>
          <w:sz w:val="20"/>
          <w:szCs w:val="20"/>
        </w:rPr>
        <w:t xml:space="preserve"> </w:t>
      </w:r>
      <w:proofErr w:type="spellStart"/>
      <w:r w:rsidRPr="00877E0E">
        <w:rPr>
          <w:i/>
          <w:sz w:val="20"/>
          <w:szCs w:val="20"/>
        </w:rPr>
        <w:t>thổ</w:t>
      </w:r>
      <w:proofErr w:type="spellEnd"/>
      <w:r w:rsidRPr="00877E0E">
        <w:rPr>
          <w:i/>
          <w:sz w:val="20"/>
          <w:szCs w:val="20"/>
        </w:rPr>
        <w:t xml:space="preserve"> Việt Nam.</w:t>
      </w:r>
    </w:p>
    <w:p w14:paraId="1E98ADEA" w14:textId="66E899A1" w:rsidR="006645DB" w:rsidRPr="00822611" w:rsidRDefault="00000000" w:rsidP="00250A54">
      <w:pPr>
        <w:ind w:firstLine="709"/>
        <w:jc w:val="both"/>
        <w:rPr>
          <w:sz w:val="26"/>
          <w:szCs w:val="26"/>
        </w:rPr>
      </w:pPr>
      <w:r w:rsidRPr="00822611">
        <w:rPr>
          <w:b/>
          <w:sz w:val="26"/>
          <w:szCs w:val="26"/>
        </w:rPr>
        <w:t>II. KINH DOANH DỊCH VỤ LỮ HÀNH NỘI ĐỊA</w:t>
      </w:r>
    </w:p>
    <w:tbl>
      <w:tblPr>
        <w:tblW w:w="0" w:type="auto"/>
        <w:jc w:val="center"/>
        <w:tblLayout w:type="fixed"/>
        <w:tblLook w:val="04A0" w:firstRow="1" w:lastRow="0" w:firstColumn="1" w:lastColumn="0" w:noHBand="0" w:noVBand="1"/>
      </w:tblPr>
      <w:tblGrid>
        <w:gridCol w:w="2268"/>
        <w:gridCol w:w="2154"/>
        <w:gridCol w:w="2154"/>
        <w:gridCol w:w="2778"/>
      </w:tblGrid>
      <w:tr w:rsidR="006645DB" w:rsidRPr="00822611" w14:paraId="4B3F09FB" w14:textId="77777777" w:rsidTr="00250A54">
        <w:trPr>
          <w:jc w:val="center"/>
        </w:trPr>
        <w:tc>
          <w:tcPr>
            <w:tcW w:w="2268" w:type="dxa"/>
            <w:tcBorders>
              <w:top w:val="single" w:sz="6" w:space="0" w:color="000000"/>
              <w:left w:val="single" w:sz="6" w:space="0" w:color="000000"/>
              <w:bottom w:val="single" w:sz="6" w:space="0" w:color="000000"/>
              <w:right w:val="single" w:sz="6" w:space="0" w:color="000000"/>
            </w:tcBorders>
            <w:shd w:val="clear" w:color="auto" w:fill="E7E6E6"/>
            <w:tcMar>
              <w:top w:w="60" w:type="dxa"/>
              <w:left w:w="70" w:type="dxa"/>
              <w:bottom w:w="60" w:type="dxa"/>
              <w:right w:w="70" w:type="dxa"/>
            </w:tcMar>
          </w:tcPr>
          <w:p w14:paraId="62549CE2" w14:textId="77777777" w:rsidR="006645DB" w:rsidRPr="00822611" w:rsidRDefault="00000000">
            <w:pPr>
              <w:spacing w:after="0" w:line="240" w:lineRule="auto"/>
              <w:jc w:val="center"/>
              <w:rPr>
                <w:sz w:val="26"/>
                <w:szCs w:val="26"/>
              </w:rPr>
            </w:pPr>
            <w:r w:rsidRPr="00822611">
              <w:rPr>
                <w:b/>
                <w:sz w:val="26"/>
                <w:szCs w:val="26"/>
              </w:rPr>
              <w:t>Thời kỳ</w:t>
            </w:r>
          </w:p>
        </w:tc>
        <w:tc>
          <w:tcPr>
            <w:tcW w:w="2154" w:type="dxa"/>
            <w:tcBorders>
              <w:top w:val="single" w:sz="6" w:space="0" w:color="000000"/>
              <w:left w:val="single" w:sz="6" w:space="0" w:color="000000"/>
              <w:bottom w:val="single" w:sz="6" w:space="0" w:color="000000"/>
              <w:right w:val="single" w:sz="6" w:space="0" w:color="000000"/>
            </w:tcBorders>
            <w:shd w:val="clear" w:color="auto" w:fill="E7E6E6"/>
            <w:tcMar>
              <w:top w:w="60" w:type="dxa"/>
              <w:left w:w="70" w:type="dxa"/>
              <w:bottom w:w="60" w:type="dxa"/>
              <w:right w:w="70" w:type="dxa"/>
            </w:tcMar>
          </w:tcPr>
          <w:p w14:paraId="631370C0" w14:textId="77777777" w:rsidR="006645DB" w:rsidRPr="00822611" w:rsidRDefault="00000000">
            <w:pPr>
              <w:spacing w:after="0" w:line="240" w:lineRule="auto"/>
              <w:jc w:val="center"/>
              <w:rPr>
                <w:sz w:val="26"/>
                <w:szCs w:val="26"/>
              </w:rPr>
            </w:pPr>
            <w:r w:rsidRPr="00822611">
              <w:rPr>
                <w:b/>
                <w:sz w:val="26"/>
                <w:szCs w:val="26"/>
              </w:rPr>
              <w:t>Số lượt khách</w:t>
            </w:r>
            <w:r w:rsidRPr="00822611">
              <w:rPr>
                <w:b/>
                <w:sz w:val="26"/>
                <w:szCs w:val="26"/>
              </w:rPr>
              <w:br/>
              <w:t>(lượt khách)</w:t>
            </w:r>
          </w:p>
        </w:tc>
        <w:tc>
          <w:tcPr>
            <w:tcW w:w="2154" w:type="dxa"/>
            <w:tcBorders>
              <w:top w:val="single" w:sz="6" w:space="0" w:color="000000"/>
              <w:left w:val="single" w:sz="6" w:space="0" w:color="000000"/>
              <w:bottom w:val="single" w:sz="6" w:space="0" w:color="000000"/>
              <w:right w:val="single" w:sz="6" w:space="0" w:color="000000"/>
            </w:tcBorders>
            <w:shd w:val="clear" w:color="auto" w:fill="E7E6E6"/>
            <w:tcMar>
              <w:top w:w="60" w:type="dxa"/>
              <w:left w:w="70" w:type="dxa"/>
              <w:bottom w:w="60" w:type="dxa"/>
              <w:right w:w="70" w:type="dxa"/>
            </w:tcMar>
          </w:tcPr>
          <w:p w14:paraId="7BD9701B" w14:textId="77777777" w:rsidR="006645DB" w:rsidRPr="00822611" w:rsidRDefault="00000000">
            <w:pPr>
              <w:spacing w:after="0" w:line="240" w:lineRule="auto"/>
              <w:jc w:val="center"/>
              <w:rPr>
                <w:sz w:val="26"/>
                <w:szCs w:val="26"/>
              </w:rPr>
            </w:pPr>
            <w:r w:rsidRPr="00822611">
              <w:rPr>
                <w:b/>
                <w:sz w:val="26"/>
                <w:szCs w:val="26"/>
              </w:rPr>
              <w:t>Tổng số ngày tour</w:t>
            </w:r>
            <w:r w:rsidRPr="00822611">
              <w:rPr>
                <w:b/>
                <w:sz w:val="26"/>
                <w:szCs w:val="26"/>
              </w:rPr>
              <w:br/>
              <w:t>(ngày khách)</w:t>
            </w:r>
          </w:p>
        </w:tc>
        <w:tc>
          <w:tcPr>
            <w:tcW w:w="2778" w:type="dxa"/>
            <w:tcBorders>
              <w:top w:val="single" w:sz="6" w:space="0" w:color="000000"/>
              <w:left w:val="single" w:sz="6" w:space="0" w:color="000000"/>
              <w:bottom w:val="single" w:sz="6" w:space="0" w:color="000000"/>
              <w:right w:val="single" w:sz="6" w:space="0" w:color="000000"/>
            </w:tcBorders>
            <w:shd w:val="clear" w:color="auto" w:fill="E7E6E6"/>
            <w:tcMar>
              <w:top w:w="60" w:type="dxa"/>
              <w:left w:w="70" w:type="dxa"/>
              <w:bottom w:w="60" w:type="dxa"/>
              <w:right w:w="70" w:type="dxa"/>
            </w:tcMar>
          </w:tcPr>
          <w:p w14:paraId="5FAEAD66" w14:textId="77777777" w:rsidR="006645DB" w:rsidRPr="00822611" w:rsidRDefault="00000000">
            <w:pPr>
              <w:spacing w:after="0" w:line="240" w:lineRule="auto"/>
              <w:jc w:val="center"/>
              <w:rPr>
                <w:sz w:val="26"/>
                <w:szCs w:val="26"/>
              </w:rPr>
            </w:pPr>
            <w:r w:rsidRPr="00822611">
              <w:rPr>
                <w:b/>
                <w:sz w:val="26"/>
                <w:szCs w:val="26"/>
              </w:rPr>
              <w:t>Tổng doanh thu</w:t>
            </w:r>
            <w:r w:rsidRPr="00822611">
              <w:rPr>
                <w:b/>
                <w:sz w:val="26"/>
                <w:szCs w:val="26"/>
              </w:rPr>
              <w:br/>
              <w:t>(triệu đồng)</w:t>
            </w:r>
          </w:p>
        </w:tc>
      </w:tr>
      <w:tr w:rsidR="006645DB" w:rsidRPr="00822611" w14:paraId="4D66766B" w14:textId="77777777">
        <w:trPr>
          <w:trHeight w:val="567"/>
          <w:jc w:val="center"/>
        </w:trPr>
        <w:tc>
          <w:tcPr>
            <w:tcW w:w="2268"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4C6EB98D" w14:textId="77777777" w:rsidR="006645DB" w:rsidRPr="00822611" w:rsidRDefault="00000000">
            <w:pPr>
              <w:spacing w:after="0" w:line="240" w:lineRule="auto"/>
              <w:jc w:val="center"/>
              <w:rPr>
                <w:sz w:val="26"/>
                <w:szCs w:val="26"/>
              </w:rPr>
            </w:pPr>
            <w:r w:rsidRPr="00822611">
              <w:rPr>
                <w:sz w:val="26"/>
                <w:szCs w:val="26"/>
              </w:rPr>
              <w:t>9 tháng đầu năm 2026</w:t>
            </w:r>
          </w:p>
        </w:tc>
        <w:tc>
          <w:tcPr>
            <w:tcW w:w="2154"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4ED1281E" w14:textId="77777777" w:rsidR="006645DB" w:rsidRPr="00822611" w:rsidRDefault="006645DB">
            <w:pPr>
              <w:spacing w:after="0" w:line="240" w:lineRule="auto"/>
              <w:jc w:val="center"/>
              <w:rPr>
                <w:sz w:val="26"/>
                <w:szCs w:val="26"/>
              </w:rPr>
            </w:pPr>
          </w:p>
        </w:tc>
        <w:tc>
          <w:tcPr>
            <w:tcW w:w="2154"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48FCF531" w14:textId="77777777" w:rsidR="006645DB" w:rsidRPr="00822611" w:rsidRDefault="006645DB">
            <w:pPr>
              <w:spacing w:after="0" w:line="240" w:lineRule="auto"/>
              <w:jc w:val="center"/>
              <w:rPr>
                <w:sz w:val="26"/>
                <w:szCs w:val="26"/>
              </w:rPr>
            </w:pPr>
          </w:p>
        </w:tc>
        <w:tc>
          <w:tcPr>
            <w:tcW w:w="2778"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2B574107" w14:textId="77777777" w:rsidR="006645DB" w:rsidRPr="00822611" w:rsidRDefault="006645DB">
            <w:pPr>
              <w:spacing w:after="0" w:line="240" w:lineRule="auto"/>
              <w:jc w:val="center"/>
              <w:rPr>
                <w:sz w:val="26"/>
                <w:szCs w:val="26"/>
              </w:rPr>
            </w:pPr>
          </w:p>
        </w:tc>
      </w:tr>
    </w:tbl>
    <w:p w14:paraId="6ED9CEA5" w14:textId="3698665E" w:rsidR="006645DB" w:rsidRPr="00822611" w:rsidRDefault="00250A54" w:rsidP="00250A54">
      <w:pPr>
        <w:ind w:firstLine="709"/>
        <w:jc w:val="both"/>
        <w:rPr>
          <w:sz w:val="26"/>
          <w:szCs w:val="26"/>
        </w:rPr>
      </w:pPr>
      <w:r>
        <w:rPr>
          <w:b/>
          <w:sz w:val="26"/>
          <w:szCs w:val="26"/>
        </w:rPr>
        <w:t>V</w:t>
      </w:r>
      <w:r w:rsidR="00000000" w:rsidRPr="00822611">
        <w:rPr>
          <w:b/>
          <w:sz w:val="26"/>
          <w:szCs w:val="26"/>
        </w:rPr>
        <w:t xml:space="preserve">ui </w:t>
      </w:r>
      <w:proofErr w:type="spellStart"/>
      <w:r w:rsidR="00000000" w:rsidRPr="00822611">
        <w:rPr>
          <w:b/>
          <w:sz w:val="26"/>
          <w:szCs w:val="26"/>
        </w:rPr>
        <w:t>lòng</w:t>
      </w:r>
      <w:proofErr w:type="spellEnd"/>
      <w:r w:rsidR="00000000" w:rsidRPr="00822611">
        <w:rPr>
          <w:b/>
          <w:sz w:val="26"/>
          <w:szCs w:val="26"/>
        </w:rPr>
        <w:t xml:space="preserve"> </w:t>
      </w:r>
      <w:proofErr w:type="spellStart"/>
      <w:r w:rsidR="00000000" w:rsidRPr="00822611">
        <w:rPr>
          <w:b/>
          <w:sz w:val="26"/>
          <w:szCs w:val="26"/>
        </w:rPr>
        <w:t>cho</w:t>
      </w:r>
      <w:proofErr w:type="spellEnd"/>
      <w:r w:rsidR="00000000" w:rsidRPr="00822611">
        <w:rPr>
          <w:b/>
          <w:sz w:val="26"/>
          <w:szCs w:val="26"/>
        </w:rPr>
        <w:t xml:space="preserve"> </w:t>
      </w:r>
      <w:proofErr w:type="spellStart"/>
      <w:r w:rsidR="00000000" w:rsidRPr="00822611">
        <w:rPr>
          <w:b/>
          <w:sz w:val="26"/>
          <w:szCs w:val="26"/>
        </w:rPr>
        <w:t>biết</w:t>
      </w:r>
      <w:proofErr w:type="spellEnd"/>
      <w:r w:rsidR="00000000" w:rsidRPr="00822611">
        <w:rPr>
          <w:b/>
          <w:sz w:val="26"/>
          <w:szCs w:val="26"/>
        </w:rPr>
        <w:t xml:space="preserve"> doanh thu từ du lịch </w:t>
      </w:r>
      <w:proofErr w:type="spellStart"/>
      <w:r w:rsidR="00000000" w:rsidRPr="00822611">
        <w:rPr>
          <w:b/>
          <w:sz w:val="26"/>
          <w:szCs w:val="26"/>
        </w:rPr>
        <w:t>nội</w:t>
      </w:r>
      <w:proofErr w:type="spellEnd"/>
      <w:r w:rsidR="00000000" w:rsidRPr="00822611">
        <w:rPr>
          <w:b/>
          <w:sz w:val="26"/>
          <w:szCs w:val="26"/>
        </w:rPr>
        <w:t xml:space="preserve"> </w:t>
      </w:r>
      <w:proofErr w:type="spellStart"/>
      <w:r w:rsidR="00000000" w:rsidRPr="00822611">
        <w:rPr>
          <w:b/>
          <w:sz w:val="26"/>
          <w:szCs w:val="26"/>
        </w:rPr>
        <w:t>địa</w:t>
      </w:r>
      <w:proofErr w:type="spellEnd"/>
      <w:r w:rsidR="00000000" w:rsidRPr="00822611">
        <w:rPr>
          <w:b/>
          <w:sz w:val="26"/>
          <w:szCs w:val="26"/>
        </w:rPr>
        <w:t xml:space="preserve"> </w:t>
      </w:r>
      <w:proofErr w:type="spellStart"/>
      <w:r w:rsidR="00000000" w:rsidRPr="00822611">
        <w:rPr>
          <w:b/>
          <w:sz w:val="26"/>
          <w:szCs w:val="26"/>
        </w:rPr>
        <w:t>theo</w:t>
      </w:r>
      <w:proofErr w:type="spellEnd"/>
      <w:r w:rsidR="00000000" w:rsidRPr="00822611">
        <w:rPr>
          <w:b/>
          <w:sz w:val="26"/>
          <w:szCs w:val="26"/>
        </w:rPr>
        <w:t xml:space="preserve"> </w:t>
      </w:r>
      <w:proofErr w:type="spellStart"/>
      <w:r>
        <w:rPr>
          <w:b/>
          <w:sz w:val="26"/>
          <w:szCs w:val="26"/>
        </w:rPr>
        <w:t>lĩnh</w:t>
      </w:r>
      <w:proofErr w:type="spellEnd"/>
      <w:r>
        <w:rPr>
          <w:b/>
          <w:sz w:val="26"/>
          <w:szCs w:val="26"/>
        </w:rPr>
        <w:t xml:space="preserve"> </w:t>
      </w:r>
      <w:proofErr w:type="spellStart"/>
      <w:r>
        <w:rPr>
          <w:b/>
          <w:sz w:val="26"/>
          <w:szCs w:val="26"/>
        </w:rPr>
        <w:t>vực</w:t>
      </w:r>
      <w:proofErr w:type="spellEnd"/>
      <w:r>
        <w:rPr>
          <w:b/>
          <w:sz w:val="26"/>
          <w:szCs w:val="26"/>
        </w:rPr>
        <w:t xml:space="preserve"> </w:t>
      </w:r>
      <w:proofErr w:type="spellStart"/>
      <w:r>
        <w:rPr>
          <w:b/>
          <w:sz w:val="26"/>
          <w:szCs w:val="26"/>
        </w:rPr>
        <w:t>dịch</w:t>
      </w:r>
      <w:proofErr w:type="spellEnd"/>
      <w:r>
        <w:rPr>
          <w:b/>
          <w:sz w:val="26"/>
          <w:szCs w:val="26"/>
        </w:rPr>
        <w:t xml:space="preserve"> </w:t>
      </w:r>
      <w:proofErr w:type="spellStart"/>
      <w:r>
        <w:rPr>
          <w:b/>
          <w:sz w:val="26"/>
          <w:szCs w:val="26"/>
        </w:rPr>
        <w:t>vụ</w:t>
      </w:r>
      <w:proofErr w:type="spellEnd"/>
      <w:r w:rsidR="00000000" w:rsidRPr="00822611">
        <w:rPr>
          <w:b/>
          <w:sz w:val="26"/>
          <w:szCs w:val="26"/>
        </w:rPr>
        <w:t>:</w:t>
      </w:r>
    </w:p>
    <w:tbl>
      <w:tblPr>
        <w:tblW w:w="0" w:type="auto"/>
        <w:jc w:val="center"/>
        <w:tblLayout w:type="fixed"/>
        <w:tblLook w:val="04A0" w:firstRow="1" w:lastRow="0" w:firstColumn="1" w:lastColumn="0" w:noHBand="0" w:noVBand="1"/>
      </w:tblPr>
      <w:tblGrid>
        <w:gridCol w:w="680"/>
        <w:gridCol w:w="5953"/>
        <w:gridCol w:w="2721"/>
      </w:tblGrid>
      <w:tr w:rsidR="006645DB" w:rsidRPr="00822611" w14:paraId="0F4057EC" w14:textId="77777777">
        <w:trPr>
          <w:jc w:val="center"/>
        </w:trPr>
        <w:tc>
          <w:tcPr>
            <w:tcW w:w="680" w:type="dxa"/>
            <w:tcBorders>
              <w:top w:val="single" w:sz="6" w:space="0" w:color="000000"/>
              <w:left w:val="single" w:sz="6" w:space="0" w:color="000000"/>
              <w:bottom w:val="single" w:sz="6" w:space="0" w:color="000000"/>
              <w:right w:val="single" w:sz="6" w:space="0" w:color="000000"/>
            </w:tcBorders>
            <w:shd w:val="clear" w:color="auto" w:fill="E7E6E6"/>
            <w:tcMar>
              <w:top w:w="60" w:type="dxa"/>
              <w:left w:w="70" w:type="dxa"/>
              <w:bottom w:w="60" w:type="dxa"/>
              <w:right w:w="70" w:type="dxa"/>
            </w:tcMar>
            <w:vAlign w:val="center"/>
          </w:tcPr>
          <w:p w14:paraId="34D97FBC" w14:textId="77777777" w:rsidR="006645DB" w:rsidRPr="00822611" w:rsidRDefault="00000000">
            <w:pPr>
              <w:spacing w:after="0" w:line="240" w:lineRule="auto"/>
              <w:jc w:val="center"/>
              <w:rPr>
                <w:sz w:val="26"/>
                <w:szCs w:val="26"/>
              </w:rPr>
            </w:pPr>
            <w:r w:rsidRPr="00822611">
              <w:rPr>
                <w:b/>
                <w:sz w:val="26"/>
                <w:szCs w:val="26"/>
              </w:rPr>
              <w:t>TT</w:t>
            </w:r>
          </w:p>
        </w:tc>
        <w:tc>
          <w:tcPr>
            <w:tcW w:w="5953" w:type="dxa"/>
            <w:tcBorders>
              <w:top w:val="single" w:sz="6" w:space="0" w:color="000000"/>
              <w:left w:val="single" w:sz="6" w:space="0" w:color="000000"/>
              <w:bottom w:val="single" w:sz="6" w:space="0" w:color="000000"/>
              <w:right w:val="single" w:sz="6" w:space="0" w:color="000000"/>
            </w:tcBorders>
            <w:shd w:val="clear" w:color="auto" w:fill="E7E6E6"/>
            <w:tcMar>
              <w:top w:w="60" w:type="dxa"/>
              <w:left w:w="70" w:type="dxa"/>
              <w:bottom w:w="60" w:type="dxa"/>
              <w:right w:w="70" w:type="dxa"/>
            </w:tcMar>
            <w:vAlign w:val="center"/>
          </w:tcPr>
          <w:p w14:paraId="17062970" w14:textId="77777777" w:rsidR="006645DB" w:rsidRPr="00822611" w:rsidRDefault="00000000">
            <w:pPr>
              <w:spacing w:after="0" w:line="240" w:lineRule="auto"/>
              <w:jc w:val="center"/>
              <w:rPr>
                <w:sz w:val="26"/>
                <w:szCs w:val="26"/>
              </w:rPr>
            </w:pPr>
            <w:r w:rsidRPr="00822611">
              <w:rPr>
                <w:b/>
                <w:sz w:val="26"/>
                <w:szCs w:val="26"/>
              </w:rPr>
              <w:t>Nội dung</w:t>
            </w:r>
          </w:p>
        </w:tc>
        <w:tc>
          <w:tcPr>
            <w:tcW w:w="2721" w:type="dxa"/>
            <w:tcBorders>
              <w:top w:val="single" w:sz="6" w:space="0" w:color="000000"/>
              <w:left w:val="single" w:sz="6" w:space="0" w:color="000000"/>
              <w:bottom w:val="single" w:sz="6" w:space="0" w:color="000000"/>
              <w:right w:val="single" w:sz="6" w:space="0" w:color="000000"/>
            </w:tcBorders>
            <w:shd w:val="clear" w:color="auto" w:fill="E7E6E6"/>
            <w:tcMar>
              <w:top w:w="60" w:type="dxa"/>
              <w:left w:w="70" w:type="dxa"/>
              <w:bottom w:w="60" w:type="dxa"/>
              <w:right w:w="70" w:type="dxa"/>
            </w:tcMar>
            <w:vAlign w:val="center"/>
          </w:tcPr>
          <w:p w14:paraId="627074DE" w14:textId="77777777" w:rsidR="006645DB" w:rsidRPr="00822611" w:rsidRDefault="00000000">
            <w:pPr>
              <w:spacing w:after="0" w:line="240" w:lineRule="auto"/>
              <w:jc w:val="center"/>
              <w:rPr>
                <w:sz w:val="26"/>
                <w:szCs w:val="26"/>
              </w:rPr>
            </w:pPr>
            <w:r w:rsidRPr="00822611">
              <w:rPr>
                <w:b/>
                <w:sz w:val="26"/>
                <w:szCs w:val="26"/>
              </w:rPr>
              <w:t>Doanh thu (triệu đồng)</w:t>
            </w:r>
          </w:p>
        </w:tc>
      </w:tr>
      <w:tr w:rsidR="006645DB" w:rsidRPr="00822611" w14:paraId="1C5B7D6F" w14:textId="77777777">
        <w:trPr>
          <w:trHeight w:val="369"/>
          <w:jc w:val="center"/>
        </w:trPr>
        <w:tc>
          <w:tcPr>
            <w:tcW w:w="680"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3279A219" w14:textId="77777777" w:rsidR="006645DB" w:rsidRPr="00822611" w:rsidRDefault="00000000">
            <w:pPr>
              <w:spacing w:after="0" w:line="240" w:lineRule="auto"/>
              <w:jc w:val="center"/>
              <w:rPr>
                <w:sz w:val="26"/>
                <w:szCs w:val="26"/>
              </w:rPr>
            </w:pPr>
            <w:r w:rsidRPr="00822611">
              <w:rPr>
                <w:sz w:val="26"/>
                <w:szCs w:val="26"/>
              </w:rPr>
              <w:t>1</w:t>
            </w:r>
          </w:p>
        </w:tc>
        <w:tc>
          <w:tcPr>
            <w:tcW w:w="5953"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7F4C56BF" w14:textId="77777777" w:rsidR="006645DB" w:rsidRPr="00822611" w:rsidRDefault="00000000">
            <w:pPr>
              <w:spacing w:after="0" w:line="240" w:lineRule="auto"/>
              <w:rPr>
                <w:sz w:val="26"/>
                <w:szCs w:val="26"/>
              </w:rPr>
            </w:pPr>
            <w:r w:rsidRPr="00822611">
              <w:rPr>
                <w:sz w:val="26"/>
                <w:szCs w:val="26"/>
              </w:rPr>
              <w:t>Lưu trú</w:t>
            </w:r>
          </w:p>
        </w:tc>
        <w:tc>
          <w:tcPr>
            <w:tcW w:w="2721"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2EA8CA09" w14:textId="77777777" w:rsidR="006645DB" w:rsidRPr="00822611" w:rsidRDefault="006645DB">
            <w:pPr>
              <w:spacing w:after="0" w:line="240" w:lineRule="auto"/>
              <w:rPr>
                <w:sz w:val="26"/>
                <w:szCs w:val="26"/>
              </w:rPr>
            </w:pPr>
          </w:p>
        </w:tc>
      </w:tr>
      <w:tr w:rsidR="006645DB" w:rsidRPr="00822611" w14:paraId="431055D3" w14:textId="77777777">
        <w:trPr>
          <w:trHeight w:val="369"/>
          <w:jc w:val="center"/>
        </w:trPr>
        <w:tc>
          <w:tcPr>
            <w:tcW w:w="680"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7CE7CDB5" w14:textId="77777777" w:rsidR="006645DB" w:rsidRPr="00822611" w:rsidRDefault="00000000">
            <w:pPr>
              <w:spacing w:after="0" w:line="240" w:lineRule="auto"/>
              <w:jc w:val="center"/>
              <w:rPr>
                <w:sz w:val="26"/>
                <w:szCs w:val="26"/>
              </w:rPr>
            </w:pPr>
            <w:r w:rsidRPr="00822611">
              <w:rPr>
                <w:sz w:val="26"/>
                <w:szCs w:val="26"/>
              </w:rPr>
              <w:t>2</w:t>
            </w:r>
          </w:p>
        </w:tc>
        <w:tc>
          <w:tcPr>
            <w:tcW w:w="5953"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63CB9668" w14:textId="77777777" w:rsidR="006645DB" w:rsidRPr="00822611" w:rsidRDefault="00000000">
            <w:pPr>
              <w:spacing w:after="0" w:line="240" w:lineRule="auto"/>
              <w:rPr>
                <w:sz w:val="26"/>
                <w:szCs w:val="26"/>
              </w:rPr>
            </w:pPr>
            <w:r w:rsidRPr="00822611">
              <w:rPr>
                <w:sz w:val="26"/>
                <w:szCs w:val="26"/>
              </w:rPr>
              <w:t>Ăn uống</w:t>
            </w:r>
          </w:p>
        </w:tc>
        <w:tc>
          <w:tcPr>
            <w:tcW w:w="2721"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14560527" w14:textId="77777777" w:rsidR="006645DB" w:rsidRPr="00822611" w:rsidRDefault="006645DB">
            <w:pPr>
              <w:spacing w:after="0" w:line="240" w:lineRule="auto"/>
              <w:rPr>
                <w:sz w:val="26"/>
                <w:szCs w:val="26"/>
              </w:rPr>
            </w:pPr>
          </w:p>
        </w:tc>
      </w:tr>
      <w:tr w:rsidR="006645DB" w:rsidRPr="00822611" w14:paraId="79E9C5D3" w14:textId="77777777">
        <w:trPr>
          <w:trHeight w:val="369"/>
          <w:jc w:val="center"/>
        </w:trPr>
        <w:tc>
          <w:tcPr>
            <w:tcW w:w="680"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64B96361" w14:textId="77777777" w:rsidR="006645DB" w:rsidRPr="00822611" w:rsidRDefault="00000000">
            <w:pPr>
              <w:spacing w:after="0" w:line="240" w:lineRule="auto"/>
              <w:jc w:val="center"/>
              <w:rPr>
                <w:sz w:val="26"/>
                <w:szCs w:val="26"/>
              </w:rPr>
            </w:pPr>
            <w:r w:rsidRPr="00822611">
              <w:rPr>
                <w:sz w:val="26"/>
                <w:szCs w:val="26"/>
              </w:rPr>
              <w:t>3</w:t>
            </w:r>
          </w:p>
        </w:tc>
        <w:tc>
          <w:tcPr>
            <w:tcW w:w="5953"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37267760" w14:textId="77777777" w:rsidR="006645DB" w:rsidRPr="00822611" w:rsidRDefault="00000000">
            <w:pPr>
              <w:spacing w:after="0" w:line="240" w:lineRule="auto"/>
              <w:rPr>
                <w:sz w:val="26"/>
                <w:szCs w:val="26"/>
              </w:rPr>
            </w:pPr>
            <w:r w:rsidRPr="00822611">
              <w:rPr>
                <w:sz w:val="26"/>
                <w:szCs w:val="26"/>
              </w:rPr>
              <w:t>Đi lại</w:t>
            </w:r>
          </w:p>
        </w:tc>
        <w:tc>
          <w:tcPr>
            <w:tcW w:w="2721"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59BE705F" w14:textId="77777777" w:rsidR="006645DB" w:rsidRPr="00822611" w:rsidRDefault="006645DB">
            <w:pPr>
              <w:spacing w:after="0" w:line="240" w:lineRule="auto"/>
              <w:rPr>
                <w:sz w:val="26"/>
                <w:szCs w:val="26"/>
              </w:rPr>
            </w:pPr>
          </w:p>
        </w:tc>
      </w:tr>
      <w:tr w:rsidR="006645DB" w:rsidRPr="00822611" w14:paraId="5F1DFA7B" w14:textId="77777777">
        <w:trPr>
          <w:trHeight w:val="369"/>
          <w:jc w:val="center"/>
        </w:trPr>
        <w:tc>
          <w:tcPr>
            <w:tcW w:w="680"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18571D46" w14:textId="77777777" w:rsidR="006645DB" w:rsidRPr="00822611" w:rsidRDefault="00000000">
            <w:pPr>
              <w:spacing w:after="0" w:line="240" w:lineRule="auto"/>
              <w:jc w:val="center"/>
              <w:rPr>
                <w:sz w:val="26"/>
                <w:szCs w:val="26"/>
              </w:rPr>
            </w:pPr>
            <w:r w:rsidRPr="00822611">
              <w:rPr>
                <w:sz w:val="26"/>
                <w:szCs w:val="26"/>
              </w:rPr>
              <w:t>4</w:t>
            </w:r>
          </w:p>
        </w:tc>
        <w:tc>
          <w:tcPr>
            <w:tcW w:w="5953"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610AD660" w14:textId="77777777" w:rsidR="006645DB" w:rsidRPr="00822611" w:rsidRDefault="00000000">
            <w:pPr>
              <w:spacing w:after="0" w:line="240" w:lineRule="auto"/>
              <w:rPr>
                <w:sz w:val="26"/>
                <w:szCs w:val="26"/>
              </w:rPr>
            </w:pPr>
            <w:r w:rsidRPr="00822611">
              <w:rPr>
                <w:sz w:val="26"/>
                <w:szCs w:val="26"/>
              </w:rPr>
              <w:t>Tham quan</w:t>
            </w:r>
          </w:p>
        </w:tc>
        <w:tc>
          <w:tcPr>
            <w:tcW w:w="2721"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77CF19CE" w14:textId="77777777" w:rsidR="006645DB" w:rsidRPr="00822611" w:rsidRDefault="006645DB">
            <w:pPr>
              <w:spacing w:after="0" w:line="240" w:lineRule="auto"/>
              <w:rPr>
                <w:sz w:val="26"/>
                <w:szCs w:val="26"/>
              </w:rPr>
            </w:pPr>
          </w:p>
        </w:tc>
      </w:tr>
      <w:tr w:rsidR="006645DB" w:rsidRPr="00822611" w14:paraId="088D3AE0" w14:textId="77777777">
        <w:trPr>
          <w:trHeight w:val="369"/>
          <w:jc w:val="center"/>
        </w:trPr>
        <w:tc>
          <w:tcPr>
            <w:tcW w:w="680"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1C1F2A43" w14:textId="77777777" w:rsidR="006645DB" w:rsidRPr="00822611" w:rsidRDefault="00000000">
            <w:pPr>
              <w:spacing w:after="0" w:line="240" w:lineRule="auto"/>
              <w:jc w:val="center"/>
              <w:rPr>
                <w:sz w:val="26"/>
                <w:szCs w:val="26"/>
              </w:rPr>
            </w:pPr>
            <w:r w:rsidRPr="00822611">
              <w:rPr>
                <w:sz w:val="26"/>
                <w:szCs w:val="26"/>
              </w:rPr>
              <w:t>5</w:t>
            </w:r>
          </w:p>
        </w:tc>
        <w:tc>
          <w:tcPr>
            <w:tcW w:w="5953"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72A4FD31" w14:textId="77777777" w:rsidR="006645DB" w:rsidRPr="00822611" w:rsidRDefault="00000000">
            <w:pPr>
              <w:spacing w:after="0" w:line="240" w:lineRule="auto"/>
              <w:rPr>
                <w:sz w:val="26"/>
                <w:szCs w:val="26"/>
              </w:rPr>
            </w:pPr>
            <w:r w:rsidRPr="00822611">
              <w:rPr>
                <w:sz w:val="26"/>
                <w:szCs w:val="26"/>
              </w:rPr>
              <w:t>Dịch vụ văn hóa, thể thao, vui chơi, giải trí</w:t>
            </w:r>
          </w:p>
        </w:tc>
        <w:tc>
          <w:tcPr>
            <w:tcW w:w="2721"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3E922B20" w14:textId="77777777" w:rsidR="006645DB" w:rsidRPr="00822611" w:rsidRDefault="006645DB">
            <w:pPr>
              <w:spacing w:after="0" w:line="240" w:lineRule="auto"/>
              <w:rPr>
                <w:sz w:val="26"/>
                <w:szCs w:val="26"/>
              </w:rPr>
            </w:pPr>
          </w:p>
        </w:tc>
      </w:tr>
      <w:tr w:rsidR="006645DB" w:rsidRPr="00822611" w14:paraId="1429659F" w14:textId="77777777">
        <w:trPr>
          <w:trHeight w:val="369"/>
          <w:jc w:val="center"/>
        </w:trPr>
        <w:tc>
          <w:tcPr>
            <w:tcW w:w="680"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2D186B75" w14:textId="77777777" w:rsidR="006645DB" w:rsidRPr="00822611" w:rsidRDefault="00000000">
            <w:pPr>
              <w:spacing w:after="0" w:line="240" w:lineRule="auto"/>
              <w:jc w:val="center"/>
              <w:rPr>
                <w:sz w:val="26"/>
                <w:szCs w:val="26"/>
              </w:rPr>
            </w:pPr>
            <w:r w:rsidRPr="00822611">
              <w:rPr>
                <w:sz w:val="26"/>
                <w:szCs w:val="26"/>
              </w:rPr>
              <w:t>6</w:t>
            </w:r>
          </w:p>
        </w:tc>
        <w:tc>
          <w:tcPr>
            <w:tcW w:w="5953"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1CDF374E" w14:textId="77777777" w:rsidR="006645DB" w:rsidRPr="00822611" w:rsidRDefault="00000000">
            <w:pPr>
              <w:spacing w:after="0" w:line="240" w:lineRule="auto"/>
              <w:rPr>
                <w:sz w:val="26"/>
                <w:szCs w:val="26"/>
              </w:rPr>
            </w:pPr>
            <w:r w:rsidRPr="00822611">
              <w:rPr>
                <w:sz w:val="26"/>
                <w:szCs w:val="26"/>
              </w:rPr>
              <w:t>Dịch vụ y tế và chăm sóc sức khỏe</w:t>
            </w:r>
          </w:p>
        </w:tc>
        <w:tc>
          <w:tcPr>
            <w:tcW w:w="2721"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3A596FF9" w14:textId="77777777" w:rsidR="006645DB" w:rsidRPr="00822611" w:rsidRDefault="006645DB">
            <w:pPr>
              <w:spacing w:after="0" w:line="240" w:lineRule="auto"/>
              <w:rPr>
                <w:sz w:val="26"/>
                <w:szCs w:val="26"/>
              </w:rPr>
            </w:pPr>
          </w:p>
        </w:tc>
      </w:tr>
      <w:tr w:rsidR="006645DB" w:rsidRPr="00822611" w14:paraId="08935525" w14:textId="77777777">
        <w:trPr>
          <w:trHeight w:val="369"/>
          <w:jc w:val="center"/>
        </w:trPr>
        <w:tc>
          <w:tcPr>
            <w:tcW w:w="680"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132C4727" w14:textId="77777777" w:rsidR="006645DB" w:rsidRPr="00822611" w:rsidRDefault="00000000">
            <w:pPr>
              <w:spacing w:after="0" w:line="240" w:lineRule="auto"/>
              <w:jc w:val="center"/>
              <w:rPr>
                <w:sz w:val="26"/>
                <w:szCs w:val="26"/>
              </w:rPr>
            </w:pPr>
            <w:r w:rsidRPr="00822611">
              <w:rPr>
                <w:sz w:val="26"/>
                <w:szCs w:val="26"/>
              </w:rPr>
              <w:t>7</w:t>
            </w:r>
          </w:p>
        </w:tc>
        <w:tc>
          <w:tcPr>
            <w:tcW w:w="5953"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24B25419" w14:textId="77777777" w:rsidR="006645DB" w:rsidRPr="00822611" w:rsidRDefault="00000000">
            <w:pPr>
              <w:spacing w:after="0" w:line="240" w:lineRule="auto"/>
              <w:rPr>
                <w:sz w:val="26"/>
                <w:szCs w:val="26"/>
              </w:rPr>
            </w:pPr>
            <w:r w:rsidRPr="00822611">
              <w:rPr>
                <w:sz w:val="26"/>
                <w:szCs w:val="26"/>
              </w:rPr>
              <w:t>Dịch vụ khác</w:t>
            </w:r>
          </w:p>
        </w:tc>
        <w:tc>
          <w:tcPr>
            <w:tcW w:w="2721"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vAlign w:val="center"/>
          </w:tcPr>
          <w:p w14:paraId="68510E02" w14:textId="77777777" w:rsidR="006645DB" w:rsidRPr="00822611" w:rsidRDefault="006645DB">
            <w:pPr>
              <w:spacing w:after="0" w:line="240" w:lineRule="auto"/>
              <w:rPr>
                <w:sz w:val="26"/>
                <w:szCs w:val="26"/>
              </w:rPr>
            </w:pPr>
          </w:p>
        </w:tc>
      </w:tr>
    </w:tbl>
    <w:p w14:paraId="0CA5DEFA" w14:textId="77777777" w:rsidR="00A32F34" w:rsidRPr="00822611" w:rsidRDefault="00A32F34" w:rsidP="00A32F34">
      <w:pPr>
        <w:spacing w:before="140" w:after="0"/>
        <w:rPr>
          <w:sz w:val="26"/>
          <w:szCs w:val="26"/>
        </w:rPr>
      </w:pPr>
      <w:r w:rsidRPr="00822611">
        <w:rPr>
          <w:rFonts w:ascii="Segoe UI Symbol" w:hAnsi="Segoe UI Symbol" w:cs="Segoe UI Symbol"/>
          <w:b/>
          <w:sz w:val="26"/>
          <w:szCs w:val="26"/>
        </w:rPr>
        <w:t>☐</w:t>
      </w:r>
      <w:r w:rsidRPr="00822611">
        <w:rPr>
          <w:b/>
          <w:sz w:val="26"/>
          <w:szCs w:val="26"/>
        </w:rPr>
        <w:t xml:space="preserve"> </w:t>
      </w:r>
      <w:proofErr w:type="spellStart"/>
      <w:r w:rsidRPr="00822611">
        <w:rPr>
          <w:b/>
          <w:sz w:val="26"/>
          <w:szCs w:val="26"/>
        </w:rPr>
        <w:t>Ch</w:t>
      </w:r>
      <w:r w:rsidRPr="00822611">
        <w:rPr>
          <w:rFonts w:cs="Times New Roman"/>
          <w:b/>
          <w:sz w:val="26"/>
          <w:szCs w:val="26"/>
        </w:rPr>
        <w:t>ú</w:t>
      </w:r>
      <w:r w:rsidRPr="00822611">
        <w:rPr>
          <w:b/>
          <w:sz w:val="26"/>
          <w:szCs w:val="26"/>
        </w:rPr>
        <w:t>ng</w:t>
      </w:r>
      <w:proofErr w:type="spellEnd"/>
      <w:r w:rsidRPr="00822611">
        <w:rPr>
          <w:b/>
          <w:sz w:val="26"/>
          <w:szCs w:val="26"/>
        </w:rPr>
        <w:t xml:space="preserve"> </w:t>
      </w:r>
      <w:proofErr w:type="spellStart"/>
      <w:r w:rsidRPr="00822611">
        <w:rPr>
          <w:b/>
          <w:sz w:val="26"/>
          <w:szCs w:val="26"/>
        </w:rPr>
        <w:t>t</w:t>
      </w:r>
      <w:r w:rsidRPr="00822611">
        <w:rPr>
          <w:rFonts w:cs="Times New Roman"/>
          <w:b/>
          <w:sz w:val="26"/>
          <w:szCs w:val="26"/>
        </w:rPr>
        <w:t>ô</w:t>
      </w:r>
      <w:r w:rsidRPr="00822611">
        <w:rPr>
          <w:b/>
          <w:sz w:val="26"/>
          <w:szCs w:val="26"/>
        </w:rPr>
        <w:t>i</w:t>
      </w:r>
      <w:proofErr w:type="spellEnd"/>
      <w:r w:rsidRPr="00822611">
        <w:rPr>
          <w:b/>
          <w:sz w:val="26"/>
          <w:szCs w:val="26"/>
        </w:rPr>
        <w:t xml:space="preserve"> </w:t>
      </w:r>
      <w:proofErr w:type="spellStart"/>
      <w:r w:rsidRPr="00822611">
        <w:rPr>
          <w:rFonts w:cs="Times New Roman"/>
          <w:b/>
          <w:sz w:val="26"/>
          <w:szCs w:val="26"/>
        </w:rPr>
        <w:t>đã</w:t>
      </w:r>
      <w:proofErr w:type="spellEnd"/>
      <w:r w:rsidRPr="00822611">
        <w:rPr>
          <w:b/>
          <w:sz w:val="26"/>
          <w:szCs w:val="26"/>
        </w:rPr>
        <w:t xml:space="preserve"> </w:t>
      </w:r>
      <w:proofErr w:type="spellStart"/>
      <w:r w:rsidRPr="00822611">
        <w:rPr>
          <w:b/>
          <w:sz w:val="26"/>
          <w:szCs w:val="26"/>
        </w:rPr>
        <w:t>ki</w:t>
      </w:r>
      <w:r w:rsidRPr="00822611">
        <w:rPr>
          <w:rFonts w:cs="Times New Roman"/>
          <w:b/>
          <w:sz w:val="26"/>
          <w:szCs w:val="26"/>
        </w:rPr>
        <w:t>ể</w:t>
      </w:r>
      <w:r w:rsidRPr="00822611">
        <w:rPr>
          <w:b/>
          <w:sz w:val="26"/>
          <w:szCs w:val="26"/>
        </w:rPr>
        <w:t>m</w:t>
      </w:r>
      <w:proofErr w:type="spellEnd"/>
      <w:r w:rsidRPr="00822611">
        <w:rPr>
          <w:b/>
          <w:sz w:val="26"/>
          <w:szCs w:val="26"/>
        </w:rPr>
        <w:t xml:space="preserve"> </w:t>
      </w:r>
      <w:proofErr w:type="spellStart"/>
      <w:r w:rsidRPr="00822611">
        <w:rPr>
          <w:b/>
          <w:sz w:val="26"/>
          <w:szCs w:val="26"/>
        </w:rPr>
        <w:t>tra</w:t>
      </w:r>
      <w:proofErr w:type="spellEnd"/>
      <w:r w:rsidRPr="00822611">
        <w:rPr>
          <w:b/>
          <w:sz w:val="26"/>
          <w:szCs w:val="26"/>
        </w:rPr>
        <w:t xml:space="preserve"> </w:t>
      </w:r>
      <w:proofErr w:type="spellStart"/>
      <w:r w:rsidRPr="00822611">
        <w:rPr>
          <w:b/>
          <w:sz w:val="26"/>
          <w:szCs w:val="26"/>
        </w:rPr>
        <w:t>s</w:t>
      </w:r>
      <w:r w:rsidRPr="00822611">
        <w:rPr>
          <w:rFonts w:cs="Times New Roman"/>
          <w:b/>
          <w:sz w:val="26"/>
          <w:szCs w:val="26"/>
        </w:rPr>
        <w:t>ố</w:t>
      </w:r>
      <w:proofErr w:type="spellEnd"/>
      <w:r w:rsidRPr="00822611">
        <w:rPr>
          <w:b/>
          <w:sz w:val="26"/>
          <w:szCs w:val="26"/>
        </w:rPr>
        <w:t xml:space="preserve"> </w:t>
      </w:r>
      <w:proofErr w:type="spellStart"/>
      <w:r w:rsidRPr="00822611">
        <w:rPr>
          <w:b/>
          <w:sz w:val="26"/>
          <w:szCs w:val="26"/>
        </w:rPr>
        <w:t>li</w:t>
      </w:r>
      <w:r w:rsidRPr="00822611">
        <w:rPr>
          <w:rFonts w:cs="Times New Roman"/>
          <w:b/>
          <w:sz w:val="26"/>
          <w:szCs w:val="26"/>
        </w:rPr>
        <w:t>ệ</w:t>
      </w:r>
      <w:r w:rsidRPr="00822611">
        <w:rPr>
          <w:b/>
          <w:sz w:val="26"/>
          <w:szCs w:val="26"/>
        </w:rPr>
        <w:t>u</w:t>
      </w:r>
      <w:proofErr w:type="spellEnd"/>
      <w:r w:rsidRPr="00822611">
        <w:rPr>
          <w:b/>
          <w:sz w:val="26"/>
          <w:szCs w:val="26"/>
        </w:rPr>
        <w:t xml:space="preserve"> </w:t>
      </w:r>
      <w:proofErr w:type="spellStart"/>
      <w:r w:rsidRPr="00822611">
        <w:rPr>
          <w:b/>
          <w:sz w:val="26"/>
          <w:szCs w:val="26"/>
        </w:rPr>
        <w:t>k</w:t>
      </w:r>
      <w:r w:rsidRPr="00822611">
        <w:rPr>
          <w:rFonts w:cs="Times New Roman"/>
          <w:b/>
          <w:sz w:val="26"/>
          <w:szCs w:val="26"/>
        </w:rPr>
        <w:t>ê</w:t>
      </w:r>
      <w:proofErr w:type="spellEnd"/>
      <w:r w:rsidRPr="00822611">
        <w:rPr>
          <w:b/>
          <w:sz w:val="26"/>
          <w:szCs w:val="26"/>
        </w:rPr>
        <w:t xml:space="preserve"> </w:t>
      </w:r>
      <w:proofErr w:type="spellStart"/>
      <w:r w:rsidRPr="00822611">
        <w:rPr>
          <w:b/>
          <w:sz w:val="26"/>
          <w:szCs w:val="26"/>
        </w:rPr>
        <w:t>khai</w:t>
      </w:r>
      <w:proofErr w:type="spellEnd"/>
      <w:r w:rsidRPr="00822611">
        <w:rPr>
          <w:b/>
          <w:sz w:val="26"/>
          <w:szCs w:val="26"/>
        </w:rPr>
        <w:t xml:space="preserve"> </w:t>
      </w:r>
      <w:proofErr w:type="spellStart"/>
      <w:r w:rsidRPr="00822611">
        <w:rPr>
          <w:b/>
          <w:sz w:val="26"/>
          <w:szCs w:val="26"/>
        </w:rPr>
        <w:t>tr</w:t>
      </w:r>
      <w:r w:rsidRPr="00822611">
        <w:rPr>
          <w:rFonts w:cs="Times New Roman"/>
          <w:b/>
          <w:sz w:val="26"/>
          <w:szCs w:val="26"/>
        </w:rPr>
        <w:t>ướ</w:t>
      </w:r>
      <w:r w:rsidRPr="00822611">
        <w:rPr>
          <w:b/>
          <w:sz w:val="26"/>
          <w:szCs w:val="26"/>
        </w:rPr>
        <w:t>c</w:t>
      </w:r>
      <w:proofErr w:type="spellEnd"/>
      <w:r w:rsidRPr="00822611">
        <w:rPr>
          <w:b/>
          <w:sz w:val="26"/>
          <w:szCs w:val="26"/>
        </w:rPr>
        <w:t xml:space="preserve"> </w:t>
      </w:r>
      <w:proofErr w:type="spellStart"/>
      <w:r w:rsidRPr="00822611">
        <w:rPr>
          <w:b/>
          <w:sz w:val="26"/>
          <w:szCs w:val="26"/>
        </w:rPr>
        <w:t>khi</w:t>
      </w:r>
      <w:proofErr w:type="spellEnd"/>
      <w:r w:rsidRPr="00822611">
        <w:rPr>
          <w:b/>
          <w:sz w:val="26"/>
          <w:szCs w:val="26"/>
        </w:rPr>
        <w:t xml:space="preserve"> </w:t>
      </w:r>
      <w:proofErr w:type="spellStart"/>
      <w:r w:rsidRPr="00822611">
        <w:rPr>
          <w:b/>
          <w:sz w:val="26"/>
          <w:szCs w:val="26"/>
        </w:rPr>
        <w:t>g</w:t>
      </w:r>
      <w:r w:rsidRPr="00822611">
        <w:rPr>
          <w:rFonts w:cs="Times New Roman"/>
          <w:b/>
          <w:sz w:val="26"/>
          <w:szCs w:val="26"/>
        </w:rPr>
        <w:t>ử</w:t>
      </w:r>
      <w:r w:rsidRPr="00822611">
        <w:rPr>
          <w:b/>
          <w:sz w:val="26"/>
          <w:szCs w:val="26"/>
        </w:rPr>
        <w:t>i</w:t>
      </w:r>
      <w:proofErr w:type="spellEnd"/>
      <w:r w:rsidRPr="00822611">
        <w:rPr>
          <w:b/>
          <w:sz w:val="26"/>
          <w:szCs w:val="26"/>
        </w:rPr>
        <w:t xml:space="preserve">. </w:t>
      </w:r>
      <w:proofErr w:type="spellStart"/>
      <w:r w:rsidRPr="00822611">
        <w:rPr>
          <w:b/>
          <w:sz w:val="26"/>
          <w:szCs w:val="26"/>
        </w:rPr>
        <w:t>Ch</w:t>
      </w:r>
      <w:r w:rsidRPr="00822611">
        <w:rPr>
          <w:rFonts w:cs="Times New Roman"/>
          <w:b/>
          <w:sz w:val="26"/>
          <w:szCs w:val="26"/>
        </w:rPr>
        <w:t>ú</w:t>
      </w:r>
      <w:r w:rsidRPr="00822611">
        <w:rPr>
          <w:b/>
          <w:sz w:val="26"/>
          <w:szCs w:val="26"/>
        </w:rPr>
        <w:t>ng</w:t>
      </w:r>
      <w:proofErr w:type="spellEnd"/>
      <w:r w:rsidRPr="00822611">
        <w:rPr>
          <w:b/>
          <w:sz w:val="26"/>
          <w:szCs w:val="26"/>
        </w:rPr>
        <w:t xml:space="preserve"> </w:t>
      </w:r>
      <w:proofErr w:type="spellStart"/>
      <w:r w:rsidRPr="00822611">
        <w:rPr>
          <w:b/>
          <w:sz w:val="26"/>
          <w:szCs w:val="26"/>
        </w:rPr>
        <w:t>t</w:t>
      </w:r>
      <w:r w:rsidRPr="00822611">
        <w:rPr>
          <w:rFonts w:cs="Times New Roman"/>
          <w:b/>
          <w:sz w:val="26"/>
          <w:szCs w:val="26"/>
        </w:rPr>
        <w:t>ô</w:t>
      </w:r>
      <w:r w:rsidRPr="00822611">
        <w:rPr>
          <w:b/>
          <w:sz w:val="26"/>
          <w:szCs w:val="26"/>
        </w:rPr>
        <w:t>i</w:t>
      </w:r>
      <w:proofErr w:type="spellEnd"/>
      <w:r w:rsidRPr="00822611">
        <w:rPr>
          <w:b/>
          <w:sz w:val="26"/>
          <w:szCs w:val="26"/>
        </w:rPr>
        <w:t xml:space="preserve"> </w:t>
      </w:r>
      <w:proofErr w:type="spellStart"/>
      <w:r w:rsidRPr="00822611">
        <w:rPr>
          <w:b/>
          <w:sz w:val="26"/>
          <w:szCs w:val="26"/>
        </w:rPr>
        <w:t>x</w:t>
      </w:r>
      <w:r w:rsidRPr="00822611">
        <w:rPr>
          <w:rFonts w:cs="Times New Roman"/>
          <w:b/>
          <w:sz w:val="26"/>
          <w:szCs w:val="26"/>
        </w:rPr>
        <w:t>á</w:t>
      </w:r>
      <w:r w:rsidRPr="00822611">
        <w:rPr>
          <w:b/>
          <w:sz w:val="26"/>
          <w:szCs w:val="26"/>
        </w:rPr>
        <w:t>c</w:t>
      </w:r>
      <w:proofErr w:type="spellEnd"/>
      <w:r w:rsidRPr="00822611">
        <w:rPr>
          <w:b/>
          <w:sz w:val="26"/>
          <w:szCs w:val="26"/>
        </w:rPr>
        <w:t xml:space="preserve"> </w:t>
      </w:r>
      <w:proofErr w:type="spellStart"/>
      <w:r w:rsidRPr="00822611">
        <w:rPr>
          <w:b/>
          <w:sz w:val="26"/>
          <w:szCs w:val="26"/>
        </w:rPr>
        <w:t>nh</w:t>
      </w:r>
      <w:r w:rsidRPr="00822611">
        <w:rPr>
          <w:rFonts w:cs="Times New Roman"/>
          <w:b/>
          <w:sz w:val="26"/>
          <w:szCs w:val="26"/>
        </w:rPr>
        <w:t>ậ</w:t>
      </w:r>
      <w:r w:rsidRPr="00822611">
        <w:rPr>
          <w:b/>
          <w:sz w:val="26"/>
          <w:szCs w:val="26"/>
        </w:rPr>
        <w:t>n</w:t>
      </w:r>
      <w:proofErr w:type="spellEnd"/>
      <w:r w:rsidRPr="00822611">
        <w:rPr>
          <w:b/>
          <w:sz w:val="26"/>
          <w:szCs w:val="26"/>
        </w:rPr>
        <w:t xml:space="preserve"> </w:t>
      </w:r>
      <w:proofErr w:type="spellStart"/>
      <w:r w:rsidRPr="00822611">
        <w:rPr>
          <w:b/>
          <w:sz w:val="26"/>
          <w:szCs w:val="26"/>
        </w:rPr>
        <w:t>th</w:t>
      </w:r>
      <w:r w:rsidRPr="00822611">
        <w:rPr>
          <w:rFonts w:cs="Times New Roman"/>
          <w:b/>
          <w:sz w:val="26"/>
          <w:szCs w:val="26"/>
        </w:rPr>
        <w:t>ô</w:t>
      </w:r>
      <w:r w:rsidRPr="00822611">
        <w:rPr>
          <w:b/>
          <w:sz w:val="26"/>
          <w:szCs w:val="26"/>
        </w:rPr>
        <w:t>ng</w:t>
      </w:r>
      <w:proofErr w:type="spellEnd"/>
      <w:r w:rsidRPr="00822611">
        <w:rPr>
          <w:b/>
          <w:sz w:val="26"/>
          <w:szCs w:val="26"/>
        </w:rPr>
        <w:t xml:space="preserve"> tin </w:t>
      </w:r>
      <w:proofErr w:type="spellStart"/>
      <w:r w:rsidRPr="00822611">
        <w:rPr>
          <w:rFonts w:cs="Times New Roman"/>
          <w:b/>
          <w:sz w:val="26"/>
          <w:szCs w:val="26"/>
        </w:rPr>
        <w:t>đã</w:t>
      </w:r>
      <w:proofErr w:type="spellEnd"/>
      <w:r w:rsidRPr="00822611">
        <w:rPr>
          <w:b/>
          <w:sz w:val="26"/>
          <w:szCs w:val="26"/>
        </w:rPr>
        <w:t xml:space="preserve"> </w:t>
      </w:r>
      <w:proofErr w:type="spellStart"/>
      <w:r w:rsidRPr="00822611">
        <w:rPr>
          <w:b/>
          <w:sz w:val="26"/>
          <w:szCs w:val="26"/>
        </w:rPr>
        <w:t>cung</w:t>
      </w:r>
      <w:proofErr w:type="spellEnd"/>
      <w:r w:rsidRPr="00822611">
        <w:rPr>
          <w:b/>
          <w:sz w:val="26"/>
          <w:szCs w:val="26"/>
        </w:rPr>
        <w:t xml:space="preserve"> </w:t>
      </w:r>
      <w:proofErr w:type="spellStart"/>
      <w:r w:rsidRPr="00822611">
        <w:rPr>
          <w:b/>
          <w:sz w:val="26"/>
          <w:szCs w:val="26"/>
        </w:rPr>
        <w:t>c</w:t>
      </w:r>
      <w:r w:rsidRPr="00822611">
        <w:rPr>
          <w:rFonts w:cs="Times New Roman"/>
          <w:b/>
          <w:sz w:val="26"/>
          <w:szCs w:val="26"/>
        </w:rPr>
        <w:t>ấ</w:t>
      </w:r>
      <w:r w:rsidRPr="00822611">
        <w:rPr>
          <w:b/>
          <w:sz w:val="26"/>
          <w:szCs w:val="26"/>
        </w:rPr>
        <w:t>p</w:t>
      </w:r>
      <w:proofErr w:type="spellEnd"/>
      <w:r w:rsidRPr="00822611">
        <w:rPr>
          <w:b/>
          <w:sz w:val="26"/>
          <w:szCs w:val="26"/>
        </w:rPr>
        <w:t xml:space="preserve"> </w:t>
      </w:r>
      <w:proofErr w:type="spellStart"/>
      <w:r w:rsidRPr="00822611">
        <w:rPr>
          <w:b/>
          <w:sz w:val="26"/>
          <w:szCs w:val="26"/>
        </w:rPr>
        <w:t>tr</w:t>
      </w:r>
      <w:r w:rsidRPr="00822611">
        <w:rPr>
          <w:rFonts w:cs="Times New Roman"/>
          <w:b/>
          <w:sz w:val="26"/>
          <w:szCs w:val="26"/>
        </w:rPr>
        <w:t>ê</w:t>
      </w:r>
      <w:r w:rsidRPr="00822611">
        <w:rPr>
          <w:b/>
          <w:sz w:val="26"/>
          <w:szCs w:val="26"/>
        </w:rPr>
        <w:t>n</w:t>
      </w:r>
      <w:proofErr w:type="spellEnd"/>
      <w:r w:rsidRPr="00822611">
        <w:rPr>
          <w:b/>
          <w:sz w:val="26"/>
          <w:szCs w:val="26"/>
        </w:rPr>
        <w:t xml:space="preserve"> </w:t>
      </w:r>
      <w:proofErr w:type="spellStart"/>
      <w:r w:rsidRPr="00822611">
        <w:rPr>
          <w:rFonts w:cs="Times New Roman"/>
          <w:b/>
          <w:sz w:val="26"/>
          <w:szCs w:val="26"/>
        </w:rPr>
        <w:t>đâ</w:t>
      </w:r>
      <w:r w:rsidRPr="00822611">
        <w:rPr>
          <w:b/>
          <w:sz w:val="26"/>
          <w:szCs w:val="26"/>
        </w:rPr>
        <w:t>y</w:t>
      </w:r>
      <w:proofErr w:type="spellEnd"/>
      <w:r w:rsidRPr="00822611">
        <w:rPr>
          <w:b/>
          <w:sz w:val="26"/>
          <w:szCs w:val="26"/>
        </w:rPr>
        <w:t xml:space="preserve"> </w:t>
      </w:r>
      <w:proofErr w:type="spellStart"/>
      <w:r w:rsidRPr="00822611">
        <w:rPr>
          <w:b/>
          <w:sz w:val="26"/>
          <w:szCs w:val="26"/>
        </w:rPr>
        <w:t>l</w:t>
      </w:r>
      <w:r w:rsidRPr="00822611">
        <w:rPr>
          <w:rFonts w:cs="Times New Roman"/>
          <w:b/>
          <w:sz w:val="26"/>
          <w:szCs w:val="26"/>
        </w:rPr>
        <w:t>à</w:t>
      </w:r>
      <w:proofErr w:type="spellEnd"/>
      <w:r w:rsidRPr="00822611">
        <w:rPr>
          <w:b/>
          <w:sz w:val="26"/>
          <w:szCs w:val="26"/>
        </w:rPr>
        <w:t xml:space="preserve"> </w:t>
      </w:r>
      <w:proofErr w:type="spellStart"/>
      <w:r w:rsidRPr="00822611">
        <w:rPr>
          <w:rFonts w:cs="Times New Roman"/>
          <w:b/>
          <w:sz w:val="26"/>
          <w:szCs w:val="26"/>
        </w:rPr>
        <w:t>đú</w:t>
      </w:r>
      <w:r w:rsidRPr="00822611">
        <w:rPr>
          <w:b/>
          <w:sz w:val="26"/>
          <w:szCs w:val="26"/>
        </w:rPr>
        <w:t>ng</w:t>
      </w:r>
      <w:proofErr w:type="spellEnd"/>
      <w:r w:rsidRPr="00822611">
        <w:rPr>
          <w:b/>
          <w:sz w:val="26"/>
          <w:szCs w:val="26"/>
        </w:rPr>
        <w:t>.</w:t>
      </w:r>
    </w:p>
    <w:p w14:paraId="2CB93CA2" w14:textId="77777777" w:rsidR="006645DB" w:rsidRPr="00822611" w:rsidRDefault="00000000">
      <w:pPr>
        <w:spacing w:before="100"/>
        <w:jc w:val="right"/>
        <w:rPr>
          <w:sz w:val="26"/>
          <w:szCs w:val="26"/>
        </w:rPr>
      </w:pPr>
      <w:r w:rsidRPr="00822611">
        <w:rPr>
          <w:sz w:val="26"/>
          <w:szCs w:val="26"/>
        </w:rPr>
        <w:t xml:space="preserve">…………………, </w:t>
      </w:r>
      <w:proofErr w:type="spellStart"/>
      <w:r w:rsidRPr="00822611">
        <w:rPr>
          <w:sz w:val="26"/>
          <w:szCs w:val="26"/>
        </w:rPr>
        <w:t>ngày</w:t>
      </w:r>
      <w:proofErr w:type="spellEnd"/>
      <w:r w:rsidRPr="00822611">
        <w:rPr>
          <w:sz w:val="26"/>
          <w:szCs w:val="26"/>
        </w:rPr>
        <w:t xml:space="preserve"> …… </w:t>
      </w:r>
      <w:proofErr w:type="spellStart"/>
      <w:r w:rsidRPr="00822611">
        <w:rPr>
          <w:sz w:val="26"/>
          <w:szCs w:val="26"/>
        </w:rPr>
        <w:t>tháng</w:t>
      </w:r>
      <w:proofErr w:type="spellEnd"/>
      <w:r w:rsidRPr="00822611">
        <w:rPr>
          <w:sz w:val="26"/>
          <w:szCs w:val="26"/>
        </w:rPr>
        <w:t xml:space="preserve"> …… năm 2026</w:t>
      </w:r>
    </w:p>
    <w:tbl>
      <w:tblPr>
        <w:tblW w:w="0" w:type="auto"/>
        <w:jc w:val="center"/>
        <w:tblLayout w:type="fixed"/>
        <w:tblLook w:val="04A0" w:firstRow="1" w:lastRow="0" w:firstColumn="1" w:lastColumn="0" w:noHBand="0" w:noVBand="1"/>
      </w:tblPr>
      <w:tblGrid>
        <w:gridCol w:w="4844"/>
        <w:gridCol w:w="4844"/>
      </w:tblGrid>
      <w:tr w:rsidR="006645DB" w:rsidRPr="00822611" w14:paraId="6579F181" w14:textId="77777777">
        <w:trPr>
          <w:trHeight w:val="340"/>
          <w:jc w:val="center"/>
        </w:trPr>
        <w:tc>
          <w:tcPr>
            <w:tcW w:w="4844" w:type="dxa"/>
            <w:tcBorders>
              <w:top w:val="nil"/>
              <w:left w:val="nil"/>
              <w:bottom w:val="nil"/>
              <w:right w:val="nil"/>
            </w:tcBorders>
            <w:tcMar>
              <w:top w:w="0" w:type="dxa"/>
              <w:left w:w="0" w:type="dxa"/>
              <w:bottom w:w="0" w:type="dxa"/>
              <w:right w:w="0" w:type="dxa"/>
            </w:tcMar>
          </w:tcPr>
          <w:p w14:paraId="5957D4F0" w14:textId="77777777" w:rsidR="006645DB" w:rsidRPr="00822611" w:rsidRDefault="00000000">
            <w:pPr>
              <w:jc w:val="center"/>
              <w:rPr>
                <w:sz w:val="26"/>
                <w:szCs w:val="26"/>
              </w:rPr>
            </w:pPr>
            <w:r w:rsidRPr="00822611">
              <w:rPr>
                <w:b/>
                <w:sz w:val="26"/>
                <w:szCs w:val="26"/>
              </w:rPr>
              <w:t>Người kiểm tra</w:t>
            </w:r>
          </w:p>
        </w:tc>
        <w:tc>
          <w:tcPr>
            <w:tcW w:w="4844" w:type="dxa"/>
            <w:tcBorders>
              <w:top w:val="nil"/>
              <w:left w:val="nil"/>
              <w:bottom w:val="nil"/>
              <w:right w:val="nil"/>
            </w:tcBorders>
            <w:tcMar>
              <w:top w:w="0" w:type="dxa"/>
              <w:left w:w="0" w:type="dxa"/>
              <w:bottom w:w="0" w:type="dxa"/>
              <w:right w:w="0" w:type="dxa"/>
            </w:tcMar>
          </w:tcPr>
          <w:p w14:paraId="1990DCF9" w14:textId="77777777" w:rsidR="006645DB" w:rsidRPr="00822611" w:rsidRDefault="00000000">
            <w:pPr>
              <w:jc w:val="center"/>
              <w:rPr>
                <w:sz w:val="26"/>
                <w:szCs w:val="26"/>
              </w:rPr>
            </w:pPr>
            <w:r w:rsidRPr="00822611">
              <w:rPr>
                <w:b/>
                <w:sz w:val="26"/>
                <w:szCs w:val="26"/>
              </w:rPr>
              <w:t>Người lập biểu</w:t>
            </w:r>
          </w:p>
        </w:tc>
      </w:tr>
      <w:tr w:rsidR="006645DB" w:rsidRPr="00822611" w14:paraId="50413787" w14:textId="77777777">
        <w:trPr>
          <w:jc w:val="center"/>
        </w:trPr>
        <w:tc>
          <w:tcPr>
            <w:tcW w:w="4844" w:type="dxa"/>
            <w:tcBorders>
              <w:top w:val="nil"/>
              <w:left w:val="nil"/>
              <w:bottom w:val="nil"/>
              <w:right w:val="nil"/>
            </w:tcBorders>
            <w:tcMar>
              <w:top w:w="0" w:type="dxa"/>
              <w:left w:w="0" w:type="dxa"/>
              <w:bottom w:w="0" w:type="dxa"/>
              <w:right w:w="0" w:type="dxa"/>
            </w:tcMar>
          </w:tcPr>
          <w:p w14:paraId="1232D2C9" w14:textId="210208C8" w:rsidR="006645DB" w:rsidRPr="00822611" w:rsidRDefault="00000000">
            <w:pPr>
              <w:jc w:val="center"/>
              <w:rPr>
                <w:sz w:val="26"/>
                <w:szCs w:val="26"/>
              </w:rPr>
            </w:pPr>
            <w:r w:rsidRPr="00822611">
              <w:rPr>
                <w:i/>
                <w:sz w:val="26"/>
                <w:szCs w:val="26"/>
              </w:rPr>
              <w:t>(</w:t>
            </w:r>
            <w:proofErr w:type="spellStart"/>
            <w:r w:rsidR="00A32F34" w:rsidRPr="00822611">
              <w:rPr>
                <w:i/>
                <w:sz w:val="26"/>
                <w:szCs w:val="26"/>
              </w:rPr>
              <w:t>Ký</w:t>
            </w:r>
            <w:proofErr w:type="spellEnd"/>
            <w:r w:rsidR="00A32F34" w:rsidRPr="00822611">
              <w:rPr>
                <w:i/>
                <w:sz w:val="26"/>
                <w:szCs w:val="26"/>
              </w:rPr>
              <w:t xml:space="preserve"> </w:t>
            </w:r>
            <w:proofErr w:type="spellStart"/>
            <w:r w:rsidR="00A32F34" w:rsidRPr="00822611">
              <w:rPr>
                <w:i/>
                <w:sz w:val="26"/>
                <w:szCs w:val="26"/>
              </w:rPr>
              <w:t>và</w:t>
            </w:r>
            <w:proofErr w:type="spellEnd"/>
            <w:r w:rsidR="00A32F34" w:rsidRPr="00822611">
              <w:rPr>
                <w:i/>
                <w:sz w:val="26"/>
                <w:szCs w:val="26"/>
              </w:rPr>
              <w:t xml:space="preserve"> </w:t>
            </w:r>
            <w:proofErr w:type="spellStart"/>
            <w:r w:rsidR="00A32F34" w:rsidRPr="00822611">
              <w:rPr>
                <w:i/>
                <w:sz w:val="26"/>
                <w:szCs w:val="26"/>
              </w:rPr>
              <w:t>ghi</w:t>
            </w:r>
            <w:proofErr w:type="spellEnd"/>
            <w:r w:rsidR="00A32F34" w:rsidRPr="00822611">
              <w:rPr>
                <w:i/>
                <w:sz w:val="26"/>
                <w:szCs w:val="26"/>
              </w:rPr>
              <w:t xml:space="preserve"> </w:t>
            </w:r>
            <w:proofErr w:type="spellStart"/>
            <w:r w:rsidR="00A32F34" w:rsidRPr="00822611">
              <w:rPr>
                <w:i/>
                <w:sz w:val="26"/>
                <w:szCs w:val="26"/>
              </w:rPr>
              <w:t>rõ</w:t>
            </w:r>
            <w:proofErr w:type="spellEnd"/>
            <w:r w:rsidR="00A32F34" w:rsidRPr="00822611">
              <w:rPr>
                <w:i/>
                <w:sz w:val="26"/>
                <w:szCs w:val="26"/>
              </w:rPr>
              <w:t xml:space="preserve"> </w:t>
            </w:r>
            <w:proofErr w:type="spellStart"/>
            <w:r w:rsidR="00A32F34" w:rsidRPr="00822611">
              <w:rPr>
                <w:i/>
                <w:sz w:val="26"/>
                <w:szCs w:val="26"/>
              </w:rPr>
              <w:t>họ</w:t>
            </w:r>
            <w:proofErr w:type="spellEnd"/>
            <w:r w:rsidR="00A32F34" w:rsidRPr="00822611">
              <w:rPr>
                <w:i/>
                <w:sz w:val="26"/>
                <w:szCs w:val="26"/>
              </w:rPr>
              <w:t xml:space="preserve"> </w:t>
            </w:r>
            <w:proofErr w:type="spellStart"/>
            <w:r w:rsidR="00A32F34" w:rsidRPr="00822611">
              <w:rPr>
                <w:i/>
                <w:sz w:val="26"/>
                <w:szCs w:val="26"/>
              </w:rPr>
              <w:t>tên</w:t>
            </w:r>
            <w:proofErr w:type="spellEnd"/>
            <w:r w:rsidRPr="00822611">
              <w:rPr>
                <w:i/>
                <w:sz w:val="26"/>
                <w:szCs w:val="26"/>
              </w:rPr>
              <w:t>)</w:t>
            </w:r>
          </w:p>
        </w:tc>
        <w:tc>
          <w:tcPr>
            <w:tcW w:w="4844" w:type="dxa"/>
            <w:tcBorders>
              <w:top w:val="nil"/>
              <w:left w:val="nil"/>
              <w:bottom w:val="nil"/>
              <w:right w:val="nil"/>
            </w:tcBorders>
            <w:tcMar>
              <w:top w:w="0" w:type="dxa"/>
              <w:left w:w="0" w:type="dxa"/>
              <w:bottom w:w="0" w:type="dxa"/>
              <w:right w:w="0" w:type="dxa"/>
            </w:tcMar>
          </w:tcPr>
          <w:p w14:paraId="42CD123B" w14:textId="72F69FC8" w:rsidR="006645DB" w:rsidRPr="00822611" w:rsidRDefault="00000000">
            <w:pPr>
              <w:jc w:val="center"/>
              <w:rPr>
                <w:sz w:val="26"/>
                <w:szCs w:val="26"/>
              </w:rPr>
            </w:pPr>
            <w:r w:rsidRPr="00822611">
              <w:rPr>
                <w:i/>
                <w:sz w:val="26"/>
                <w:szCs w:val="26"/>
              </w:rPr>
              <w:t>(</w:t>
            </w:r>
            <w:proofErr w:type="spellStart"/>
            <w:r w:rsidR="00A32F34" w:rsidRPr="00822611">
              <w:rPr>
                <w:i/>
                <w:sz w:val="26"/>
                <w:szCs w:val="26"/>
              </w:rPr>
              <w:t>Ký</w:t>
            </w:r>
            <w:proofErr w:type="spellEnd"/>
            <w:r w:rsidR="00A32F34" w:rsidRPr="00822611">
              <w:rPr>
                <w:i/>
                <w:sz w:val="26"/>
                <w:szCs w:val="26"/>
              </w:rPr>
              <w:t xml:space="preserve"> </w:t>
            </w:r>
            <w:proofErr w:type="spellStart"/>
            <w:r w:rsidR="00A32F34" w:rsidRPr="00822611">
              <w:rPr>
                <w:i/>
                <w:sz w:val="26"/>
                <w:szCs w:val="26"/>
              </w:rPr>
              <w:t>và</w:t>
            </w:r>
            <w:proofErr w:type="spellEnd"/>
            <w:r w:rsidR="00A32F34" w:rsidRPr="00822611">
              <w:rPr>
                <w:i/>
                <w:sz w:val="26"/>
                <w:szCs w:val="26"/>
              </w:rPr>
              <w:t xml:space="preserve"> </w:t>
            </w:r>
            <w:proofErr w:type="spellStart"/>
            <w:r w:rsidR="00A32F34" w:rsidRPr="00822611">
              <w:rPr>
                <w:i/>
                <w:sz w:val="26"/>
                <w:szCs w:val="26"/>
              </w:rPr>
              <w:t>ghi</w:t>
            </w:r>
            <w:proofErr w:type="spellEnd"/>
            <w:r w:rsidR="00A32F34" w:rsidRPr="00822611">
              <w:rPr>
                <w:i/>
                <w:sz w:val="26"/>
                <w:szCs w:val="26"/>
              </w:rPr>
              <w:t xml:space="preserve"> </w:t>
            </w:r>
            <w:proofErr w:type="spellStart"/>
            <w:r w:rsidR="00A32F34" w:rsidRPr="00822611">
              <w:rPr>
                <w:i/>
                <w:sz w:val="26"/>
                <w:szCs w:val="26"/>
              </w:rPr>
              <w:t>rõ</w:t>
            </w:r>
            <w:proofErr w:type="spellEnd"/>
            <w:r w:rsidR="00A32F34" w:rsidRPr="00822611">
              <w:rPr>
                <w:i/>
                <w:sz w:val="26"/>
                <w:szCs w:val="26"/>
              </w:rPr>
              <w:t xml:space="preserve"> </w:t>
            </w:r>
            <w:proofErr w:type="spellStart"/>
            <w:r w:rsidR="00A32F34" w:rsidRPr="00822611">
              <w:rPr>
                <w:i/>
                <w:sz w:val="26"/>
                <w:szCs w:val="26"/>
              </w:rPr>
              <w:t>họ</w:t>
            </w:r>
            <w:proofErr w:type="spellEnd"/>
            <w:r w:rsidR="00A32F34" w:rsidRPr="00822611">
              <w:rPr>
                <w:i/>
                <w:sz w:val="26"/>
                <w:szCs w:val="26"/>
              </w:rPr>
              <w:t xml:space="preserve"> </w:t>
            </w:r>
            <w:proofErr w:type="spellStart"/>
            <w:r w:rsidR="00A32F34" w:rsidRPr="00822611">
              <w:rPr>
                <w:i/>
                <w:sz w:val="26"/>
                <w:szCs w:val="26"/>
              </w:rPr>
              <w:t>tên</w:t>
            </w:r>
            <w:proofErr w:type="spellEnd"/>
            <w:r w:rsidRPr="00822611">
              <w:rPr>
                <w:i/>
                <w:sz w:val="26"/>
                <w:szCs w:val="26"/>
              </w:rPr>
              <w:t>)</w:t>
            </w:r>
          </w:p>
        </w:tc>
      </w:tr>
    </w:tbl>
    <w:p w14:paraId="70FC0491" w14:textId="694EBC97" w:rsidR="006645DB" w:rsidRDefault="006645DB" w:rsidP="00A32F34">
      <w:pPr>
        <w:spacing w:before="140" w:after="0"/>
        <w:rPr>
          <w:sz w:val="26"/>
          <w:szCs w:val="26"/>
        </w:rPr>
      </w:pPr>
    </w:p>
    <w:sectPr w:rsidR="006645DB" w:rsidSect="00463CC6">
      <w:footerReference w:type="default" r:id="rId8"/>
      <w:pgSz w:w="11906" w:h="16838" w:code="9"/>
      <w:pgMar w:top="1134" w:right="1134" w:bottom="1134" w:left="1701"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1DC7E" w14:textId="77777777" w:rsidR="00197383" w:rsidRDefault="00197383">
      <w:pPr>
        <w:spacing w:after="0" w:line="240" w:lineRule="auto"/>
      </w:pPr>
      <w:r>
        <w:separator/>
      </w:r>
    </w:p>
  </w:endnote>
  <w:endnote w:type="continuationSeparator" w:id="0">
    <w:p w14:paraId="78314C3D" w14:textId="77777777" w:rsidR="00197383" w:rsidRDefault="00197383">
      <w:pPr>
        <w:spacing w:after="0" w:line="240" w:lineRule="auto"/>
      </w:pPr>
      <w:r>
        <w:continuationSeparator/>
      </w:r>
    </w:p>
  </w:endnote>
  <w:endnote w:id="1">
    <w:p w14:paraId="06BA4FFF" w14:textId="77777777" w:rsidR="00822611" w:rsidRDefault="00822611" w:rsidP="00822611">
      <w:pPr>
        <w:keepNext/>
        <w:spacing w:after="40"/>
      </w:pPr>
      <w:r>
        <w:rPr>
          <w:rStyle w:val="EndnoteReference"/>
        </w:rPr>
        <w:endnoteRef/>
      </w:r>
      <w:r>
        <w:t xml:space="preserve"> </w:t>
      </w:r>
      <w:r>
        <w:rPr>
          <w:b/>
          <w:sz w:val="23"/>
        </w:rPr>
        <w:t>LƯU Ý KHI KÊ KHAI:</w:t>
      </w:r>
    </w:p>
    <w:p w14:paraId="349B9A31" w14:textId="77777777" w:rsidR="00822611" w:rsidRPr="00A32F34" w:rsidRDefault="00822611" w:rsidP="00822611">
      <w:pPr>
        <w:spacing w:after="20"/>
        <w:ind w:left="29"/>
        <w:rPr>
          <w:sz w:val="20"/>
        </w:rPr>
      </w:pPr>
      <w:r>
        <w:rPr>
          <w:sz w:val="20"/>
        </w:rPr>
        <w:t xml:space="preserve">- </w:t>
      </w:r>
      <w:proofErr w:type="spellStart"/>
      <w:r w:rsidRPr="00A32F34">
        <w:rPr>
          <w:sz w:val="20"/>
        </w:rPr>
        <w:t>Kỳ</w:t>
      </w:r>
      <w:proofErr w:type="spellEnd"/>
      <w:r w:rsidRPr="00A32F34">
        <w:rPr>
          <w:sz w:val="20"/>
        </w:rPr>
        <w:t xml:space="preserve"> </w:t>
      </w:r>
      <w:proofErr w:type="spellStart"/>
      <w:r w:rsidRPr="00A32F34">
        <w:rPr>
          <w:sz w:val="20"/>
        </w:rPr>
        <w:t>số</w:t>
      </w:r>
      <w:proofErr w:type="spellEnd"/>
      <w:r w:rsidRPr="00A32F34">
        <w:rPr>
          <w:sz w:val="20"/>
        </w:rPr>
        <w:t xml:space="preserve"> </w:t>
      </w:r>
      <w:proofErr w:type="spellStart"/>
      <w:r w:rsidRPr="00A32F34">
        <w:rPr>
          <w:sz w:val="20"/>
        </w:rPr>
        <w:t>liệu</w:t>
      </w:r>
      <w:proofErr w:type="spellEnd"/>
      <w:r w:rsidRPr="00A32F34">
        <w:rPr>
          <w:sz w:val="20"/>
        </w:rPr>
        <w:t xml:space="preserve">: 9 </w:t>
      </w:r>
      <w:proofErr w:type="spellStart"/>
      <w:r w:rsidRPr="00A32F34">
        <w:rPr>
          <w:sz w:val="20"/>
        </w:rPr>
        <w:t>tháng</w:t>
      </w:r>
      <w:proofErr w:type="spellEnd"/>
      <w:r w:rsidRPr="00A32F34">
        <w:rPr>
          <w:sz w:val="20"/>
        </w:rPr>
        <w:t xml:space="preserve"> </w:t>
      </w:r>
      <w:proofErr w:type="spellStart"/>
      <w:r w:rsidRPr="00A32F34">
        <w:rPr>
          <w:sz w:val="20"/>
        </w:rPr>
        <w:t>năm</w:t>
      </w:r>
      <w:proofErr w:type="spellEnd"/>
      <w:r w:rsidRPr="00A32F34">
        <w:rPr>
          <w:sz w:val="20"/>
        </w:rPr>
        <w:t xml:space="preserve"> 2026, </w:t>
      </w:r>
      <w:proofErr w:type="spellStart"/>
      <w:r w:rsidRPr="00A32F34">
        <w:rPr>
          <w:sz w:val="20"/>
        </w:rPr>
        <w:t>từ</w:t>
      </w:r>
      <w:proofErr w:type="spellEnd"/>
      <w:r w:rsidRPr="00A32F34">
        <w:rPr>
          <w:sz w:val="20"/>
        </w:rPr>
        <w:t xml:space="preserve"> 01/01/2026 </w:t>
      </w:r>
      <w:proofErr w:type="spellStart"/>
      <w:r w:rsidRPr="00A32F34">
        <w:rPr>
          <w:sz w:val="20"/>
        </w:rPr>
        <w:t>đến</w:t>
      </w:r>
      <w:proofErr w:type="spellEnd"/>
      <w:r w:rsidRPr="00A32F34">
        <w:rPr>
          <w:sz w:val="20"/>
        </w:rPr>
        <w:t xml:space="preserve"> </w:t>
      </w:r>
      <w:proofErr w:type="spellStart"/>
      <w:r w:rsidRPr="00A32F34">
        <w:rPr>
          <w:sz w:val="20"/>
        </w:rPr>
        <w:t>hết</w:t>
      </w:r>
      <w:proofErr w:type="spellEnd"/>
      <w:r w:rsidRPr="00A32F34">
        <w:rPr>
          <w:sz w:val="20"/>
        </w:rPr>
        <w:t xml:space="preserve"> 30/9/2026.</w:t>
      </w:r>
    </w:p>
    <w:p w14:paraId="50771840" w14:textId="77777777" w:rsidR="00822611" w:rsidRDefault="00822611" w:rsidP="00822611">
      <w:pPr>
        <w:spacing w:after="20"/>
        <w:ind w:left="29"/>
        <w:rPr>
          <w:sz w:val="20"/>
        </w:rPr>
      </w:pPr>
      <w:r>
        <w:rPr>
          <w:sz w:val="20"/>
        </w:rPr>
        <w:t xml:space="preserve">- </w:t>
      </w:r>
      <w:proofErr w:type="spellStart"/>
      <w:r w:rsidRPr="00A32F34">
        <w:rPr>
          <w:sz w:val="20"/>
        </w:rPr>
        <w:t>Nếu</w:t>
      </w:r>
      <w:proofErr w:type="spellEnd"/>
      <w:r w:rsidRPr="00A32F34">
        <w:rPr>
          <w:sz w:val="20"/>
        </w:rPr>
        <w:t xml:space="preserve"> </w:t>
      </w:r>
      <w:proofErr w:type="spellStart"/>
      <w:r w:rsidRPr="00A32F34">
        <w:rPr>
          <w:sz w:val="20"/>
        </w:rPr>
        <w:t>không</w:t>
      </w:r>
      <w:proofErr w:type="spellEnd"/>
      <w:r w:rsidRPr="00A32F34">
        <w:rPr>
          <w:sz w:val="20"/>
        </w:rPr>
        <w:t xml:space="preserve"> </w:t>
      </w:r>
      <w:proofErr w:type="spellStart"/>
      <w:r w:rsidRPr="00A32F34">
        <w:rPr>
          <w:sz w:val="20"/>
        </w:rPr>
        <w:t>phát</w:t>
      </w:r>
      <w:proofErr w:type="spellEnd"/>
      <w:r w:rsidRPr="00A32F34">
        <w:rPr>
          <w:sz w:val="20"/>
        </w:rPr>
        <w:t xml:space="preserve"> </w:t>
      </w:r>
      <w:proofErr w:type="spellStart"/>
      <w:r w:rsidRPr="00A32F34">
        <w:rPr>
          <w:sz w:val="20"/>
        </w:rPr>
        <w:t>sinh</w:t>
      </w:r>
      <w:proofErr w:type="spellEnd"/>
      <w:r w:rsidRPr="00A32F34">
        <w:rPr>
          <w:sz w:val="20"/>
        </w:rPr>
        <w:t xml:space="preserve">, </w:t>
      </w:r>
      <w:proofErr w:type="spellStart"/>
      <w:r w:rsidRPr="00A32F34">
        <w:rPr>
          <w:sz w:val="20"/>
        </w:rPr>
        <w:t>nhập</w:t>
      </w:r>
      <w:proofErr w:type="spellEnd"/>
      <w:r w:rsidRPr="00A32F34">
        <w:rPr>
          <w:sz w:val="20"/>
        </w:rPr>
        <w:t xml:space="preserve"> 0.</w:t>
      </w:r>
    </w:p>
    <w:p w14:paraId="03EA2FE9" w14:textId="77777777" w:rsidR="00822611" w:rsidRPr="0023340C" w:rsidRDefault="00822611" w:rsidP="00822611">
      <w:pPr>
        <w:spacing w:after="20"/>
        <w:jc w:val="both"/>
        <w:rPr>
          <w:sz w:val="19"/>
          <w:szCs w:val="19"/>
        </w:rPr>
      </w:pPr>
      <w:r w:rsidRPr="0023340C">
        <w:rPr>
          <w:sz w:val="19"/>
          <w:szCs w:val="19"/>
        </w:rPr>
        <w:t xml:space="preserve">- Các </w:t>
      </w:r>
      <w:proofErr w:type="spellStart"/>
      <w:r w:rsidRPr="0023340C">
        <w:rPr>
          <w:sz w:val="19"/>
          <w:szCs w:val="19"/>
        </w:rPr>
        <w:t>chỉ</w:t>
      </w:r>
      <w:proofErr w:type="spellEnd"/>
      <w:r w:rsidRPr="0023340C">
        <w:rPr>
          <w:sz w:val="19"/>
          <w:szCs w:val="19"/>
        </w:rPr>
        <w:t xml:space="preserve"> </w:t>
      </w:r>
      <w:proofErr w:type="spellStart"/>
      <w:r w:rsidRPr="0023340C">
        <w:rPr>
          <w:sz w:val="19"/>
          <w:szCs w:val="19"/>
        </w:rPr>
        <w:t>tiêu</w:t>
      </w:r>
      <w:proofErr w:type="spellEnd"/>
      <w:r w:rsidRPr="0023340C">
        <w:rPr>
          <w:sz w:val="19"/>
          <w:szCs w:val="19"/>
        </w:rPr>
        <w:t xml:space="preserve"> </w:t>
      </w:r>
      <w:proofErr w:type="spellStart"/>
      <w:r w:rsidRPr="0023340C">
        <w:rPr>
          <w:sz w:val="19"/>
          <w:szCs w:val="19"/>
        </w:rPr>
        <w:t>số</w:t>
      </w:r>
      <w:proofErr w:type="spellEnd"/>
      <w:r w:rsidRPr="0023340C">
        <w:rPr>
          <w:sz w:val="19"/>
          <w:szCs w:val="19"/>
        </w:rPr>
        <w:t xml:space="preserve"> </w:t>
      </w:r>
      <w:proofErr w:type="spellStart"/>
      <w:r w:rsidRPr="0023340C">
        <w:rPr>
          <w:sz w:val="19"/>
          <w:szCs w:val="19"/>
        </w:rPr>
        <w:t>lượng</w:t>
      </w:r>
      <w:proofErr w:type="spellEnd"/>
      <w:r w:rsidRPr="0023340C">
        <w:rPr>
          <w:sz w:val="19"/>
          <w:szCs w:val="19"/>
        </w:rPr>
        <w:t xml:space="preserve">: </w:t>
      </w:r>
      <w:proofErr w:type="spellStart"/>
      <w:r w:rsidRPr="0023340C">
        <w:rPr>
          <w:sz w:val="19"/>
          <w:szCs w:val="19"/>
        </w:rPr>
        <w:t>Điền</w:t>
      </w:r>
      <w:proofErr w:type="spellEnd"/>
      <w:r w:rsidRPr="0023340C">
        <w:rPr>
          <w:sz w:val="19"/>
          <w:szCs w:val="19"/>
        </w:rPr>
        <w:t xml:space="preserve"> </w:t>
      </w:r>
      <w:proofErr w:type="spellStart"/>
      <w:r w:rsidRPr="0023340C">
        <w:rPr>
          <w:sz w:val="19"/>
          <w:szCs w:val="19"/>
        </w:rPr>
        <w:t>bằng</w:t>
      </w:r>
      <w:proofErr w:type="spellEnd"/>
      <w:r w:rsidRPr="0023340C">
        <w:rPr>
          <w:sz w:val="19"/>
          <w:szCs w:val="19"/>
        </w:rPr>
        <w:t xml:space="preserve"> </w:t>
      </w:r>
      <w:proofErr w:type="spellStart"/>
      <w:r w:rsidRPr="0023340C">
        <w:rPr>
          <w:sz w:val="19"/>
          <w:szCs w:val="19"/>
        </w:rPr>
        <w:t>số</w:t>
      </w:r>
      <w:proofErr w:type="spellEnd"/>
      <w:r w:rsidRPr="0023340C">
        <w:rPr>
          <w:sz w:val="19"/>
          <w:szCs w:val="19"/>
        </w:rPr>
        <w:t xml:space="preserve"> </w:t>
      </w:r>
      <w:proofErr w:type="spellStart"/>
      <w:r w:rsidRPr="0023340C">
        <w:rPr>
          <w:sz w:val="19"/>
          <w:szCs w:val="19"/>
        </w:rPr>
        <w:t>nguyên</w:t>
      </w:r>
      <w:proofErr w:type="spellEnd"/>
      <w:r w:rsidRPr="0023340C">
        <w:rPr>
          <w:sz w:val="19"/>
          <w:szCs w:val="19"/>
        </w:rPr>
        <w:t xml:space="preserve">. </w:t>
      </w:r>
    </w:p>
    <w:p w14:paraId="4A3CBD42" w14:textId="77777777" w:rsidR="00822611" w:rsidRPr="0023340C" w:rsidRDefault="00822611" w:rsidP="00822611">
      <w:pPr>
        <w:spacing w:after="20"/>
        <w:jc w:val="both"/>
        <w:rPr>
          <w:sz w:val="19"/>
          <w:szCs w:val="19"/>
        </w:rPr>
      </w:pPr>
      <w:r w:rsidRPr="0023340C">
        <w:rPr>
          <w:sz w:val="19"/>
          <w:szCs w:val="19"/>
        </w:rPr>
        <w:t xml:space="preserve">- Các </w:t>
      </w:r>
      <w:proofErr w:type="spellStart"/>
      <w:r w:rsidRPr="0023340C">
        <w:rPr>
          <w:sz w:val="19"/>
          <w:szCs w:val="19"/>
        </w:rPr>
        <w:t>chỉ</w:t>
      </w:r>
      <w:proofErr w:type="spellEnd"/>
      <w:r w:rsidRPr="0023340C">
        <w:rPr>
          <w:sz w:val="19"/>
          <w:szCs w:val="19"/>
        </w:rPr>
        <w:t xml:space="preserve"> </w:t>
      </w:r>
      <w:proofErr w:type="spellStart"/>
      <w:r w:rsidRPr="0023340C">
        <w:rPr>
          <w:sz w:val="19"/>
          <w:szCs w:val="19"/>
        </w:rPr>
        <w:t>tiêu</w:t>
      </w:r>
      <w:proofErr w:type="spellEnd"/>
      <w:r w:rsidRPr="0023340C">
        <w:rPr>
          <w:sz w:val="19"/>
          <w:szCs w:val="19"/>
        </w:rPr>
        <w:t xml:space="preserve"> </w:t>
      </w:r>
      <w:proofErr w:type="spellStart"/>
      <w:r w:rsidRPr="0023340C">
        <w:rPr>
          <w:sz w:val="19"/>
          <w:szCs w:val="19"/>
        </w:rPr>
        <w:t>doanh</w:t>
      </w:r>
      <w:proofErr w:type="spellEnd"/>
      <w:r w:rsidRPr="0023340C">
        <w:rPr>
          <w:sz w:val="19"/>
          <w:szCs w:val="19"/>
        </w:rPr>
        <w:t xml:space="preserve"> </w:t>
      </w:r>
      <w:proofErr w:type="spellStart"/>
      <w:r w:rsidRPr="0023340C">
        <w:rPr>
          <w:sz w:val="19"/>
          <w:szCs w:val="19"/>
        </w:rPr>
        <w:t>thu</w:t>
      </w:r>
      <w:proofErr w:type="spellEnd"/>
      <w:r w:rsidRPr="0023340C">
        <w:rPr>
          <w:sz w:val="19"/>
          <w:szCs w:val="19"/>
        </w:rPr>
        <w:t xml:space="preserve">: </w:t>
      </w:r>
      <w:proofErr w:type="spellStart"/>
      <w:r w:rsidRPr="0023340C">
        <w:rPr>
          <w:sz w:val="19"/>
          <w:szCs w:val="19"/>
        </w:rPr>
        <w:t>Điền</w:t>
      </w:r>
      <w:proofErr w:type="spellEnd"/>
      <w:r w:rsidRPr="0023340C">
        <w:rPr>
          <w:sz w:val="19"/>
          <w:szCs w:val="19"/>
        </w:rPr>
        <w:t xml:space="preserve"> </w:t>
      </w:r>
      <w:proofErr w:type="spellStart"/>
      <w:r w:rsidRPr="0023340C">
        <w:rPr>
          <w:sz w:val="19"/>
          <w:szCs w:val="19"/>
        </w:rPr>
        <w:t>theo</w:t>
      </w:r>
      <w:proofErr w:type="spellEnd"/>
      <w:r w:rsidRPr="0023340C">
        <w:rPr>
          <w:sz w:val="19"/>
          <w:szCs w:val="19"/>
        </w:rPr>
        <w:t xml:space="preserve"> </w:t>
      </w:r>
      <w:proofErr w:type="spellStart"/>
      <w:r w:rsidRPr="0023340C">
        <w:rPr>
          <w:sz w:val="19"/>
          <w:szCs w:val="19"/>
        </w:rPr>
        <w:t>đơn</w:t>
      </w:r>
      <w:proofErr w:type="spellEnd"/>
      <w:r w:rsidRPr="0023340C">
        <w:rPr>
          <w:sz w:val="19"/>
          <w:szCs w:val="19"/>
        </w:rPr>
        <w:t xml:space="preserve"> </w:t>
      </w:r>
      <w:proofErr w:type="spellStart"/>
      <w:r w:rsidRPr="0023340C">
        <w:rPr>
          <w:sz w:val="19"/>
          <w:szCs w:val="19"/>
        </w:rPr>
        <w:t>vị</w:t>
      </w:r>
      <w:proofErr w:type="spellEnd"/>
      <w:r w:rsidRPr="0023340C">
        <w:rPr>
          <w:sz w:val="19"/>
          <w:szCs w:val="19"/>
        </w:rPr>
        <w:t xml:space="preserve"> </w:t>
      </w:r>
      <w:proofErr w:type="spellStart"/>
      <w:r w:rsidRPr="0023340C">
        <w:rPr>
          <w:sz w:val="19"/>
          <w:szCs w:val="19"/>
        </w:rPr>
        <w:t>triệu</w:t>
      </w:r>
      <w:proofErr w:type="spellEnd"/>
      <w:r w:rsidRPr="0023340C">
        <w:rPr>
          <w:sz w:val="19"/>
          <w:szCs w:val="19"/>
        </w:rPr>
        <w:t xml:space="preserve"> </w:t>
      </w:r>
      <w:proofErr w:type="spellStart"/>
      <w:r w:rsidRPr="0023340C">
        <w:rPr>
          <w:sz w:val="19"/>
          <w:szCs w:val="19"/>
        </w:rPr>
        <w:t>đồng</w:t>
      </w:r>
      <w:proofErr w:type="spellEnd"/>
      <w:r w:rsidRPr="0023340C">
        <w:rPr>
          <w:sz w:val="19"/>
          <w:szCs w:val="19"/>
        </w:rPr>
        <w:t xml:space="preserve">. </w:t>
      </w:r>
      <w:proofErr w:type="spellStart"/>
      <w:r w:rsidRPr="0023340C">
        <w:rPr>
          <w:sz w:val="19"/>
          <w:szCs w:val="19"/>
        </w:rPr>
        <w:t>Nếu</w:t>
      </w:r>
      <w:proofErr w:type="spellEnd"/>
      <w:r w:rsidRPr="0023340C">
        <w:rPr>
          <w:sz w:val="19"/>
          <w:szCs w:val="19"/>
        </w:rPr>
        <w:t xml:space="preserve"> </w:t>
      </w:r>
      <w:proofErr w:type="spellStart"/>
      <w:r w:rsidRPr="0023340C">
        <w:rPr>
          <w:sz w:val="19"/>
          <w:szCs w:val="19"/>
        </w:rPr>
        <w:t>có</w:t>
      </w:r>
      <w:proofErr w:type="spellEnd"/>
      <w:r w:rsidRPr="0023340C">
        <w:rPr>
          <w:sz w:val="19"/>
          <w:szCs w:val="19"/>
        </w:rPr>
        <w:t xml:space="preserve"> </w:t>
      </w:r>
      <w:proofErr w:type="spellStart"/>
      <w:r w:rsidRPr="0023340C">
        <w:rPr>
          <w:sz w:val="19"/>
          <w:szCs w:val="19"/>
        </w:rPr>
        <w:t>số</w:t>
      </w:r>
      <w:proofErr w:type="spellEnd"/>
      <w:r w:rsidRPr="0023340C">
        <w:rPr>
          <w:sz w:val="19"/>
          <w:szCs w:val="19"/>
        </w:rPr>
        <w:t xml:space="preserve"> </w:t>
      </w:r>
      <w:proofErr w:type="spellStart"/>
      <w:r w:rsidRPr="0023340C">
        <w:rPr>
          <w:sz w:val="19"/>
          <w:szCs w:val="19"/>
        </w:rPr>
        <w:t>thập</w:t>
      </w:r>
      <w:proofErr w:type="spellEnd"/>
      <w:r w:rsidRPr="0023340C">
        <w:rPr>
          <w:sz w:val="19"/>
          <w:szCs w:val="19"/>
        </w:rPr>
        <w:t xml:space="preserve"> </w:t>
      </w:r>
      <w:proofErr w:type="spellStart"/>
      <w:r w:rsidRPr="0023340C">
        <w:rPr>
          <w:sz w:val="19"/>
          <w:szCs w:val="19"/>
        </w:rPr>
        <w:t>phân</w:t>
      </w:r>
      <w:proofErr w:type="spellEnd"/>
      <w:r w:rsidRPr="0023340C">
        <w:rPr>
          <w:sz w:val="19"/>
          <w:szCs w:val="19"/>
        </w:rPr>
        <w:t xml:space="preserve">, </w:t>
      </w:r>
      <w:proofErr w:type="spellStart"/>
      <w:r w:rsidRPr="0023340C">
        <w:rPr>
          <w:sz w:val="19"/>
          <w:szCs w:val="19"/>
        </w:rPr>
        <w:t>sử</w:t>
      </w:r>
      <w:proofErr w:type="spellEnd"/>
      <w:r w:rsidRPr="0023340C">
        <w:rPr>
          <w:sz w:val="19"/>
          <w:szCs w:val="19"/>
        </w:rPr>
        <w:t xml:space="preserve"> </w:t>
      </w:r>
      <w:proofErr w:type="spellStart"/>
      <w:r w:rsidRPr="0023340C">
        <w:rPr>
          <w:sz w:val="19"/>
          <w:szCs w:val="19"/>
        </w:rPr>
        <w:t>dụng</w:t>
      </w:r>
      <w:proofErr w:type="spellEnd"/>
      <w:r w:rsidRPr="0023340C">
        <w:rPr>
          <w:sz w:val="19"/>
          <w:szCs w:val="19"/>
        </w:rPr>
        <w:t xml:space="preserve"> </w:t>
      </w:r>
      <w:proofErr w:type="spellStart"/>
      <w:r w:rsidRPr="0023340C">
        <w:rPr>
          <w:sz w:val="19"/>
          <w:szCs w:val="19"/>
        </w:rPr>
        <w:t>dấu</w:t>
      </w:r>
      <w:proofErr w:type="spellEnd"/>
      <w:r w:rsidRPr="0023340C">
        <w:rPr>
          <w:sz w:val="19"/>
          <w:szCs w:val="19"/>
        </w:rPr>
        <w:t xml:space="preserve"> </w:t>
      </w:r>
      <w:proofErr w:type="spellStart"/>
      <w:r w:rsidRPr="0023340C">
        <w:rPr>
          <w:sz w:val="19"/>
          <w:szCs w:val="19"/>
        </w:rPr>
        <w:t>phẩy</w:t>
      </w:r>
      <w:proofErr w:type="spellEnd"/>
      <w:r w:rsidRPr="0023340C">
        <w:rPr>
          <w:sz w:val="19"/>
          <w:szCs w:val="19"/>
        </w:rPr>
        <w:t xml:space="preserve"> (</w:t>
      </w:r>
      <w:proofErr w:type="spellStart"/>
      <w:r w:rsidRPr="0023340C">
        <w:rPr>
          <w:sz w:val="19"/>
          <w:szCs w:val="19"/>
        </w:rPr>
        <w:t>ví</w:t>
      </w:r>
      <w:proofErr w:type="spellEnd"/>
      <w:r w:rsidRPr="0023340C">
        <w:rPr>
          <w:sz w:val="19"/>
          <w:szCs w:val="19"/>
        </w:rPr>
        <w:t xml:space="preserve"> </w:t>
      </w:r>
      <w:proofErr w:type="spellStart"/>
      <w:r w:rsidRPr="0023340C">
        <w:rPr>
          <w:sz w:val="19"/>
          <w:szCs w:val="19"/>
        </w:rPr>
        <w:t>dụ</w:t>
      </w:r>
      <w:proofErr w:type="spellEnd"/>
      <w:r w:rsidRPr="0023340C">
        <w:rPr>
          <w:sz w:val="19"/>
          <w:szCs w:val="19"/>
        </w:rPr>
        <w:t>: 1.250,5).</w:t>
      </w:r>
    </w:p>
    <w:p w14:paraId="17356EFC" w14:textId="77777777" w:rsidR="00822611" w:rsidRDefault="00822611" w:rsidP="00822611">
      <w:pPr>
        <w:spacing w:after="20"/>
        <w:ind w:left="29"/>
      </w:pPr>
      <w:r>
        <w:rPr>
          <w:sz w:val="20"/>
        </w:rPr>
        <w:t xml:space="preserve">- </w:t>
      </w:r>
      <w:r w:rsidRPr="00A32F34">
        <w:rPr>
          <w:sz w:val="20"/>
        </w:rPr>
        <w:t xml:space="preserve">Doanh </w:t>
      </w:r>
      <w:proofErr w:type="spellStart"/>
      <w:r w:rsidRPr="00A32F34">
        <w:rPr>
          <w:sz w:val="20"/>
        </w:rPr>
        <w:t>thu</w:t>
      </w:r>
      <w:proofErr w:type="spellEnd"/>
      <w:r w:rsidRPr="00A32F34">
        <w:rPr>
          <w:sz w:val="20"/>
        </w:rPr>
        <w:t xml:space="preserve"> inbound </w:t>
      </w:r>
      <w:proofErr w:type="spellStart"/>
      <w:r w:rsidRPr="00A32F34">
        <w:rPr>
          <w:sz w:val="20"/>
        </w:rPr>
        <w:t>tại</w:t>
      </w:r>
      <w:proofErr w:type="spellEnd"/>
      <w:r w:rsidRPr="00A32F34">
        <w:rPr>
          <w:sz w:val="20"/>
        </w:rPr>
        <w:t xml:space="preserve"> </w:t>
      </w:r>
      <w:proofErr w:type="spellStart"/>
      <w:r w:rsidRPr="00A32F34">
        <w:rPr>
          <w:sz w:val="20"/>
        </w:rPr>
        <w:t>Câu</w:t>
      </w:r>
      <w:proofErr w:type="spellEnd"/>
      <w:r w:rsidRPr="00A32F34">
        <w:rPr>
          <w:sz w:val="20"/>
        </w:rPr>
        <w:t xml:space="preserve"> 3 </w:t>
      </w:r>
      <w:proofErr w:type="spellStart"/>
      <w:r w:rsidRPr="00A32F34">
        <w:rPr>
          <w:sz w:val="20"/>
        </w:rPr>
        <w:t>và</w:t>
      </w:r>
      <w:proofErr w:type="spellEnd"/>
      <w:r w:rsidRPr="00A32F34">
        <w:rPr>
          <w:sz w:val="20"/>
        </w:rPr>
        <w:t xml:space="preserve"> </w:t>
      </w:r>
      <w:proofErr w:type="spellStart"/>
      <w:r w:rsidRPr="00A32F34">
        <w:rPr>
          <w:sz w:val="20"/>
        </w:rPr>
        <w:t>Câu</w:t>
      </w:r>
      <w:proofErr w:type="spellEnd"/>
      <w:r w:rsidRPr="00A32F34">
        <w:rPr>
          <w:sz w:val="20"/>
        </w:rPr>
        <w:t xml:space="preserve"> 4 </w:t>
      </w:r>
      <w:proofErr w:type="spellStart"/>
      <w:r w:rsidRPr="00A32F34">
        <w:rPr>
          <w:sz w:val="20"/>
        </w:rPr>
        <w:t>chỉ</w:t>
      </w:r>
      <w:proofErr w:type="spellEnd"/>
      <w:r w:rsidRPr="00A32F34">
        <w:rPr>
          <w:sz w:val="20"/>
        </w:rPr>
        <w:t xml:space="preserve"> bao </w:t>
      </w:r>
      <w:proofErr w:type="spellStart"/>
      <w:r w:rsidRPr="00A32F34">
        <w:rPr>
          <w:sz w:val="20"/>
        </w:rPr>
        <w:t>gồm</w:t>
      </w:r>
      <w:proofErr w:type="spellEnd"/>
      <w:r w:rsidRPr="00A32F34">
        <w:rPr>
          <w:sz w:val="20"/>
        </w:rPr>
        <w:t xml:space="preserve"> </w:t>
      </w:r>
      <w:proofErr w:type="spellStart"/>
      <w:r w:rsidRPr="00A32F34">
        <w:rPr>
          <w:sz w:val="20"/>
        </w:rPr>
        <w:t>các</w:t>
      </w:r>
      <w:proofErr w:type="spellEnd"/>
      <w:r w:rsidRPr="00A32F34">
        <w:rPr>
          <w:sz w:val="20"/>
        </w:rPr>
        <w:t xml:space="preserve"> </w:t>
      </w:r>
      <w:proofErr w:type="spellStart"/>
      <w:r w:rsidRPr="00A32F34">
        <w:rPr>
          <w:sz w:val="20"/>
        </w:rPr>
        <w:t>dịch</w:t>
      </w:r>
      <w:proofErr w:type="spellEnd"/>
      <w:r w:rsidRPr="00A32F34">
        <w:rPr>
          <w:sz w:val="20"/>
        </w:rPr>
        <w:t xml:space="preserve"> </w:t>
      </w:r>
      <w:proofErr w:type="spellStart"/>
      <w:r w:rsidRPr="00A32F34">
        <w:rPr>
          <w:sz w:val="20"/>
        </w:rPr>
        <w:t>vụ</w:t>
      </w:r>
      <w:proofErr w:type="spellEnd"/>
      <w:r w:rsidRPr="00A32F34">
        <w:rPr>
          <w:sz w:val="20"/>
        </w:rPr>
        <w:t xml:space="preserve"> </w:t>
      </w:r>
      <w:proofErr w:type="spellStart"/>
      <w:r w:rsidRPr="00A32F34">
        <w:rPr>
          <w:sz w:val="20"/>
        </w:rPr>
        <w:t>được</w:t>
      </w:r>
      <w:proofErr w:type="spellEnd"/>
      <w:r w:rsidRPr="00A32F34">
        <w:rPr>
          <w:sz w:val="20"/>
        </w:rPr>
        <w:t xml:space="preserve"> </w:t>
      </w:r>
      <w:proofErr w:type="spellStart"/>
      <w:r w:rsidRPr="00A32F34">
        <w:rPr>
          <w:sz w:val="20"/>
        </w:rPr>
        <w:t>thực</w:t>
      </w:r>
      <w:proofErr w:type="spellEnd"/>
      <w:r w:rsidRPr="00A32F34">
        <w:rPr>
          <w:sz w:val="20"/>
        </w:rPr>
        <w:t xml:space="preserve"> </w:t>
      </w:r>
      <w:proofErr w:type="spellStart"/>
      <w:r w:rsidRPr="00A32F34">
        <w:rPr>
          <w:sz w:val="20"/>
        </w:rPr>
        <w:t>hiện</w:t>
      </w:r>
      <w:proofErr w:type="spellEnd"/>
      <w:r w:rsidRPr="00A32F34">
        <w:rPr>
          <w:sz w:val="20"/>
        </w:rPr>
        <w:t xml:space="preserve"> </w:t>
      </w:r>
      <w:proofErr w:type="spellStart"/>
      <w:r w:rsidRPr="00A32F34">
        <w:rPr>
          <w:sz w:val="20"/>
        </w:rPr>
        <w:t>và</w:t>
      </w:r>
      <w:proofErr w:type="spellEnd"/>
      <w:r w:rsidRPr="00A32F34">
        <w:rPr>
          <w:sz w:val="20"/>
        </w:rPr>
        <w:t xml:space="preserve"> </w:t>
      </w:r>
      <w:proofErr w:type="spellStart"/>
      <w:r w:rsidRPr="00A32F34">
        <w:rPr>
          <w:sz w:val="20"/>
        </w:rPr>
        <w:t>tiêu</w:t>
      </w:r>
      <w:proofErr w:type="spellEnd"/>
      <w:r w:rsidRPr="00A32F34">
        <w:rPr>
          <w:sz w:val="20"/>
        </w:rPr>
        <w:t xml:space="preserve"> </w:t>
      </w:r>
      <w:proofErr w:type="spellStart"/>
      <w:r w:rsidRPr="00A32F34">
        <w:rPr>
          <w:sz w:val="20"/>
        </w:rPr>
        <w:t>dùng</w:t>
      </w:r>
      <w:proofErr w:type="spellEnd"/>
      <w:r w:rsidRPr="00A32F34">
        <w:rPr>
          <w:sz w:val="20"/>
        </w:rPr>
        <w:t xml:space="preserve"> </w:t>
      </w:r>
      <w:proofErr w:type="spellStart"/>
      <w:r w:rsidRPr="00A32F34">
        <w:rPr>
          <w:sz w:val="20"/>
        </w:rPr>
        <w:t>trong</w:t>
      </w:r>
      <w:proofErr w:type="spellEnd"/>
      <w:r w:rsidRPr="00A32F34">
        <w:rPr>
          <w:sz w:val="20"/>
        </w:rPr>
        <w:t xml:space="preserve"> </w:t>
      </w:r>
      <w:proofErr w:type="spellStart"/>
      <w:r w:rsidRPr="00A32F34">
        <w:rPr>
          <w:sz w:val="20"/>
        </w:rPr>
        <w:t>lãnh</w:t>
      </w:r>
      <w:proofErr w:type="spellEnd"/>
      <w:r w:rsidRPr="00A32F34">
        <w:rPr>
          <w:sz w:val="20"/>
        </w:rPr>
        <w:t xml:space="preserve"> </w:t>
      </w:r>
      <w:proofErr w:type="spellStart"/>
      <w:r w:rsidRPr="00A32F34">
        <w:rPr>
          <w:sz w:val="20"/>
        </w:rPr>
        <w:t>thổ</w:t>
      </w:r>
      <w:proofErr w:type="spellEnd"/>
      <w:r w:rsidRPr="00A32F34">
        <w:rPr>
          <w:sz w:val="20"/>
        </w:rPr>
        <w:t xml:space="preserve"> Việt Nam; </w:t>
      </w:r>
      <w:proofErr w:type="spellStart"/>
      <w:r w:rsidRPr="00A32F34">
        <w:rPr>
          <w:sz w:val="20"/>
        </w:rPr>
        <w:t>không</w:t>
      </w:r>
      <w:proofErr w:type="spellEnd"/>
      <w:r w:rsidRPr="00A32F34">
        <w:rPr>
          <w:sz w:val="20"/>
        </w:rPr>
        <w:t xml:space="preserve"> bao </w:t>
      </w:r>
      <w:proofErr w:type="spellStart"/>
      <w:r w:rsidRPr="00A32F34">
        <w:rPr>
          <w:sz w:val="20"/>
        </w:rPr>
        <w:t>gồm</w:t>
      </w:r>
      <w:proofErr w:type="spellEnd"/>
      <w:r w:rsidRPr="00A32F34">
        <w:rPr>
          <w:sz w:val="20"/>
        </w:rPr>
        <w:t xml:space="preserve"> </w:t>
      </w:r>
      <w:proofErr w:type="spellStart"/>
      <w:r w:rsidRPr="00A32F34">
        <w:rPr>
          <w:sz w:val="20"/>
        </w:rPr>
        <w:t>vận</w:t>
      </w:r>
      <w:proofErr w:type="spellEnd"/>
      <w:r w:rsidRPr="00A32F34">
        <w:rPr>
          <w:sz w:val="20"/>
        </w:rPr>
        <w:t xml:space="preserve"> </w:t>
      </w:r>
      <w:proofErr w:type="spellStart"/>
      <w:r w:rsidRPr="00A32F34">
        <w:rPr>
          <w:sz w:val="20"/>
        </w:rPr>
        <w:t>chuyển</w:t>
      </w:r>
      <w:proofErr w:type="spellEnd"/>
      <w:r w:rsidRPr="00A32F34">
        <w:rPr>
          <w:sz w:val="20"/>
        </w:rPr>
        <w:t xml:space="preserve"> </w:t>
      </w:r>
      <w:proofErr w:type="spellStart"/>
      <w:r w:rsidRPr="00A32F34">
        <w:rPr>
          <w:sz w:val="20"/>
        </w:rPr>
        <w:t>quốc</w:t>
      </w:r>
      <w:proofErr w:type="spellEnd"/>
      <w:r w:rsidRPr="00A32F34">
        <w:rPr>
          <w:sz w:val="20"/>
        </w:rPr>
        <w:t xml:space="preserve"> </w:t>
      </w:r>
      <w:proofErr w:type="spellStart"/>
      <w:r w:rsidRPr="00A32F34">
        <w:rPr>
          <w:sz w:val="20"/>
        </w:rPr>
        <w:t>tế</w:t>
      </w:r>
      <w:proofErr w:type="spellEnd"/>
      <w:r w:rsidRPr="00A32F34">
        <w:rPr>
          <w:sz w:val="20"/>
        </w:rPr>
        <w:t xml:space="preserve"> </w:t>
      </w:r>
      <w:proofErr w:type="spellStart"/>
      <w:r w:rsidRPr="00A32F34">
        <w:rPr>
          <w:sz w:val="20"/>
        </w:rPr>
        <w:t>và</w:t>
      </w:r>
      <w:proofErr w:type="spellEnd"/>
      <w:r w:rsidRPr="00A32F34">
        <w:rPr>
          <w:sz w:val="20"/>
        </w:rPr>
        <w:t xml:space="preserve"> </w:t>
      </w:r>
      <w:proofErr w:type="spellStart"/>
      <w:r w:rsidRPr="00A32F34">
        <w:rPr>
          <w:sz w:val="20"/>
        </w:rPr>
        <w:t>các</w:t>
      </w:r>
      <w:proofErr w:type="spellEnd"/>
      <w:r w:rsidRPr="00A32F34">
        <w:rPr>
          <w:sz w:val="20"/>
        </w:rPr>
        <w:t xml:space="preserve"> </w:t>
      </w:r>
      <w:proofErr w:type="spellStart"/>
      <w:r w:rsidRPr="00A32F34">
        <w:rPr>
          <w:sz w:val="20"/>
        </w:rPr>
        <w:t>dịch</w:t>
      </w:r>
      <w:proofErr w:type="spellEnd"/>
      <w:r w:rsidRPr="00A32F34">
        <w:rPr>
          <w:sz w:val="20"/>
        </w:rPr>
        <w:t xml:space="preserve"> </w:t>
      </w:r>
      <w:proofErr w:type="spellStart"/>
      <w:r w:rsidRPr="00A32F34">
        <w:rPr>
          <w:sz w:val="20"/>
        </w:rPr>
        <w:t>vụ</w:t>
      </w:r>
      <w:proofErr w:type="spellEnd"/>
      <w:r w:rsidRPr="00A32F34">
        <w:rPr>
          <w:sz w:val="20"/>
        </w:rPr>
        <w:t xml:space="preserve"> </w:t>
      </w:r>
      <w:proofErr w:type="spellStart"/>
      <w:r w:rsidRPr="00A32F34">
        <w:rPr>
          <w:sz w:val="20"/>
        </w:rPr>
        <w:t>phát</w:t>
      </w:r>
      <w:proofErr w:type="spellEnd"/>
      <w:r w:rsidRPr="00A32F34">
        <w:rPr>
          <w:sz w:val="20"/>
        </w:rPr>
        <w:t xml:space="preserve"> </w:t>
      </w:r>
      <w:proofErr w:type="spellStart"/>
      <w:r w:rsidRPr="00A32F34">
        <w:rPr>
          <w:sz w:val="20"/>
        </w:rPr>
        <w:t>sinh</w:t>
      </w:r>
      <w:proofErr w:type="spellEnd"/>
      <w:r w:rsidRPr="00A32F34">
        <w:rPr>
          <w:sz w:val="20"/>
        </w:rPr>
        <w:t xml:space="preserve"> </w:t>
      </w:r>
      <w:proofErr w:type="spellStart"/>
      <w:r w:rsidRPr="00A32F34">
        <w:rPr>
          <w:sz w:val="20"/>
        </w:rPr>
        <w:t>ngoài</w:t>
      </w:r>
      <w:proofErr w:type="spellEnd"/>
      <w:r w:rsidRPr="00A32F34">
        <w:rPr>
          <w:sz w:val="20"/>
        </w:rPr>
        <w:t xml:space="preserve"> Việt Nam.</w:t>
      </w:r>
    </w:p>
    <w:p w14:paraId="77EF837F" w14:textId="77777777" w:rsidR="00822611" w:rsidRDefault="00822611" w:rsidP="00822611">
      <w:pPr>
        <w:spacing w:after="20"/>
        <w:ind w:left="29"/>
      </w:pPr>
      <w:r>
        <w:rPr>
          <w:sz w:val="20"/>
        </w:rPr>
        <w:t xml:space="preserve">- </w:t>
      </w:r>
      <w:r w:rsidRPr="00A32F34">
        <w:rPr>
          <w:sz w:val="20"/>
        </w:rPr>
        <w:t xml:space="preserve">Vui </w:t>
      </w:r>
      <w:proofErr w:type="spellStart"/>
      <w:r w:rsidRPr="00A32F34">
        <w:rPr>
          <w:sz w:val="20"/>
        </w:rPr>
        <w:t>lòng</w:t>
      </w:r>
      <w:proofErr w:type="spellEnd"/>
      <w:r w:rsidRPr="00A32F34">
        <w:rPr>
          <w:sz w:val="20"/>
        </w:rPr>
        <w:t xml:space="preserve"> </w:t>
      </w:r>
      <w:proofErr w:type="spellStart"/>
      <w:r w:rsidRPr="00A32F34">
        <w:rPr>
          <w:sz w:val="20"/>
        </w:rPr>
        <w:t>kiểm</w:t>
      </w:r>
      <w:proofErr w:type="spellEnd"/>
      <w:r w:rsidRPr="00A32F34">
        <w:rPr>
          <w:sz w:val="20"/>
        </w:rPr>
        <w:t xml:space="preserve"> </w:t>
      </w:r>
      <w:proofErr w:type="spellStart"/>
      <w:r w:rsidRPr="00A32F34">
        <w:rPr>
          <w:sz w:val="20"/>
        </w:rPr>
        <w:t>tra</w:t>
      </w:r>
      <w:proofErr w:type="spellEnd"/>
      <w:r w:rsidRPr="00A32F34">
        <w:rPr>
          <w:sz w:val="20"/>
        </w:rPr>
        <w:t xml:space="preserve"> </w:t>
      </w:r>
      <w:proofErr w:type="spellStart"/>
      <w:r w:rsidRPr="00A32F34">
        <w:rPr>
          <w:sz w:val="20"/>
        </w:rPr>
        <w:t>kỹ</w:t>
      </w:r>
      <w:proofErr w:type="spellEnd"/>
      <w:r w:rsidRPr="00A32F34">
        <w:rPr>
          <w:sz w:val="20"/>
        </w:rPr>
        <w:t xml:space="preserve"> </w:t>
      </w:r>
      <w:proofErr w:type="spellStart"/>
      <w:r>
        <w:rPr>
          <w:sz w:val="20"/>
        </w:rPr>
        <w:t>số</w:t>
      </w:r>
      <w:proofErr w:type="spellEnd"/>
      <w:r>
        <w:rPr>
          <w:sz w:val="20"/>
        </w:rPr>
        <w:t xml:space="preserve"> </w:t>
      </w:r>
      <w:proofErr w:type="spellStart"/>
      <w:r>
        <w:rPr>
          <w:sz w:val="20"/>
        </w:rPr>
        <w:t>liệu</w:t>
      </w:r>
      <w:proofErr w:type="spellEnd"/>
      <w:r w:rsidRPr="00A32F34">
        <w:rPr>
          <w:sz w:val="20"/>
        </w:rPr>
        <w:t xml:space="preserve"> </w:t>
      </w:r>
      <w:proofErr w:type="spellStart"/>
      <w:r w:rsidRPr="00A32F34">
        <w:rPr>
          <w:sz w:val="20"/>
        </w:rPr>
        <w:t>trước</w:t>
      </w:r>
      <w:proofErr w:type="spellEnd"/>
      <w:r w:rsidRPr="00A32F34">
        <w:rPr>
          <w:sz w:val="20"/>
        </w:rPr>
        <w:t xml:space="preserve"> </w:t>
      </w:r>
      <w:proofErr w:type="spellStart"/>
      <w:r w:rsidRPr="00A32F34">
        <w:rPr>
          <w:sz w:val="20"/>
        </w:rPr>
        <w:t>khi</w:t>
      </w:r>
      <w:proofErr w:type="spellEnd"/>
      <w:r w:rsidRPr="00A32F34">
        <w:rPr>
          <w:sz w:val="20"/>
        </w:rPr>
        <w:t xml:space="preserve"> </w:t>
      </w:r>
      <w:proofErr w:type="spellStart"/>
      <w:r w:rsidRPr="00A32F34">
        <w:rPr>
          <w:sz w:val="20"/>
        </w:rPr>
        <w:t>gửi</w:t>
      </w:r>
      <w:proofErr w:type="spellEnd"/>
      <w:r w:rsidRPr="00A32F34">
        <w:rPr>
          <w:sz w:val="20"/>
        </w:rPr>
        <w:t>.</w:t>
      </w:r>
    </w:p>
    <w:p w14:paraId="3A94AA0E" w14:textId="77777777" w:rsidR="00822611" w:rsidRPr="00A32F34" w:rsidRDefault="00822611" w:rsidP="00822611">
      <w:pPr>
        <w:spacing w:after="20"/>
        <w:rPr>
          <w:b/>
          <w:bCs/>
          <w:sz w:val="20"/>
        </w:rPr>
      </w:pPr>
      <w:r w:rsidRPr="00A32F34">
        <w:rPr>
          <w:b/>
          <w:bCs/>
          <w:sz w:val="20"/>
        </w:rPr>
        <w:t>GHI CHÚ:</w:t>
      </w:r>
    </w:p>
    <w:p w14:paraId="744CABEE" w14:textId="77777777" w:rsidR="00822611" w:rsidRDefault="00822611" w:rsidP="00822611">
      <w:pPr>
        <w:spacing w:after="20"/>
        <w:ind w:left="29"/>
      </w:pPr>
      <w:r>
        <w:rPr>
          <w:sz w:val="20"/>
        </w:rPr>
        <w:t xml:space="preserve">- </w:t>
      </w:r>
      <w:proofErr w:type="spellStart"/>
      <w:r w:rsidRPr="00A32F34">
        <w:rPr>
          <w:sz w:val="20"/>
        </w:rPr>
        <w:t>Khách</w:t>
      </w:r>
      <w:proofErr w:type="spellEnd"/>
      <w:r w:rsidRPr="00A32F34">
        <w:rPr>
          <w:sz w:val="20"/>
        </w:rPr>
        <w:t xml:space="preserve"> </w:t>
      </w:r>
      <w:proofErr w:type="spellStart"/>
      <w:r w:rsidRPr="00A32F34">
        <w:rPr>
          <w:sz w:val="20"/>
        </w:rPr>
        <w:t>quốc</w:t>
      </w:r>
      <w:proofErr w:type="spellEnd"/>
      <w:r w:rsidRPr="00A32F34">
        <w:rPr>
          <w:sz w:val="20"/>
        </w:rPr>
        <w:t xml:space="preserve"> </w:t>
      </w:r>
      <w:proofErr w:type="spellStart"/>
      <w:r w:rsidRPr="00A32F34">
        <w:rPr>
          <w:sz w:val="20"/>
        </w:rPr>
        <w:t>tế</w:t>
      </w:r>
      <w:proofErr w:type="spellEnd"/>
      <w:r w:rsidRPr="00A32F34">
        <w:rPr>
          <w:sz w:val="20"/>
        </w:rPr>
        <w:t xml:space="preserve"> </w:t>
      </w:r>
      <w:proofErr w:type="spellStart"/>
      <w:r w:rsidRPr="00A32F34">
        <w:rPr>
          <w:sz w:val="20"/>
        </w:rPr>
        <w:t>đến</w:t>
      </w:r>
      <w:proofErr w:type="spellEnd"/>
      <w:r w:rsidRPr="00A32F34">
        <w:rPr>
          <w:sz w:val="20"/>
        </w:rPr>
        <w:t xml:space="preserve"> Việt Nam </w:t>
      </w:r>
      <w:proofErr w:type="spellStart"/>
      <w:r w:rsidRPr="00A32F34">
        <w:rPr>
          <w:sz w:val="20"/>
        </w:rPr>
        <w:t>là</w:t>
      </w:r>
      <w:proofErr w:type="spellEnd"/>
      <w:r w:rsidRPr="00A32F34">
        <w:rPr>
          <w:sz w:val="20"/>
        </w:rPr>
        <w:t xml:space="preserve"> </w:t>
      </w:r>
      <w:proofErr w:type="spellStart"/>
      <w:r w:rsidRPr="00A32F34">
        <w:rPr>
          <w:sz w:val="20"/>
        </w:rPr>
        <w:t>người</w:t>
      </w:r>
      <w:proofErr w:type="spellEnd"/>
      <w:r w:rsidRPr="00A32F34">
        <w:rPr>
          <w:sz w:val="20"/>
        </w:rPr>
        <w:t xml:space="preserve"> </w:t>
      </w:r>
      <w:proofErr w:type="spellStart"/>
      <w:r w:rsidRPr="00A32F34">
        <w:rPr>
          <w:sz w:val="20"/>
        </w:rPr>
        <w:t>nước</w:t>
      </w:r>
      <w:proofErr w:type="spellEnd"/>
      <w:r w:rsidRPr="00A32F34">
        <w:rPr>
          <w:sz w:val="20"/>
        </w:rPr>
        <w:t xml:space="preserve"> </w:t>
      </w:r>
      <w:proofErr w:type="spellStart"/>
      <w:r w:rsidRPr="00A32F34">
        <w:rPr>
          <w:sz w:val="20"/>
        </w:rPr>
        <w:t>ngoài</w:t>
      </w:r>
      <w:proofErr w:type="spellEnd"/>
      <w:r w:rsidRPr="00A32F34">
        <w:rPr>
          <w:sz w:val="20"/>
        </w:rPr>
        <w:t xml:space="preserve">, </w:t>
      </w:r>
      <w:proofErr w:type="spellStart"/>
      <w:r w:rsidRPr="00A32F34">
        <w:rPr>
          <w:sz w:val="20"/>
        </w:rPr>
        <w:t>người</w:t>
      </w:r>
      <w:proofErr w:type="spellEnd"/>
      <w:r w:rsidRPr="00A32F34">
        <w:rPr>
          <w:sz w:val="20"/>
        </w:rPr>
        <w:t xml:space="preserve"> Việt Nam </w:t>
      </w:r>
      <w:proofErr w:type="spellStart"/>
      <w:r w:rsidRPr="00A32F34">
        <w:rPr>
          <w:sz w:val="20"/>
        </w:rPr>
        <w:t>định</w:t>
      </w:r>
      <w:proofErr w:type="spellEnd"/>
      <w:r w:rsidRPr="00A32F34">
        <w:rPr>
          <w:sz w:val="20"/>
        </w:rPr>
        <w:t xml:space="preserve"> </w:t>
      </w:r>
      <w:proofErr w:type="spellStart"/>
      <w:r w:rsidRPr="00A32F34">
        <w:rPr>
          <w:sz w:val="20"/>
        </w:rPr>
        <w:t>cư</w:t>
      </w:r>
      <w:proofErr w:type="spellEnd"/>
      <w:r w:rsidRPr="00A32F34">
        <w:rPr>
          <w:sz w:val="20"/>
        </w:rPr>
        <w:t xml:space="preserve"> ở </w:t>
      </w:r>
      <w:proofErr w:type="spellStart"/>
      <w:r w:rsidRPr="00A32F34">
        <w:rPr>
          <w:sz w:val="20"/>
        </w:rPr>
        <w:t>nước</w:t>
      </w:r>
      <w:proofErr w:type="spellEnd"/>
      <w:r w:rsidRPr="00A32F34">
        <w:rPr>
          <w:sz w:val="20"/>
        </w:rPr>
        <w:t xml:space="preserve"> </w:t>
      </w:r>
      <w:proofErr w:type="spellStart"/>
      <w:r w:rsidRPr="00A32F34">
        <w:rPr>
          <w:sz w:val="20"/>
        </w:rPr>
        <w:t>ngoài</w:t>
      </w:r>
      <w:proofErr w:type="spellEnd"/>
      <w:r w:rsidRPr="00A32F34">
        <w:rPr>
          <w:sz w:val="20"/>
        </w:rPr>
        <w:t xml:space="preserve"> </w:t>
      </w:r>
      <w:proofErr w:type="spellStart"/>
      <w:r w:rsidRPr="00A32F34">
        <w:rPr>
          <w:sz w:val="20"/>
        </w:rPr>
        <w:t>đến</w:t>
      </w:r>
      <w:proofErr w:type="spellEnd"/>
      <w:r w:rsidRPr="00A32F34">
        <w:rPr>
          <w:sz w:val="20"/>
        </w:rPr>
        <w:t xml:space="preserve"> Việt Nam du </w:t>
      </w:r>
      <w:proofErr w:type="spellStart"/>
      <w:r w:rsidRPr="00A32F34">
        <w:rPr>
          <w:sz w:val="20"/>
        </w:rPr>
        <w:t>lịch</w:t>
      </w:r>
      <w:proofErr w:type="spellEnd"/>
      <w:r w:rsidRPr="00A32F34">
        <w:rPr>
          <w:sz w:val="20"/>
        </w:rPr>
        <w:t xml:space="preserve">, </w:t>
      </w:r>
      <w:proofErr w:type="spellStart"/>
      <w:r w:rsidRPr="00A32F34">
        <w:rPr>
          <w:sz w:val="20"/>
        </w:rPr>
        <w:t>không</w:t>
      </w:r>
      <w:proofErr w:type="spellEnd"/>
      <w:r w:rsidRPr="00A32F34">
        <w:rPr>
          <w:sz w:val="20"/>
        </w:rPr>
        <w:t xml:space="preserve"> </w:t>
      </w:r>
      <w:proofErr w:type="spellStart"/>
      <w:r w:rsidRPr="00A32F34">
        <w:rPr>
          <w:sz w:val="20"/>
        </w:rPr>
        <w:t>vì</w:t>
      </w:r>
      <w:proofErr w:type="spellEnd"/>
      <w:r w:rsidRPr="00A32F34">
        <w:rPr>
          <w:sz w:val="20"/>
        </w:rPr>
        <w:t xml:space="preserve"> </w:t>
      </w:r>
      <w:proofErr w:type="spellStart"/>
      <w:r w:rsidRPr="00A32F34">
        <w:rPr>
          <w:sz w:val="20"/>
        </w:rPr>
        <w:t>mục</w:t>
      </w:r>
      <w:proofErr w:type="spellEnd"/>
      <w:r w:rsidRPr="00A32F34">
        <w:rPr>
          <w:sz w:val="20"/>
        </w:rPr>
        <w:t xml:space="preserve"> </w:t>
      </w:r>
      <w:proofErr w:type="spellStart"/>
      <w:r w:rsidRPr="00A32F34">
        <w:rPr>
          <w:sz w:val="20"/>
        </w:rPr>
        <w:t>đích</w:t>
      </w:r>
      <w:proofErr w:type="spellEnd"/>
      <w:r w:rsidRPr="00A32F34">
        <w:rPr>
          <w:sz w:val="20"/>
        </w:rPr>
        <w:t xml:space="preserve"> </w:t>
      </w:r>
      <w:proofErr w:type="spellStart"/>
      <w:r w:rsidRPr="00A32F34">
        <w:rPr>
          <w:sz w:val="20"/>
        </w:rPr>
        <w:t>tiến</w:t>
      </w:r>
      <w:proofErr w:type="spellEnd"/>
      <w:r w:rsidRPr="00A32F34">
        <w:rPr>
          <w:sz w:val="20"/>
        </w:rPr>
        <w:t xml:space="preserve"> </w:t>
      </w:r>
      <w:proofErr w:type="spellStart"/>
      <w:r w:rsidRPr="00A32F34">
        <w:rPr>
          <w:sz w:val="20"/>
        </w:rPr>
        <w:t>hành</w:t>
      </w:r>
      <w:proofErr w:type="spellEnd"/>
      <w:r w:rsidRPr="00A32F34">
        <w:rPr>
          <w:sz w:val="20"/>
        </w:rPr>
        <w:t xml:space="preserve"> </w:t>
      </w:r>
      <w:proofErr w:type="spellStart"/>
      <w:r w:rsidRPr="00A32F34">
        <w:rPr>
          <w:sz w:val="20"/>
        </w:rPr>
        <w:t>các</w:t>
      </w:r>
      <w:proofErr w:type="spellEnd"/>
      <w:r w:rsidRPr="00A32F34">
        <w:rPr>
          <w:sz w:val="20"/>
        </w:rPr>
        <w:t xml:space="preserve"> </w:t>
      </w:r>
      <w:proofErr w:type="spellStart"/>
      <w:r w:rsidRPr="00A32F34">
        <w:rPr>
          <w:sz w:val="20"/>
        </w:rPr>
        <w:t>hoạt</w:t>
      </w:r>
      <w:proofErr w:type="spellEnd"/>
      <w:r w:rsidRPr="00A32F34">
        <w:rPr>
          <w:sz w:val="20"/>
        </w:rPr>
        <w:t xml:space="preserve"> </w:t>
      </w:r>
      <w:proofErr w:type="spellStart"/>
      <w:r w:rsidRPr="00A32F34">
        <w:rPr>
          <w:sz w:val="20"/>
        </w:rPr>
        <w:t>động</w:t>
      </w:r>
      <w:proofErr w:type="spellEnd"/>
      <w:r w:rsidRPr="00A32F34">
        <w:rPr>
          <w:sz w:val="20"/>
        </w:rPr>
        <w:t xml:space="preserve"> </w:t>
      </w:r>
      <w:proofErr w:type="spellStart"/>
      <w:r w:rsidRPr="00A32F34">
        <w:rPr>
          <w:sz w:val="20"/>
        </w:rPr>
        <w:t>nhằm</w:t>
      </w:r>
      <w:proofErr w:type="spellEnd"/>
      <w:r w:rsidRPr="00A32F34">
        <w:rPr>
          <w:sz w:val="20"/>
        </w:rPr>
        <w:t xml:space="preserve"> </w:t>
      </w:r>
      <w:proofErr w:type="spellStart"/>
      <w:r w:rsidRPr="00A32F34">
        <w:rPr>
          <w:sz w:val="20"/>
        </w:rPr>
        <w:t>đem</w:t>
      </w:r>
      <w:proofErr w:type="spellEnd"/>
      <w:r w:rsidRPr="00A32F34">
        <w:rPr>
          <w:sz w:val="20"/>
        </w:rPr>
        <w:t xml:space="preserve"> </w:t>
      </w:r>
      <w:proofErr w:type="spellStart"/>
      <w:r w:rsidRPr="00A32F34">
        <w:rPr>
          <w:sz w:val="20"/>
        </w:rPr>
        <w:t>lại</w:t>
      </w:r>
      <w:proofErr w:type="spellEnd"/>
      <w:r w:rsidRPr="00A32F34">
        <w:rPr>
          <w:sz w:val="20"/>
        </w:rPr>
        <w:t xml:space="preserve"> </w:t>
      </w:r>
      <w:proofErr w:type="spellStart"/>
      <w:r w:rsidRPr="00A32F34">
        <w:rPr>
          <w:sz w:val="20"/>
        </w:rPr>
        <w:t>thu</w:t>
      </w:r>
      <w:proofErr w:type="spellEnd"/>
      <w:r w:rsidRPr="00A32F34">
        <w:rPr>
          <w:sz w:val="20"/>
        </w:rPr>
        <w:t xml:space="preserve"> </w:t>
      </w:r>
      <w:proofErr w:type="spellStart"/>
      <w:r w:rsidRPr="00A32F34">
        <w:rPr>
          <w:sz w:val="20"/>
        </w:rPr>
        <w:t>nhập</w:t>
      </w:r>
      <w:proofErr w:type="spellEnd"/>
      <w:r w:rsidRPr="00A32F34">
        <w:rPr>
          <w:sz w:val="20"/>
        </w:rPr>
        <w:t xml:space="preserve"> </w:t>
      </w:r>
      <w:proofErr w:type="spellStart"/>
      <w:r w:rsidRPr="00A32F34">
        <w:rPr>
          <w:sz w:val="20"/>
        </w:rPr>
        <w:t>và</w:t>
      </w:r>
      <w:proofErr w:type="spellEnd"/>
      <w:r w:rsidRPr="00A32F34">
        <w:rPr>
          <w:sz w:val="20"/>
        </w:rPr>
        <w:t xml:space="preserve"> </w:t>
      </w:r>
      <w:proofErr w:type="spellStart"/>
      <w:r w:rsidRPr="00A32F34">
        <w:rPr>
          <w:sz w:val="20"/>
        </w:rPr>
        <w:t>kiếm</w:t>
      </w:r>
      <w:proofErr w:type="spellEnd"/>
      <w:r w:rsidRPr="00A32F34">
        <w:rPr>
          <w:sz w:val="20"/>
        </w:rPr>
        <w:t xml:space="preserve"> </w:t>
      </w:r>
      <w:proofErr w:type="spellStart"/>
      <w:r w:rsidRPr="00A32F34">
        <w:rPr>
          <w:sz w:val="20"/>
        </w:rPr>
        <w:t>sống</w:t>
      </w:r>
      <w:proofErr w:type="spellEnd"/>
      <w:r w:rsidRPr="00A32F34">
        <w:rPr>
          <w:sz w:val="20"/>
        </w:rPr>
        <w:t xml:space="preserve"> ở Việt Nam.</w:t>
      </w:r>
    </w:p>
    <w:p w14:paraId="3C6CC94A" w14:textId="77777777" w:rsidR="00822611" w:rsidRDefault="00822611" w:rsidP="00822611">
      <w:pPr>
        <w:spacing w:after="20"/>
        <w:ind w:left="29"/>
        <w:rPr>
          <w:sz w:val="20"/>
        </w:rPr>
      </w:pPr>
      <w:r>
        <w:rPr>
          <w:sz w:val="20"/>
        </w:rPr>
        <w:t xml:space="preserve">- </w:t>
      </w:r>
      <w:proofErr w:type="spellStart"/>
      <w:r w:rsidRPr="00A32F34">
        <w:rPr>
          <w:sz w:val="20"/>
        </w:rPr>
        <w:t>Khách</w:t>
      </w:r>
      <w:proofErr w:type="spellEnd"/>
      <w:r w:rsidRPr="00A32F34">
        <w:rPr>
          <w:sz w:val="20"/>
        </w:rPr>
        <w:t xml:space="preserve"> </w:t>
      </w:r>
      <w:proofErr w:type="spellStart"/>
      <w:r w:rsidRPr="00A32F34">
        <w:rPr>
          <w:sz w:val="20"/>
        </w:rPr>
        <w:t>nội</w:t>
      </w:r>
      <w:proofErr w:type="spellEnd"/>
      <w:r w:rsidRPr="00A32F34">
        <w:rPr>
          <w:sz w:val="20"/>
        </w:rPr>
        <w:t xml:space="preserve"> </w:t>
      </w:r>
      <w:proofErr w:type="spellStart"/>
      <w:r w:rsidRPr="00A32F34">
        <w:rPr>
          <w:sz w:val="20"/>
        </w:rPr>
        <w:t>địa</w:t>
      </w:r>
      <w:proofErr w:type="spellEnd"/>
      <w:r w:rsidRPr="00A32F34">
        <w:rPr>
          <w:sz w:val="20"/>
        </w:rPr>
        <w:t xml:space="preserve"> </w:t>
      </w:r>
      <w:proofErr w:type="spellStart"/>
      <w:r w:rsidRPr="00A32F34">
        <w:rPr>
          <w:sz w:val="20"/>
        </w:rPr>
        <w:t>là</w:t>
      </w:r>
      <w:proofErr w:type="spellEnd"/>
      <w:r w:rsidRPr="00A32F34">
        <w:rPr>
          <w:sz w:val="20"/>
        </w:rPr>
        <w:t xml:space="preserve"> </w:t>
      </w:r>
      <w:proofErr w:type="spellStart"/>
      <w:r w:rsidRPr="00A32F34">
        <w:rPr>
          <w:sz w:val="20"/>
        </w:rPr>
        <w:t>công</w:t>
      </w:r>
      <w:proofErr w:type="spellEnd"/>
      <w:r w:rsidRPr="00A32F34">
        <w:rPr>
          <w:sz w:val="20"/>
        </w:rPr>
        <w:t xml:space="preserve"> </w:t>
      </w:r>
      <w:proofErr w:type="spellStart"/>
      <w:r w:rsidRPr="00A32F34">
        <w:rPr>
          <w:sz w:val="20"/>
        </w:rPr>
        <w:t>dân</w:t>
      </w:r>
      <w:proofErr w:type="spellEnd"/>
      <w:r w:rsidRPr="00A32F34">
        <w:rPr>
          <w:sz w:val="20"/>
        </w:rPr>
        <w:t xml:space="preserve"> Việt Nam </w:t>
      </w:r>
      <w:proofErr w:type="spellStart"/>
      <w:r w:rsidRPr="00A32F34">
        <w:rPr>
          <w:sz w:val="20"/>
        </w:rPr>
        <w:t>đi</w:t>
      </w:r>
      <w:proofErr w:type="spellEnd"/>
      <w:r w:rsidRPr="00A32F34">
        <w:rPr>
          <w:sz w:val="20"/>
        </w:rPr>
        <w:t xml:space="preserve"> du </w:t>
      </w:r>
      <w:proofErr w:type="spellStart"/>
      <w:r w:rsidRPr="00A32F34">
        <w:rPr>
          <w:sz w:val="20"/>
        </w:rPr>
        <w:t>lịch</w:t>
      </w:r>
      <w:proofErr w:type="spellEnd"/>
      <w:r w:rsidRPr="00A32F34">
        <w:rPr>
          <w:sz w:val="20"/>
        </w:rPr>
        <w:t xml:space="preserve"> </w:t>
      </w:r>
      <w:proofErr w:type="spellStart"/>
      <w:r w:rsidRPr="00A32F34">
        <w:rPr>
          <w:sz w:val="20"/>
        </w:rPr>
        <w:t>trong</w:t>
      </w:r>
      <w:proofErr w:type="spellEnd"/>
      <w:r w:rsidRPr="00A32F34">
        <w:rPr>
          <w:sz w:val="20"/>
        </w:rPr>
        <w:t xml:space="preserve"> </w:t>
      </w:r>
      <w:proofErr w:type="spellStart"/>
      <w:r w:rsidRPr="00A32F34">
        <w:rPr>
          <w:sz w:val="20"/>
        </w:rPr>
        <w:t>lãnh</w:t>
      </w:r>
      <w:proofErr w:type="spellEnd"/>
      <w:r w:rsidRPr="00A32F34">
        <w:rPr>
          <w:sz w:val="20"/>
        </w:rPr>
        <w:t xml:space="preserve"> </w:t>
      </w:r>
      <w:proofErr w:type="spellStart"/>
      <w:r w:rsidRPr="00A32F34">
        <w:rPr>
          <w:sz w:val="20"/>
        </w:rPr>
        <w:t>thổ</w:t>
      </w:r>
      <w:proofErr w:type="spellEnd"/>
      <w:r w:rsidRPr="00A32F34">
        <w:rPr>
          <w:sz w:val="20"/>
        </w:rPr>
        <w:t xml:space="preserve"> Việt Nam.</w:t>
      </w:r>
    </w:p>
    <w:p w14:paraId="3472F13A" w14:textId="77777777" w:rsidR="00822611" w:rsidRDefault="00822611" w:rsidP="00822611">
      <w:pPr>
        <w:spacing w:after="20"/>
        <w:ind w:left="29"/>
      </w:pPr>
      <w:r>
        <w:rPr>
          <w:sz w:val="20"/>
        </w:rPr>
        <w:t xml:space="preserve">- </w:t>
      </w:r>
      <w:proofErr w:type="spellStart"/>
      <w:r>
        <w:rPr>
          <w:sz w:val="19"/>
          <w:szCs w:val="19"/>
        </w:rPr>
        <w:t>Số</w:t>
      </w:r>
      <w:proofErr w:type="spellEnd"/>
      <w:r>
        <w:rPr>
          <w:sz w:val="19"/>
          <w:szCs w:val="19"/>
        </w:rPr>
        <w:t xml:space="preserve"> </w:t>
      </w:r>
      <w:proofErr w:type="spellStart"/>
      <w:r>
        <w:rPr>
          <w:sz w:val="19"/>
          <w:szCs w:val="19"/>
        </w:rPr>
        <w:t>điện</w:t>
      </w:r>
      <w:proofErr w:type="spellEnd"/>
      <w:r>
        <w:rPr>
          <w:sz w:val="19"/>
          <w:szCs w:val="19"/>
        </w:rPr>
        <w:t xml:space="preserve"> </w:t>
      </w:r>
      <w:proofErr w:type="spellStart"/>
      <w:r>
        <w:rPr>
          <w:sz w:val="19"/>
          <w:szCs w:val="19"/>
        </w:rPr>
        <w:t>thoại</w:t>
      </w:r>
      <w:proofErr w:type="spellEnd"/>
      <w:r>
        <w:rPr>
          <w:sz w:val="19"/>
          <w:szCs w:val="19"/>
        </w:rPr>
        <w:t xml:space="preserve"> </w:t>
      </w:r>
      <w:proofErr w:type="spellStart"/>
      <w:r>
        <w:rPr>
          <w:sz w:val="19"/>
          <w:szCs w:val="19"/>
        </w:rPr>
        <w:t>của</w:t>
      </w:r>
      <w:proofErr w:type="spellEnd"/>
      <w:r>
        <w:rPr>
          <w:sz w:val="19"/>
          <w:szCs w:val="19"/>
        </w:rPr>
        <w:t xml:space="preserve"> </w:t>
      </w:r>
      <w:proofErr w:type="spellStart"/>
      <w:r>
        <w:rPr>
          <w:sz w:val="19"/>
          <w:szCs w:val="19"/>
        </w:rPr>
        <w:t>người</w:t>
      </w:r>
      <w:proofErr w:type="spellEnd"/>
      <w:r>
        <w:rPr>
          <w:sz w:val="19"/>
          <w:szCs w:val="19"/>
        </w:rPr>
        <w:t xml:space="preserve"> </w:t>
      </w:r>
      <w:proofErr w:type="spellStart"/>
      <w:r>
        <w:rPr>
          <w:sz w:val="19"/>
          <w:szCs w:val="19"/>
        </w:rPr>
        <w:t>cung</w:t>
      </w:r>
      <w:proofErr w:type="spellEnd"/>
      <w:r>
        <w:rPr>
          <w:sz w:val="19"/>
          <w:szCs w:val="19"/>
        </w:rPr>
        <w:t xml:space="preserve"> </w:t>
      </w:r>
      <w:proofErr w:type="spellStart"/>
      <w:r>
        <w:rPr>
          <w:sz w:val="19"/>
          <w:szCs w:val="19"/>
        </w:rPr>
        <w:t>cấp</w:t>
      </w:r>
      <w:proofErr w:type="spellEnd"/>
      <w:r>
        <w:rPr>
          <w:sz w:val="19"/>
          <w:szCs w:val="19"/>
        </w:rPr>
        <w:t xml:space="preserve"> </w:t>
      </w:r>
      <w:proofErr w:type="spellStart"/>
      <w:r>
        <w:rPr>
          <w:sz w:val="19"/>
          <w:szCs w:val="19"/>
        </w:rPr>
        <w:t>thông</w:t>
      </w:r>
      <w:proofErr w:type="spellEnd"/>
      <w:r>
        <w:rPr>
          <w:sz w:val="19"/>
          <w:szCs w:val="19"/>
        </w:rPr>
        <w:t xml:space="preserve"> tin: </w:t>
      </w:r>
      <w:r w:rsidRPr="00A97114">
        <w:rPr>
          <w:sz w:val="19"/>
          <w:szCs w:val="19"/>
        </w:rPr>
        <w:t xml:space="preserve">Phục </w:t>
      </w:r>
      <w:proofErr w:type="spellStart"/>
      <w:r w:rsidRPr="00A97114">
        <w:rPr>
          <w:sz w:val="19"/>
          <w:szCs w:val="19"/>
        </w:rPr>
        <w:t>vụ</w:t>
      </w:r>
      <w:proofErr w:type="spellEnd"/>
      <w:r w:rsidRPr="00A97114">
        <w:rPr>
          <w:sz w:val="19"/>
          <w:szCs w:val="19"/>
        </w:rPr>
        <w:t xml:space="preserve"> </w:t>
      </w:r>
      <w:proofErr w:type="spellStart"/>
      <w:r w:rsidRPr="00A97114">
        <w:rPr>
          <w:sz w:val="19"/>
          <w:szCs w:val="19"/>
        </w:rPr>
        <w:t>liên</w:t>
      </w:r>
      <w:proofErr w:type="spellEnd"/>
      <w:r w:rsidRPr="00A97114">
        <w:rPr>
          <w:sz w:val="19"/>
          <w:szCs w:val="19"/>
        </w:rPr>
        <w:t xml:space="preserve"> </w:t>
      </w:r>
      <w:proofErr w:type="spellStart"/>
      <w:r w:rsidRPr="00A97114">
        <w:rPr>
          <w:sz w:val="19"/>
          <w:szCs w:val="19"/>
        </w:rPr>
        <w:t>hệ</w:t>
      </w:r>
      <w:proofErr w:type="spellEnd"/>
      <w:r w:rsidRPr="00A97114">
        <w:rPr>
          <w:sz w:val="19"/>
          <w:szCs w:val="19"/>
        </w:rPr>
        <w:t xml:space="preserve">, </w:t>
      </w:r>
      <w:proofErr w:type="spellStart"/>
      <w:r w:rsidRPr="00A97114">
        <w:rPr>
          <w:sz w:val="19"/>
          <w:szCs w:val="19"/>
        </w:rPr>
        <w:t>trao</w:t>
      </w:r>
      <w:proofErr w:type="spellEnd"/>
      <w:r w:rsidRPr="00A97114">
        <w:rPr>
          <w:sz w:val="19"/>
          <w:szCs w:val="19"/>
        </w:rPr>
        <w:t xml:space="preserve"> </w:t>
      </w:r>
      <w:proofErr w:type="spellStart"/>
      <w:r w:rsidRPr="00A97114">
        <w:rPr>
          <w:sz w:val="19"/>
          <w:szCs w:val="19"/>
        </w:rPr>
        <w:t>đổi</w:t>
      </w:r>
      <w:proofErr w:type="spellEnd"/>
      <w:r w:rsidRPr="00A97114">
        <w:rPr>
          <w:sz w:val="19"/>
          <w:szCs w:val="19"/>
        </w:rPr>
        <w:t xml:space="preserve"> </w:t>
      </w:r>
      <w:proofErr w:type="spellStart"/>
      <w:r w:rsidRPr="00A97114">
        <w:rPr>
          <w:sz w:val="19"/>
          <w:szCs w:val="19"/>
        </w:rPr>
        <w:t>và</w:t>
      </w:r>
      <w:proofErr w:type="spellEnd"/>
      <w:r w:rsidRPr="00A97114">
        <w:rPr>
          <w:sz w:val="19"/>
          <w:szCs w:val="19"/>
        </w:rPr>
        <w:t xml:space="preserve"> </w:t>
      </w:r>
      <w:proofErr w:type="spellStart"/>
      <w:r w:rsidRPr="00A97114">
        <w:rPr>
          <w:sz w:val="19"/>
          <w:szCs w:val="19"/>
        </w:rPr>
        <w:t>làm</w:t>
      </w:r>
      <w:proofErr w:type="spellEnd"/>
      <w:r w:rsidRPr="00A97114">
        <w:rPr>
          <w:sz w:val="19"/>
          <w:szCs w:val="19"/>
        </w:rPr>
        <w:t xml:space="preserve"> </w:t>
      </w:r>
      <w:proofErr w:type="spellStart"/>
      <w:r w:rsidRPr="00A97114">
        <w:rPr>
          <w:sz w:val="19"/>
          <w:szCs w:val="19"/>
        </w:rPr>
        <w:t>rõ</w:t>
      </w:r>
      <w:proofErr w:type="spellEnd"/>
      <w:r w:rsidRPr="00A97114">
        <w:rPr>
          <w:sz w:val="19"/>
          <w:szCs w:val="19"/>
        </w:rPr>
        <w:t xml:space="preserve"> </w:t>
      </w:r>
      <w:proofErr w:type="spellStart"/>
      <w:r w:rsidRPr="00A97114">
        <w:rPr>
          <w:sz w:val="19"/>
          <w:szCs w:val="19"/>
        </w:rPr>
        <w:t>số</w:t>
      </w:r>
      <w:proofErr w:type="spellEnd"/>
      <w:r w:rsidRPr="00A97114">
        <w:rPr>
          <w:sz w:val="19"/>
          <w:szCs w:val="19"/>
        </w:rPr>
        <w:t xml:space="preserve"> </w:t>
      </w:r>
      <w:proofErr w:type="spellStart"/>
      <w:r w:rsidRPr="00A97114">
        <w:rPr>
          <w:sz w:val="19"/>
          <w:szCs w:val="19"/>
        </w:rPr>
        <w:t>liệu</w:t>
      </w:r>
      <w:proofErr w:type="spellEnd"/>
      <w:r w:rsidRPr="00A97114">
        <w:rPr>
          <w:sz w:val="19"/>
          <w:szCs w:val="19"/>
        </w:rPr>
        <w:t xml:space="preserve"> </w:t>
      </w:r>
      <w:proofErr w:type="spellStart"/>
      <w:r w:rsidRPr="00A97114">
        <w:rPr>
          <w:sz w:val="19"/>
          <w:szCs w:val="19"/>
        </w:rPr>
        <w:t>khi</w:t>
      </w:r>
      <w:proofErr w:type="spellEnd"/>
      <w:r w:rsidRPr="00A97114">
        <w:rPr>
          <w:sz w:val="19"/>
          <w:szCs w:val="19"/>
        </w:rPr>
        <w:t xml:space="preserve"> </w:t>
      </w:r>
      <w:proofErr w:type="spellStart"/>
      <w:r w:rsidRPr="00A97114">
        <w:rPr>
          <w:sz w:val="19"/>
          <w:szCs w:val="19"/>
        </w:rPr>
        <w:t>cần</w:t>
      </w:r>
      <w:proofErr w:type="spellEnd"/>
      <w:r w:rsidRPr="00A97114">
        <w:rPr>
          <w:sz w:val="19"/>
          <w:szCs w:val="19"/>
        </w:rPr>
        <w:t xml:space="preserve"> </w:t>
      </w:r>
      <w:proofErr w:type="spellStart"/>
      <w:r w:rsidRPr="00A97114">
        <w:rPr>
          <w:sz w:val="19"/>
          <w:szCs w:val="19"/>
        </w:rPr>
        <w:t>thiết</w:t>
      </w:r>
      <w:proofErr w:type="spellEnd"/>
      <w:r w:rsidRPr="00A97114">
        <w:rPr>
          <w:sz w:val="19"/>
          <w:szCs w:val="19"/>
        </w:rPr>
        <w:t>.</w:t>
      </w:r>
    </w:p>
    <w:p w14:paraId="4D9307D9" w14:textId="389D13A4" w:rsidR="00822611" w:rsidRDefault="00822611">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CBA66" w14:textId="77777777" w:rsidR="006645DB" w:rsidRDefault="00000000">
    <w:pPr>
      <w:pStyle w:val="Footer"/>
      <w:jc w:val="right"/>
    </w:pPr>
    <w:r>
      <w:rPr>
        <w:sz w:val="20"/>
      </w:rPr>
      <w:t xml:space="preserve">Trang </w:t>
    </w:r>
    <w:r>
      <w:fldChar w:fldCharType="begin"/>
    </w:r>
    <w:r>
      <w:instrText>PAGE</w:instrText>
    </w:r>
    <w:r>
      <w:fldChar w:fldCharType="separate"/>
    </w:r>
    <w:r>
      <w:rPr>
        <w:sz w:val="20"/>
      </w:rPr>
      <w:t>1</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2A43A" w14:textId="77777777" w:rsidR="00197383" w:rsidRDefault="00197383">
      <w:pPr>
        <w:spacing w:after="0" w:line="240" w:lineRule="auto"/>
      </w:pPr>
      <w:r>
        <w:separator/>
      </w:r>
    </w:p>
  </w:footnote>
  <w:footnote w:type="continuationSeparator" w:id="0">
    <w:p w14:paraId="1E1877C9" w14:textId="77777777" w:rsidR="00197383" w:rsidRDefault="001973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E9D20D9"/>
    <w:multiLevelType w:val="hybridMultilevel"/>
    <w:tmpl w:val="A2623C58"/>
    <w:lvl w:ilvl="0" w:tplc="27B48EB8">
      <w:numFmt w:val="bullet"/>
      <w:lvlText w:val="•"/>
      <w:lvlJc w:val="left"/>
      <w:pPr>
        <w:ind w:left="389"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04716E8"/>
    <w:multiLevelType w:val="hybridMultilevel"/>
    <w:tmpl w:val="0D8AB570"/>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11" w15:restartNumberingAfterBreak="0">
    <w:nsid w:val="73AD7DFB"/>
    <w:multiLevelType w:val="hybridMultilevel"/>
    <w:tmpl w:val="AA6C7E80"/>
    <w:lvl w:ilvl="0" w:tplc="27B48EB8">
      <w:numFmt w:val="bullet"/>
      <w:lvlText w:val="•"/>
      <w:lvlJc w:val="left"/>
      <w:pPr>
        <w:ind w:left="389" w:hanging="360"/>
      </w:pPr>
      <w:rPr>
        <w:rFonts w:ascii="Times New Roman" w:eastAsia="Times New Roman" w:hAnsi="Times New Roman" w:cs="Times New Roman" w:hint="default"/>
      </w:rPr>
    </w:lvl>
    <w:lvl w:ilvl="1" w:tplc="04090003" w:tentative="1">
      <w:start w:val="1"/>
      <w:numFmt w:val="bullet"/>
      <w:lvlText w:val="o"/>
      <w:lvlJc w:val="left"/>
      <w:pPr>
        <w:ind w:left="1109" w:hanging="360"/>
      </w:pPr>
      <w:rPr>
        <w:rFonts w:ascii="Courier New" w:hAnsi="Courier New" w:cs="Courier New" w:hint="default"/>
      </w:rPr>
    </w:lvl>
    <w:lvl w:ilvl="2" w:tplc="04090005" w:tentative="1">
      <w:start w:val="1"/>
      <w:numFmt w:val="bullet"/>
      <w:lvlText w:val=""/>
      <w:lvlJc w:val="left"/>
      <w:pPr>
        <w:ind w:left="1829" w:hanging="360"/>
      </w:pPr>
      <w:rPr>
        <w:rFonts w:ascii="Wingdings" w:hAnsi="Wingdings" w:hint="default"/>
      </w:rPr>
    </w:lvl>
    <w:lvl w:ilvl="3" w:tplc="04090001" w:tentative="1">
      <w:start w:val="1"/>
      <w:numFmt w:val="bullet"/>
      <w:lvlText w:val=""/>
      <w:lvlJc w:val="left"/>
      <w:pPr>
        <w:ind w:left="2549" w:hanging="360"/>
      </w:pPr>
      <w:rPr>
        <w:rFonts w:ascii="Symbol" w:hAnsi="Symbol" w:hint="default"/>
      </w:rPr>
    </w:lvl>
    <w:lvl w:ilvl="4" w:tplc="04090003" w:tentative="1">
      <w:start w:val="1"/>
      <w:numFmt w:val="bullet"/>
      <w:lvlText w:val="o"/>
      <w:lvlJc w:val="left"/>
      <w:pPr>
        <w:ind w:left="3269" w:hanging="360"/>
      </w:pPr>
      <w:rPr>
        <w:rFonts w:ascii="Courier New" w:hAnsi="Courier New" w:cs="Courier New" w:hint="default"/>
      </w:rPr>
    </w:lvl>
    <w:lvl w:ilvl="5" w:tplc="04090005" w:tentative="1">
      <w:start w:val="1"/>
      <w:numFmt w:val="bullet"/>
      <w:lvlText w:val=""/>
      <w:lvlJc w:val="left"/>
      <w:pPr>
        <w:ind w:left="3989" w:hanging="360"/>
      </w:pPr>
      <w:rPr>
        <w:rFonts w:ascii="Wingdings" w:hAnsi="Wingdings" w:hint="default"/>
      </w:rPr>
    </w:lvl>
    <w:lvl w:ilvl="6" w:tplc="04090001" w:tentative="1">
      <w:start w:val="1"/>
      <w:numFmt w:val="bullet"/>
      <w:lvlText w:val=""/>
      <w:lvlJc w:val="left"/>
      <w:pPr>
        <w:ind w:left="4709" w:hanging="360"/>
      </w:pPr>
      <w:rPr>
        <w:rFonts w:ascii="Symbol" w:hAnsi="Symbol" w:hint="default"/>
      </w:rPr>
    </w:lvl>
    <w:lvl w:ilvl="7" w:tplc="04090003" w:tentative="1">
      <w:start w:val="1"/>
      <w:numFmt w:val="bullet"/>
      <w:lvlText w:val="o"/>
      <w:lvlJc w:val="left"/>
      <w:pPr>
        <w:ind w:left="5429" w:hanging="360"/>
      </w:pPr>
      <w:rPr>
        <w:rFonts w:ascii="Courier New" w:hAnsi="Courier New" w:cs="Courier New" w:hint="default"/>
      </w:rPr>
    </w:lvl>
    <w:lvl w:ilvl="8" w:tplc="04090005" w:tentative="1">
      <w:start w:val="1"/>
      <w:numFmt w:val="bullet"/>
      <w:lvlText w:val=""/>
      <w:lvlJc w:val="left"/>
      <w:pPr>
        <w:ind w:left="6149" w:hanging="360"/>
      </w:pPr>
      <w:rPr>
        <w:rFonts w:ascii="Wingdings" w:hAnsi="Wingdings" w:hint="default"/>
      </w:rPr>
    </w:lvl>
  </w:abstractNum>
  <w:num w:numId="1" w16cid:durableId="108478198">
    <w:abstractNumId w:val="8"/>
  </w:num>
  <w:num w:numId="2" w16cid:durableId="799567048">
    <w:abstractNumId w:val="6"/>
  </w:num>
  <w:num w:numId="3" w16cid:durableId="695815512">
    <w:abstractNumId w:val="5"/>
  </w:num>
  <w:num w:numId="4" w16cid:durableId="1373069998">
    <w:abstractNumId w:val="4"/>
  </w:num>
  <w:num w:numId="5" w16cid:durableId="797114646">
    <w:abstractNumId w:val="7"/>
  </w:num>
  <w:num w:numId="6" w16cid:durableId="102575832">
    <w:abstractNumId w:val="3"/>
  </w:num>
  <w:num w:numId="7" w16cid:durableId="330107853">
    <w:abstractNumId w:val="2"/>
  </w:num>
  <w:num w:numId="8" w16cid:durableId="617689185">
    <w:abstractNumId w:val="1"/>
  </w:num>
  <w:num w:numId="9" w16cid:durableId="1800109246">
    <w:abstractNumId w:val="0"/>
  </w:num>
  <w:num w:numId="10" w16cid:durableId="1125663230">
    <w:abstractNumId w:val="10"/>
  </w:num>
  <w:num w:numId="11" w16cid:durableId="139343515">
    <w:abstractNumId w:val="11"/>
  </w:num>
  <w:num w:numId="12" w16cid:durableId="151245350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5297"/>
    <w:rsid w:val="00034616"/>
    <w:rsid w:val="0006063C"/>
    <w:rsid w:val="000C5DD3"/>
    <w:rsid w:val="0015074B"/>
    <w:rsid w:val="00197383"/>
    <w:rsid w:val="00250A54"/>
    <w:rsid w:val="0029639D"/>
    <w:rsid w:val="00326F90"/>
    <w:rsid w:val="00350A9F"/>
    <w:rsid w:val="00370FED"/>
    <w:rsid w:val="00463CC6"/>
    <w:rsid w:val="004B193B"/>
    <w:rsid w:val="004F5E4D"/>
    <w:rsid w:val="006645DB"/>
    <w:rsid w:val="00822611"/>
    <w:rsid w:val="00877E0E"/>
    <w:rsid w:val="008F5D3F"/>
    <w:rsid w:val="009D70A7"/>
    <w:rsid w:val="00A32F34"/>
    <w:rsid w:val="00AA1D8D"/>
    <w:rsid w:val="00B47730"/>
    <w:rsid w:val="00B55B2A"/>
    <w:rsid w:val="00CB0664"/>
    <w:rsid w:val="00D836EE"/>
    <w:rsid w:val="00FB4C6A"/>
    <w:rsid w:val="00FC567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9B7157"/>
  <w14:defaultImageDpi w14:val="300"/>
  <w15:docId w15:val="{9ECEFC95-3FE2-4588-8DE5-559CADD27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59" w:lineRule="auto"/>
    </w:pPr>
    <w:rPr>
      <w:rFonts w:ascii="Times New Roman" w:eastAsia="Times New Roman" w:hAnsi="Times New Roman"/>
      <w:sz w:val="25"/>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rmTitle">
    <w:name w:val="FormTitle"/>
    <w:pPr>
      <w:spacing w:before="60" w:after="160" w:line="240" w:lineRule="auto"/>
    </w:pPr>
    <w:rPr>
      <w:rFonts w:ascii="Times New Roman" w:eastAsia="Times New Roman" w:hAnsi="Times New Roman"/>
      <w:b/>
      <w:sz w:val="28"/>
    </w:rPr>
  </w:style>
  <w:style w:type="paragraph" w:styleId="EndnoteText">
    <w:name w:val="endnote text"/>
    <w:basedOn w:val="Normal"/>
    <w:link w:val="EndnoteTextChar"/>
    <w:uiPriority w:val="99"/>
    <w:semiHidden/>
    <w:unhideWhenUsed/>
    <w:rsid w:val="00A32F3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32F34"/>
    <w:rPr>
      <w:rFonts w:ascii="Times New Roman" w:eastAsia="Times New Roman" w:hAnsi="Times New Roman"/>
      <w:sz w:val="20"/>
      <w:szCs w:val="20"/>
    </w:rPr>
  </w:style>
  <w:style w:type="character" w:styleId="EndnoteReference">
    <w:name w:val="endnote reference"/>
    <w:basedOn w:val="DefaultParagraphFont"/>
    <w:uiPriority w:val="99"/>
    <w:semiHidden/>
    <w:unhideWhenUsed/>
    <w:rsid w:val="00A32F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4</Pages>
  <Words>621</Words>
  <Characters>3541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PHIẾU THU THẬP THÔNG TIN DOANH NGHIỆP KINH DOANH LỮ HÀNH NĂM 2026 PHỤC VỤ TỔNG HỢP CHỈ TIÊU THỐNG KÊ VỀ KHÁCH DU LỊCH ĐI THEO TOUR</vt:lpstr>
    </vt:vector>
  </TitlesOfParts>
  <Manager/>
  <Company/>
  <LinksUpToDate>false</LinksUpToDate>
  <CharactersWithSpaces>4154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PHIẾU THU THẬP THÔNG TIN DOANH NGHIỆP KINH DOANH LỮ HÀNH NĂM 2026 PHỤC VỤ TỔNG HỢP CHỈ TIÊU THỐNG KÊ VỀ KHÁCH DU LỊCH ĐI THEO TOUR</dc:title>
  <dc:subject/>
  <dc:creator>Cục Du lịch Quốc gia Việt Nam</dc:creator>
  <cp:keywords/>
  <dc:description>generated by python-docx</dc:description>
  <cp:lastModifiedBy>Administrator</cp:lastModifiedBy>
  <cp:revision>11</cp:revision>
  <dcterms:created xsi:type="dcterms:W3CDTF">2013-12-23T23:15:00Z</dcterms:created>
  <dcterms:modified xsi:type="dcterms:W3CDTF">2026-09-22T07:20:00Z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a5e2e580-2993-48f6-8584-7b87b6d1da15</vt:lpwstr>
  </property>
</Properties>
</file>