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4844"/>
        <w:gridCol w:w="4844"/>
      </w:tblGrid>
      <w:tr w:rsidR="001A778F" w14:paraId="07C41640" w14:textId="77777777">
        <w:trPr>
          <w:jc w:val="center"/>
        </w:trPr>
        <w:tc>
          <w:tcPr>
            <w:tcW w:w="4844" w:type="dxa"/>
            <w:tcBorders>
              <w:top w:val="nil"/>
              <w:left w:val="nil"/>
              <w:bottom w:val="nil"/>
              <w:right w:val="nil"/>
            </w:tcBorders>
            <w:tcMar>
              <w:top w:w="0" w:type="dxa"/>
              <w:left w:w="0" w:type="dxa"/>
              <w:bottom w:w="0" w:type="dxa"/>
              <w:right w:w="0" w:type="dxa"/>
            </w:tcMar>
          </w:tcPr>
          <w:p w14:paraId="7579D7EE" w14:textId="77777777" w:rsidR="001A778F" w:rsidRDefault="00000000">
            <w:pPr>
              <w:jc w:val="center"/>
              <w:rPr>
                <w:bCs/>
              </w:rPr>
            </w:pPr>
            <w:r w:rsidRPr="00A555FB">
              <w:rPr>
                <w:bCs/>
              </w:rPr>
              <w:t>BỘ VĂN HÓA, THỂ THAO VÀ DU LỊCH</w:t>
            </w:r>
          </w:p>
          <w:p w14:paraId="29AB419E" w14:textId="25BB9C68" w:rsidR="00A555FB" w:rsidRPr="00A555FB" w:rsidRDefault="00A555FB">
            <w:pPr>
              <w:jc w:val="center"/>
              <w:rPr>
                <w:b/>
              </w:rPr>
            </w:pPr>
            <w:r w:rsidRPr="00A555FB">
              <w:rPr>
                <w:b/>
              </w:rPr>
              <w:t>CỤC DU LỊCH QUỐC GIA VIỆT NAM</w:t>
            </w:r>
          </w:p>
        </w:tc>
        <w:tc>
          <w:tcPr>
            <w:tcW w:w="4844" w:type="dxa"/>
            <w:tcBorders>
              <w:top w:val="nil"/>
              <w:left w:val="nil"/>
              <w:bottom w:val="nil"/>
              <w:right w:val="nil"/>
            </w:tcBorders>
            <w:tcMar>
              <w:top w:w="0" w:type="dxa"/>
              <w:left w:w="0" w:type="dxa"/>
              <w:bottom w:w="0" w:type="dxa"/>
              <w:right w:w="0" w:type="dxa"/>
            </w:tcMar>
          </w:tcPr>
          <w:p w14:paraId="2A011D0C" w14:textId="77777777" w:rsidR="001A778F" w:rsidRPr="00A555FB" w:rsidRDefault="00000000" w:rsidP="008802B2">
            <w:pPr>
              <w:ind w:right="303"/>
              <w:jc w:val="right"/>
              <w:rPr>
                <w:bCs/>
              </w:rPr>
            </w:pPr>
            <w:proofErr w:type="spellStart"/>
            <w:r w:rsidRPr="00A555FB">
              <w:rPr>
                <w:bCs/>
              </w:rPr>
              <w:t>Phiếu</w:t>
            </w:r>
            <w:proofErr w:type="spellEnd"/>
            <w:r w:rsidRPr="00A555FB">
              <w:rPr>
                <w:bCs/>
              </w:rPr>
              <w:t xml:space="preserve"> </w:t>
            </w:r>
            <w:proofErr w:type="gramStart"/>
            <w:r w:rsidRPr="00A555FB">
              <w:rPr>
                <w:bCs/>
              </w:rPr>
              <w:t>03.CSLT</w:t>
            </w:r>
            <w:proofErr w:type="gramEnd"/>
          </w:p>
        </w:tc>
      </w:tr>
    </w:tbl>
    <w:p w14:paraId="60AE488C" w14:textId="77777777" w:rsidR="001D540F" w:rsidRDefault="00000000" w:rsidP="004C464F">
      <w:pPr>
        <w:pStyle w:val="FormTitle"/>
        <w:keepNext/>
        <w:spacing w:before="240" w:after="120"/>
        <w:jc w:val="center"/>
      </w:pPr>
      <w:r>
        <w:t xml:space="preserve">PHIẾU THU THẬP THÔNG TIN </w:t>
      </w:r>
    </w:p>
    <w:p w14:paraId="08965445" w14:textId="2A10C6FB" w:rsidR="001A778F" w:rsidRDefault="00000000" w:rsidP="004C464F">
      <w:pPr>
        <w:pStyle w:val="FormTitle"/>
        <w:keepNext/>
        <w:spacing w:before="120" w:after="120"/>
        <w:jc w:val="center"/>
      </w:pPr>
      <w:r>
        <w:t>CƠ SỞ LƯU TRÚ DU LỊCH NĂM 2026</w:t>
      </w:r>
    </w:p>
    <w:p w14:paraId="0A2B8554" w14:textId="77777777" w:rsidR="001A778F" w:rsidRPr="008802B2" w:rsidRDefault="00000000" w:rsidP="00A555FB">
      <w:pPr>
        <w:ind w:firstLine="709"/>
        <w:jc w:val="both"/>
        <w:rPr>
          <w:sz w:val="26"/>
          <w:szCs w:val="26"/>
        </w:rPr>
      </w:pPr>
      <w:r w:rsidRPr="008802B2">
        <w:rPr>
          <w:sz w:val="26"/>
          <w:szCs w:val="26"/>
        </w:rPr>
        <w:t xml:space="preserve">Thực hiện Quyết định số 751/QĐ-BVHTTDL ngày 03/4/2026 của Bộ trưởng Bộ Văn hóa, Thể thao và Du lịch ban hành Phương án Điều tra thông tin khách du lịch theo Chương trình điều tra thống kê quốc gia, Cục Du lịch Quốc gia Việt Nam triển khai thu thập thông tin từ cơ quan quản lý du lịch địa phương, cơ sở lưu trú du lịch và doanh </w:t>
      </w:r>
      <w:proofErr w:type="spellStart"/>
      <w:r w:rsidRPr="008802B2">
        <w:rPr>
          <w:sz w:val="26"/>
          <w:szCs w:val="26"/>
        </w:rPr>
        <w:t>nghiệp</w:t>
      </w:r>
      <w:proofErr w:type="spellEnd"/>
      <w:r w:rsidRPr="008802B2">
        <w:rPr>
          <w:sz w:val="26"/>
          <w:szCs w:val="26"/>
        </w:rPr>
        <w:t xml:space="preserve"> </w:t>
      </w:r>
      <w:proofErr w:type="spellStart"/>
      <w:r w:rsidRPr="008802B2">
        <w:rPr>
          <w:sz w:val="26"/>
          <w:szCs w:val="26"/>
        </w:rPr>
        <w:t>kinh</w:t>
      </w:r>
      <w:proofErr w:type="spellEnd"/>
      <w:r w:rsidRPr="008802B2">
        <w:rPr>
          <w:sz w:val="26"/>
          <w:szCs w:val="26"/>
        </w:rPr>
        <w:t xml:space="preserve"> </w:t>
      </w:r>
      <w:proofErr w:type="spellStart"/>
      <w:r w:rsidRPr="008802B2">
        <w:rPr>
          <w:sz w:val="26"/>
          <w:szCs w:val="26"/>
        </w:rPr>
        <w:t>doanh</w:t>
      </w:r>
      <w:proofErr w:type="spellEnd"/>
      <w:r w:rsidRPr="008802B2">
        <w:rPr>
          <w:sz w:val="26"/>
          <w:szCs w:val="26"/>
        </w:rPr>
        <w:t xml:space="preserve"> </w:t>
      </w:r>
      <w:proofErr w:type="spellStart"/>
      <w:r w:rsidRPr="008802B2">
        <w:rPr>
          <w:sz w:val="26"/>
          <w:szCs w:val="26"/>
        </w:rPr>
        <w:t>dịch</w:t>
      </w:r>
      <w:proofErr w:type="spellEnd"/>
      <w:r w:rsidRPr="008802B2">
        <w:rPr>
          <w:sz w:val="26"/>
          <w:szCs w:val="26"/>
        </w:rPr>
        <w:t xml:space="preserve"> </w:t>
      </w:r>
      <w:proofErr w:type="spellStart"/>
      <w:r w:rsidRPr="008802B2">
        <w:rPr>
          <w:sz w:val="26"/>
          <w:szCs w:val="26"/>
        </w:rPr>
        <w:t>vụ</w:t>
      </w:r>
      <w:proofErr w:type="spellEnd"/>
      <w:r w:rsidRPr="008802B2">
        <w:rPr>
          <w:sz w:val="26"/>
          <w:szCs w:val="26"/>
        </w:rPr>
        <w:t xml:space="preserve"> </w:t>
      </w:r>
      <w:proofErr w:type="spellStart"/>
      <w:r w:rsidRPr="008802B2">
        <w:rPr>
          <w:sz w:val="26"/>
          <w:szCs w:val="26"/>
        </w:rPr>
        <w:t>lữ</w:t>
      </w:r>
      <w:proofErr w:type="spellEnd"/>
      <w:r w:rsidRPr="008802B2">
        <w:rPr>
          <w:sz w:val="26"/>
          <w:szCs w:val="26"/>
        </w:rPr>
        <w:t xml:space="preserve"> </w:t>
      </w:r>
      <w:proofErr w:type="spellStart"/>
      <w:r w:rsidRPr="008802B2">
        <w:rPr>
          <w:sz w:val="26"/>
          <w:szCs w:val="26"/>
        </w:rPr>
        <w:t>hành</w:t>
      </w:r>
      <w:proofErr w:type="spellEnd"/>
      <w:r w:rsidRPr="008802B2">
        <w:rPr>
          <w:sz w:val="26"/>
          <w:szCs w:val="26"/>
        </w:rPr>
        <w:t>.</w:t>
      </w:r>
    </w:p>
    <w:p w14:paraId="42A6AC13" w14:textId="77777777" w:rsidR="001A778F" w:rsidRPr="008802B2" w:rsidRDefault="00000000" w:rsidP="00A555FB">
      <w:pPr>
        <w:ind w:firstLine="709"/>
        <w:jc w:val="both"/>
        <w:rPr>
          <w:sz w:val="26"/>
          <w:szCs w:val="26"/>
        </w:rPr>
      </w:pPr>
      <w:r w:rsidRPr="008802B2">
        <w:rPr>
          <w:sz w:val="26"/>
          <w:szCs w:val="26"/>
        </w:rPr>
        <w:t>Cuộc điều tra nhằm thu thập thông tin phục vụ công tác thống kê, quản lý nhà nước, nghiên cứu thị trường và hoạch định chính sách phát triển du lịch.</w:t>
      </w:r>
    </w:p>
    <w:p w14:paraId="0F243676" w14:textId="2A05CD4C" w:rsidR="001A778F" w:rsidRPr="008802B2" w:rsidRDefault="00000000" w:rsidP="00A555FB">
      <w:pPr>
        <w:ind w:firstLine="709"/>
        <w:jc w:val="both"/>
        <w:rPr>
          <w:sz w:val="26"/>
          <w:szCs w:val="26"/>
        </w:rPr>
      </w:pPr>
      <w:r w:rsidRPr="008802B2">
        <w:rPr>
          <w:sz w:val="26"/>
          <w:szCs w:val="26"/>
        </w:rPr>
        <w:t xml:space="preserve">Cục Du lịch Quốc gia Việt Nam trân trọng đề nghị Quý đơn vị </w:t>
      </w:r>
      <w:proofErr w:type="spellStart"/>
      <w:r w:rsidRPr="008802B2">
        <w:rPr>
          <w:sz w:val="26"/>
          <w:szCs w:val="26"/>
        </w:rPr>
        <w:t>cung</w:t>
      </w:r>
      <w:proofErr w:type="spellEnd"/>
      <w:r w:rsidRPr="008802B2">
        <w:rPr>
          <w:sz w:val="26"/>
          <w:szCs w:val="26"/>
        </w:rPr>
        <w:t xml:space="preserve"> </w:t>
      </w:r>
      <w:proofErr w:type="spellStart"/>
      <w:r w:rsidRPr="008802B2">
        <w:rPr>
          <w:sz w:val="26"/>
          <w:szCs w:val="26"/>
        </w:rPr>
        <w:t>cấp</w:t>
      </w:r>
      <w:proofErr w:type="spellEnd"/>
      <w:r w:rsidRPr="008802B2">
        <w:rPr>
          <w:sz w:val="26"/>
          <w:szCs w:val="26"/>
        </w:rPr>
        <w:t xml:space="preserve"> </w:t>
      </w:r>
      <w:proofErr w:type="spellStart"/>
      <w:r w:rsidRPr="008802B2">
        <w:rPr>
          <w:sz w:val="26"/>
          <w:szCs w:val="26"/>
        </w:rPr>
        <w:t>thông</w:t>
      </w:r>
      <w:proofErr w:type="spellEnd"/>
      <w:r w:rsidRPr="008802B2">
        <w:rPr>
          <w:sz w:val="26"/>
          <w:szCs w:val="26"/>
        </w:rPr>
        <w:t xml:space="preserve"> tin</w:t>
      </w:r>
      <w:r w:rsidR="00900D9E">
        <w:rPr>
          <w:rStyle w:val="EndnoteReference"/>
          <w:sz w:val="26"/>
          <w:szCs w:val="26"/>
        </w:rPr>
        <w:endnoteReference w:id="1"/>
      </w:r>
      <w:r w:rsidRPr="008802B2">
        <w:rPr>
          <w:sz w:val="26"/>
          <w:szCs w:val="26"/>
        </w:rPr>
        <w:t xml:space="preserve"> </w:t>
      </w:r>
      <w:proofErr w:type="spellStart"/>
      <w:r w:rsidRPr="008802B2">
        <w:rPr>
          <w:sz w:val="26"/>
          <w:szCs w:val="26"/>
        </w:rPr>
        <w:t>mẫu</w:t>
      </w:r>
      <w:proofErr w:type="spellEnd"/>
      <w:r w:rsidRPr="008802B2">
        <w:rPr>
          <w:sz w:val="26"/>
          <w:szCs w:val="26"/>
        </w:rPr>
        <w:t xml:space="preserve"> </w:t>
      </w:r>
      <w:proofErr w:type="spellStart"/>
      <w:r w:rsidRPr="008802B2">
        <w:rPr>
          <w:sz w:val="26"/>
          <w:szCs w:val="26"/>
        </w:rPr>
        <w:t>Phiếu</w:t>
      </w:r>
      <w:proofErr w:type="spellEnd"/>
      <w:r w:rsidRPr="008802B2">
        <w:rPr>
          <w:sz w:val="26"/>
          <w:szCs w:val="26"/>
        </w:rPr>
        <w:t xml:space="preserve"> </w:t>
      </w:r>
      <w:proofErr w:type="gramStart"/>
      <w:r w:rsidRPr="008802B2">
        <w:rPr>
          <w:sz w:val="26"/>
          <w:szCs w:val="26"/>
        </w:rPr>
        <w:t>03.CSLT</w:t>
      </w:r>
      <w:proofErr w:type="gramEnd"/>
      <w:r w:rsidRPr="008802B2">
        <w:rPr>
          <w:sz w:val="26"/>
          <w:szCs w:val="26"/>
        </w:rPr>
        <w:t xml:space="preserve"> phục vụ tổng hợp, đối chiếu kết quả Điều tra thông tin khách du lịch năm 2026. Thông tin cung cấp được bảo mật theo quy định của pháp luật về thống kê.</w:t>
      </w:r>
    </w:p>
    <w:p w14:paraId="7B4A135F" w14:textId="77777777" w:rsidR="001A778F" w:rsidRPr="004C464F" w:rsidRDefault="00000000" w:rsidP="00A555FB">
      <w:pPr>
        <w:spacing w:after="100"/>
        <w:ind w:firstLine="709"/>
        <w:jc w:val="both"/>
        <w:rPr>
          <w:iCs/>
          <w:sz w:val="26"/>
          <w:szCs w:val="26"/>
        </w:rPr>
      </w:pPr>
      <w:r w:rsidRPr="004C464F">
        <w:rPr>
          <w:iCs/>
          <w:sz w:val="26"/>
          <w:szCs w:val="26"/>
        </w:rPr>
        <w:t>Trân trọng cảm ơn Quý đơn vị!</w:t>
      </w:r>
    </w:p>
    <w:p w14:paraId="5AA33C6A" w14:textId="77777777" w:rsidR="001A778F" w:rsidRPr="008802B2" w:rsidRDefault="00000000" w:rsidP="004B3DAC">
      <w:pPr>
        <w:keepNext/>
        <w:spacing w:before="80"/>
        <w:ind w:firstLine="709"/>
        <w:rPr>
          <w:sz w:val="26"/>
          <w:szCs w:val="26"/>
        </w:rPr>
      </w:pPr>
      <w:r w:rsidRPr="008802B2">
        <w:rPr>
          <w:b/>
          <w:sz w:val="26"/>
          <w:szCs w:val="26"/>
        </w:rPr>
        <w:t>PHẦN A - THÔNG TIN CHUNG VỀ CƠ SỞ LƯU TRÚ DU LỊCH</w:t>
      </w:r>
    </w:p>
    <w:tbl>
      <w:tblPr>
        <w:tblW w:w="9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5839"/>
      </w:tblGrid>
      <w:tr w:rsidR="001A778F" w:rsidRPr="008802B2" w14:paraId="203416A8" w14:textId="77777777" w:rsidTr="007D06B3">
        <w:trPr>
          <w:trHeight w:val="351"/>
          <w:jc w:val="center"/>
        </w:trPr>
        <w:tc>
          <w:tcPr>
            <w:tcW w:w="3261" w:type="dxa"/>
            <w:tcMar>
              <w:top w:w="60" w:type="dxa"/>
              <w:left w:w="70" w:type="dxa"/>
              <w:bottom w:w="60" w:type="dxa"/>
              <w:right w:w="70" w:type="dxa"/>
            </w:tcMar>
            <w:vAlign w:val="center"/>
          </w:tcPr>
          <w:p w14:paraId="4351A066" w14:textId="42C3549D" w:rsidR="001A778F" w:rsidRPr="007D06B3" w:rsidRDefault="00000000">
            <w:pPr>
              <w:spacing w:after="0" w:line="240" w:lineRule="auto"/>
              <w:rPr>
                <w:bCs/>
                <w:sz w:val="26"/>
                <w:szCs w:val="26"/>
              </w:rPr>
            </w:pPr>
            <w:proofErr w:type="spellStart"/>
            <w:r w:rsidRPr="007D06B3">
              <w:rPr>
                <w:bCs/>
                <w:sz w:val="26"/>
                <w:szCs w:val="26"/>
              </w:rPr>
              <w:t>Tỉnh</w:t>
            </w:r>
            <w:proofErr w:type="spellEnd"/>
            <w:r w:rsidRPr="007D06B3">
              <w:rPr>
                <w:bCs/>
                <w:sz w:val="26"/>
                <w:szCs w:val="26"/>
              </w:rPr>
              <w:t xml:space="preserve">/Thành </w:t>
            </w:r>
            <w:proofErr w:type="spellStart"/>
            <w:r w:rsidRPr="007D06B3">
              <w:rPr>
                <w:bCs/>
                <w:sz w:val="26"/>
                <w:szCs w:val="26"/>
              </w:rPr>
              <w:t>phố</w:t>
            </w:r>
            <w:proofErr w:type="spellEnd"/>
            <w:r w:rsidR="006924E5" w:rsidRPr="007D06B3">
              <w:rPr>
                <w:bCs/>
                <w:sz w:val="26"/>
                <w:szCs w:val="26"/>
              </w:rPr>
              <w:t>:</w:t>
            </w:r>
          </w:p>
        </w:tc>
        <w:tc>
          <w:tcPr>
            <w:tcW w:w="5839" w:type="dxa"/>
            <w:tcMar>
              <w:top w:w="60" w:type="dxa"/>
              <w:left w:w="70" w:type="dxa"/>
              <w:bottom w:w="60" w:type="dxa"/>
              <w:right w:w="70" w:type="dxa"/>
            </w:tcMar>
            <w:vAlign w:val="center"/>
          </w:tcPr>
          <w:p w14:paraId="2D83467E" w14:textId="77777777" w:rsidR="001A778F" w:rsidRPr="008802B2" w:rsidRDefault="001A778F">
            <w:pPr>
              <w:spacing w:after="0" w:line="240" w:lineRule="auto"/>
              <w:rPr>
                <w:sz w:val="26"/>
                <w:szCs w:val="26"/>
              </w:rPr>
            </w:pPr>
          </w:p>
        </w:tc>
      </w:tr>
      <w:tr w:rsidR="001A778F" w:rsidRPr="008802B2" w14:paraId="1DB0705E" w14:textId="77777777" w:rsidTr="007D06B3">
        <w:trPr>
          <w:trHeight w:val="351"/>
          <w:jc w:val="center"/>
        </w:trPr>
        <w:tc>
          <w:tcPr>
            <w:tcW w:w="3261" w:type="dxa"/>
            <w:tcMar>
              <w:top w:w="60" w:type="dxa"/>
              <w:left w:w="70" w:type="dxa"/>
              <w:bottom w:w="60" w:type="dxa"/>
              <w:right w:w="70" w:type="dxa"/>
            </w:tcMar>
            <w:vAlign w:val="center"/>
          </w:tcPr>
          <w:p w14:paraId="0955FE6E" w14:textId="73376F4A" w:rsidR="001A778F" w:rsidRPr="007D06B3" w:rsidRDefault="00000000">
            <w:pPr>
              <w:spacing w:after="0" w:line="240" w:lineRule="auto"/>
              <w:rPr>
                <w:bCs/>
                <w:sz w:val="26"/>
                <w:szCs w:val="26"/>
              </w:rPr>
            </w:pPr>
            <w:r w:rsidRPr="007D06B3">
              <w:rPr>
                <w:bCs/>
                <w:sz w:val="26"/>
                <w:szCs w:val="26"/>
              </w:rPr>
              <w:t xml:space="preserve">1. </w:t>
            </w:r>
            <w:proofErr w:type="spellStart"/>
            <w:r w:rsidRPr="007D06B3">
              <w:rPr>
                <w:bCs/>
                <w:sz w:val="26"/>
                <w:szCs w:val="26"/>
              </w:rPr>
              <w:t>Tên</w:t>
            </w:r>
            <w:proofErr w:type="spellEnd"/>
            <w:r w:rsidRPr="007D06B3">
              <w:rPr>
                <w:bCs/>
                <w:sz w:val="26"/>
                <w:szCs w:val="26"/>
              </w:rPr>
              <w:t xml:space="preserve"> cơ </w:t>
            </w:r>
            <w:proofErr w:type="spellStart"/>
            <w:r w:rsidRPr="007D06B3">
              <w:rPr>
                <w:bCs/>
                <w:sz w:val="26"/>
                <w:szCs w:val="26"/>
              </w:rPr>
              <w:t>sở</w:t>
            </w:r>
            <w:proofErr w:type="spellEnd"/>
            <w:r w:rsidR="006924E5" w:rsidRPr="007D06B3">
              <w:rPr>
                <w:bCs/>
                <w:sz w:val="26"/>
                <w:szCs w:val="26"/>
              </w:rPr>
              <w:t>:</w:t>
            </w:r>
          </w:p>
        </w:tc>
        <w:tc>
          <w:tcPr>
            <w:tcW w:w="5839" w:type="dxa"/>
            <w:tcMar>
              <w:top w:w="60" w:type="dxa"/>
              <w:left w:w="70" w:type="dxa"/>
              <w:bottom w:w="60" w:type="dxa"/>
              <w:right w:w="70" w:type="dxa"/>
            </w:tcMar>
            <w:vAlign w:val="center"/>
          </w:tcPr>
          <w:p w14:paraId="430E7BCE" w14:textId="77777777" w:rsidR="001A778F" w:rsidRPr="008802B2" w:rsidRDefault="001A778F">
            <w:pPr>
              <w:spacing w:after="0" w:line="240" w:lineRule="auto"/>
              <w:rPr>
                <w:sz w:val="26"/>
                <w:szCs w:val="26"/>
              </w:rPr>
            </w:pPr>
          </w:p>
        </w:tc>
      </w:tr>
      <w:tr w:rsidR="001A778F" w:rsidRPr="008802B2" w14:paraId="49C9C180" w14:textId="77777777" w:rsidTr="007D06B3">
        <w:trPr>
          <w:trHeight w:val="351"/>
          <w:jc w:val="center"/>
        </w:trPr>
        <w:tc>
          <w:tcPr>
            <w:tcW w:w="3261" w:type="dxa"/>
            <w:tcMar>
              <w:top w:w="60" w:type="dxa"/>
              <w:left w:w="70" w:type="dxa"/>
              <w:bottom w:w="60" w:type="dxa"/>
              <w:right w:w="70" w:type="dxa"/>
            </w:tcMar>
            <w:vAlign w:val="center"/>
          </w:tcPr>
          <w:p w14:paraId="14D39A85" w14:textId="30B55C26" w:rsidR="001A778F" w:rsidRPr="007D06B3" w:rsidRDefault="00000000">
            <w:pPr>
              <w:spacing w:after="0" w:line="240" w:lineRule="auto"/>
              <w:rPr>
                <w:bCs/>
                <w:sz w:val="26"/>
                <w:szCs w:val="26"/>
              </w:rPr>
            </w:pPr>
            <w:r w:rsidRPr="007D06B3">
              <w:rPr>
                <w:bCs/>
                <w:sz w:val="26"/>
                <w:szCs w:val="26"/>
              </w:rPr>
              <w:t xml:space="preserve">2. </w:t>
            </w:r>
            <w:proofErr w:type="spellStart"/>
            <w:r w:rsidRPr="007D06B3">
              <w:rPr>
                <w:bCs/>
                <w:sz w:val="26"/>
                <w:szCs w:val="26"/>
              </w:rPr>
              <w:t>Địa</w:t>
            </w:r>
            <w:proofErr w:type="spellEnd"/>
            <w:r w:rsidRPr="007D06B3">
              <w:rPr>
                <w:bCs/>
                <w:sz w:val="26"/>
                <w:szCs w:val="26"/>
              </w:rPr>
              <w:t xml:space="preserve"> </w:t>
            </w:r>
            <w:proofErr w:type="spellStart"/>
            <w:r w:rsidRPr="007D06B3">
              <w:rPr>
                <w:bCs/>
                <w:sz w:val="26"/>
                <w:szCs w:val="26"/>
              </w:rPr>
              <w:t>chỉ</w:t>
            </w:r>
            <w:proofErr w:type="spellEnd"/>
            <w:r w:rsidR="006924E5" w:rsidRPr="007D06B3">
              <w:rPr>
                <w:bCs/>
                <w:sz w:val="26"/>
                <w:szCs w:val="26"/>
              </w:rPr>
              <w:t>:</w:t>
            </w:r>
          </w:p>
        </w:tc>
        <w:tc>
          <w:tcPr>
            <w:tcW w:w="5839" w:type="dxa"/>
            <w:tcMar>
              <w:top w:w="60" w:type="dxa"/>
              <w:left w:w="70" w:type="dxa"/>
              <w:bottom w:w="60" w:type="dxa"/>
              <w:right w:w="70" w:type="dxa"/>
            </w:tcMar>
            <w:vAlign w:val="center"/>
          </w:tcPr>
          <w:p w14:paraId="14DBA807" w14:textId="77777777" w:rsidR="001A778F" w:rsidRPr="008802B2" w:rsidRDefault="001A778F">
            <w:pPr>
              <w:spacing w:after="0" w:line="240" w:lineRule="auto"/>
              <w:rPr>
                <w:sz w:val="26"/>
                <w:szCs w:val="26"/>
              </w:rPr>
            </w:pPr>
          </w:p>
        </w:tc>
      </w:tr>
      <w:tr w:rsidR="001A778F" w:rsidRPr="008802B2" w14:paraId="6491CA0E" w14:textId="77777777" w:rsidTr="007D06B3">
        <w:trPr>
          <w:trHeight w:val="351"/>
          <w:jc w:val="center"/>
        </w:trPr>
        <w:tc>
          <w:tcPr>
            <w:tcW w:w="3261" w:type="dxa"/>
            <w:tcMar>
              <w:top w:w="60" w:type="dxa"/>
              <w:left w:w="70" w:type="dxa"/>
              <w:bottom w:w="60" w:type="dxa"/>
              <w:right w:w="70" w:type="dxa"/>
            </w:tcMar>
            <w:vAlign w:val="center"/>
          </w:tcPr>
          <w:p w14:paraId="5C1124BD" w14:textId="389CF7CB" w:rsidR="001A778F" w:rsidRPr="007D06B3" w:rsidRDefault="00000000">
            <w:pPr>
              <w:spacing w:after="0" w:line="240" w:lineRule="auto"/>
              <w:rPr>
                <w:bCs/>
                <w:sz w:val="26"/>
                <w:szCs w:val="26"/>
              </w:rPr>
            </w:pPr>
            <w:r w:rsidRPr="007D06B3">
              <w:rPr>
                <w:bCs/>
                <w:sz w:val="26"/>
                <w:szCs w:val="26"/>
              </w:rPr>
              <w:t xml:space="preserve">3. </w:t>
            </w:r>
            <w:proofErr w:type="spellStart"/>
            <w:r w:rsidRPr="007D06B3">
              <w:rPr>
                <w:bCs/>
                <w:sz w:val="26"/>
                <w:szCs w:val="26"/>
              </w:rPr>
              <w:t>Số</w:t>
            </w:r>
            <w:proofErr w:type="spellEnd"/>
            <w:r w:rsidRPr="007D06B3">
              <w:rPr>
                <w:bCs/>
                <w:sz w:val="26"/>
                <w:szCs w:val="26"/>
              </w:rPr>
              <w:t xml:space="preserve"> </w:t>
            </w:r>
            <w:proofErr w:type="spellStart"/>
            <w:r w:rsidRPr="007D06B3">
              <w:rPr>
                <w:bCs/>
                <w:sz w:val="26"/>
                <w:szCs w:val="26"/>
              </w:rPr>
              <w:t>điện</w:t>
            </w:r>
            <w:proofErr w:type="spellEnd"/>
            <w:r w:rsidRPr="007D06B3">
              <w:rPr>
                <w:bCs/>
                <w:sz w:val="26"/>
                <w:szCs w:val="26"/>
              </w:rPr>
              <w:t xml:space="preserve"> </w:t>
            </w:r>
            <w:proofErr w:type="spellStart"/>
            <w:r w:rsidRPr="007D06B3">
              <w:rPr>
                <w:bCs/>
                <w:sz w:val="26"/>
                <w:szCs w:val="26"/>
              </w:rPr>
              <w:t>thoại</w:t>
            </w:r>
            <w:proofErr w:type="spellEnd"/>
            <w:r w:rsidR="006924E5" w:rsidRPr="007D06B3">
              <w:rPr>
                <w:bCs/>
                <w:sz w:val="26"/>
                <w:szCs w:val="26"/>
              </w:rPr>
              <w:t>:</w:t>
            </w:r>
          </w:p>
        </w:tc>
        <w:tc>
          <w:tcPr>
            <w:tcW w:w="5839" w:type="dxa"/>
            <w:tcMar>
              <w:top w:w="60" w:type="dxa"/>
              <w:left w:w="70" w:type="dxa"/>
              <w:bottom w:w="60" w:type="dxa"/>
              <w:right w:w="70" w:type="dxa"/>
            </w:tcMar>
            <w:vAlign w:val="center"/>
          </w:tcPr>
          <w:p w14:paraId="18BB4D51" w14:textId="77777777" w:rsidR="001A778F" w:rsidRPr="008802B2" w:rsidRDefault="001A778F">
            <w:pPr>
              <w:spacing w:after="0" w:line="240" w:lineRule="auto"/>
              <w:rPr>
                <w:sz w:val="26"/>
                <w:szCs w:val="26"/>
              </w:rPr>
            </w:pPr>
          </w:p>
        </w:tc>
      </w:tr>
      <w:tr w:rsidR="001A778F" w:rsidRPr="008802B2" w14:paraId="6597534B" w14:textId="77777777" w:rsidTr="007D06B3">
        <w:trPr>
          <w:trHeight w:val="351"/>
          <w:jc w:val="center"/>
        </w:trPr>
        <w:tc>
          <w:tcPr>
            <w:tcW w:w="3261" w:type="dxa"/>
            <w:tcMar>
              <w:top w:w="60" w:type="dxa"/>
              <w:left w:w="70" w:type="dxa"/>
              <w:bottom w:w="60" w:type="dxa"/>
              <w:right w:w="70" w:type="dxa"/>
            </w:tcMar>
            <w:vAlign w:val="center"/>
          </w:tcPr>
          <w:p w14:paraId="48016CAD" w14:textId="78DB065A" w:rsidR="001A778F" w:rsidRPr="007D06B3" w:rsidRDefault="00000000">
            <w:pPr>
              <w:spacing w:after="0" w:line="240" w:lineRule="auto"/>
              <w:rPr>
                <w:bCs/>
                <w:sz w:val="26"/>
                <w:szCs w:val="26"/>
              </w:rPr>
            </w:pPr>
            <w:r w:rsidRPr="007D06B3">
              <w:rPr>
                <w:bCs/>
                <w:sz w:val="26"/>
                <w:szCs w:val="26"/>
              </w:rPr>
              <w:t>4. Email</w:t>
            </w:r>
            <w:r w:rsidR="006924E5" w:rsidRPr="007D06B3">
              <w:rPr>
                <w:bCs/>
                <w:sz w:val="26"/>
                <w:szCs w:val="26"/>
              </w:rPr>
              <w:t>:</w:t>
            </w:r>
          </w:p>
        </w:tc>
        <w:tc>
          <w:tcPr>
            <w:tcW w:w="5839" w:type="dxa"/>
            <w:tcMar>
              <w:top w:w="60" w:type="dxa"/>
              <w:left w:w="70" w:type="dxa"/>
              <w:bottom w:w="60" w:type="dxa"/>
              <w:right w:w="70" w:type="dxa"/>
            </w:tcMar>
            <w:vAlign w:val="center"/>
          </w:tcPr>
          <w:p w14:paraId="79B310C5" w14:textId="77777777" w:rsidR="001A778F" w:rsidRPr="008802B2" w:rsidRDefault="001A778F">
            <w:pPr>
              <w:spacing w:after="0" w:line="240" w:lineRule="auto"/>
              <w:rPr>
                <w:sz w:val="26"/>
                <w:szCs w:val="26"/>
              </w:rPr>
            </w:pPr>
          </w:p>
        </w:tc>
      </w:tr>
      <w:tr w:rsidR="001A778F" w:rsidRPr="008802B2" w14:paraId="6A394DAF" w14:textId="77777777" w:rsidTr="007D06B3">
        <w:trPr>
          <w:trHeight w:val="351"/>
          <w:jc w:val="center"/>
        </w:trPr>
        <w:tc>
          <w:tcPr>
            <w:tcW w:w="3261" w:type="dxa"/>
            <w:tcMar>
              <w:top w:w="60" w:type="dxa"/>
              <w:left w:w="70" w:type="dxa"/>
              <w:bottom w:w="60" w:type="dxa"/>
              <w:right w:w="70" w:type="dxa"/>
            </w:tcMar>
            <w:vAlign w:val="center"/>
          </w:tcPr>
          <w:p w14:paraId="79635CA7" w14:textId="4C826E03" w:rsidR="001A778F" w:rsidRPr="007D06B3" w:rsidRDefault="00000000">
            <w:pPr>
              <w:spacing w:after="0" w:line="240" w:lineRule="auto"/>
              <w:rPr>
                <w:bCs/>
                <w:sz w:val="26"/>
                <w:szCs w:val="26"/>
              </w:rPr>
            </w:pPr>
            <w:r w:rsidRPr="007D06B3">
              <w:rPr>
                <w:bCs/>
                <w:sz w:val="26"/>
                <w:szCs w:val="26"/>
              </w:rPr>
              <w:t>5. Website (nếu có)</w:t>
            </w:r>
            <w:r w:rsidR="006924E5" w:rsidRPr="007D06B3">
              <w:rPr>
                <w:bCs/>
                <w:sz w:val="26"/>
                <w:szCs w:val="26"/>
              </w:rPr>
              <w:t>:</w:t>
            </w:r>
          </w:p>
        </w:tc>
        <w:tc>
          <w:tcPr>
            <w:tcW w:w="5839" w:type="dxa"/>
            <w:tcMar>
              <w:top w:w="60" w:type="dxa"/>
              <w:left w:w="70" w:type="dxa"/>
              <w:bottom w:w="60" w:type="dxa"/>
              <w:right w:w="70" w:type="dxa"/>
            </w:tcMar>
            <w:vAlign w:val="center"/>
          </w:tcPr>
          <w:p w14:paraId="73E66EE5" w14:textId="77777777" w:rsidR="001A778F" w:rsidRPr="008802B2" w:rsidRDefault="001A778F">
            <w:pPr>
              <w:spacing w:after="0" w:line="240" w:lineRule="auto"/>
              <w:rPr>
                <w:sz w:val="26"/>
                <w:szCs w:val="26"/>
              </w:rPr>
            </w:pPr>
          </w:p>
        </w:tc>
      </w:tr>
      <w:tr w:rsidR="001A778F" w:rsidRPr="008802B2" w14:paraId="40A2437F" w14:textId="77777777" w:rsidTr="007D06B3">
        <w:trPr>
          <w:trHeight w:val="351"/>
          <w:jc w:val="center"/>
        </w:trPr>
        <w:tc>
          <w:tcPr>
            <w:tcW w:w="3261" w:type="dxa"/>
            <w:tcMar>
              <w:top w:w="60" w:type="dxa"/>
              <w:left w:w="70" w:type="dxa"/>
              <w:bottom w:w="60" w:type="dxa"/>
              <w:right w:w="70" w:type="dxa"/>
            </w:tcMar>
            <w:vAlign w:val="center"/>
          </w:tcPr>
          <w:p w14:paraId="63AF0B3D" w14:textId="77777777" w:rsidR="001A778F" w:rsidRPr="007D06B3" w:rsidRDefault="00000000">
            <w:pPr>
              <w:spacing w:after="0" w:line="240" w:lineRule="auto"/>
              <w:rPr>
                <w:bCs/>
                <w:sz w:val="26"/>
                <w:szCs w:val="26"/>
              </w:rPr>
            </w:pPr>
            <w:r w:rsidRPr="007D06B3">
              <w:rPr>
                <w:bCs/>
                <w:sz w:val="26"/>
                <w:szCs w:val="26"/>
              </w:rPr>
              <w:t xml:space="preserve">6. </w:t>
            </w:r>
            <w:proofErr w:type="spellStart"/>
            <w:r w:rsidR="007D06B3" w:rsidRPr="007D06B3">
              <w:rPr>
                <w:bCs/>
                <w:sz w:val="26"/>
                <w:szCs w:val="26"/>
              </w:rPr>
              <w:t>N</w:t>
            </w:r>
            <w:r w:rsidRPr="007D06B3">
              <w:rPr>
                <w:bCs/>
                <w:sz w:val="26"/>
                <w:szCs w:val="26"/>
              </w:rPr>
              <w:t>gười</w:t>
            </w:r>
            <w:proofErr w:type="spellEnd"/>
            <w:r w:rsidRPr="007D06B3">
              <w:rPr>
                <w:bCs/>
                <w:sz w:val="26"/>
                <w:szCs w:val="26"/>
              </w:rPr>
              <w:t xml:space="preserve"> </w:t>
            </w:r>
            <w:proofErr w:type="spellStart"/>
            <w:r w:rsidRPr="007D06B3">
              <w:rPr>
                <w:bCs/>
                <w:sz w:val="26"/>
                <w:szCs w:val="26"/>
              </w:rPr>
              <w:t>cung</w:t>
            </w:r>
            <w:proofErr w:type="spellEnd"/>
            <w:r w:rsidRPr="007D06B3">
              <w:rPr>
                <w:bCs/>
                <w:sz w:val="26"/>
                <w:szCs w:val="26"/>
              </w:rPr>
              <w:t xml:space="preserve"> </w:t>
            </w:r>
            <w:proofErr w:type="spellStart"/>
            <w:r w:rsidRPr="007D06B3">
              <w:rPr>
                <w:bCs/>
                <w:sz w:val="26"/>
                <w:szCs w:val="26"/>
              </w:rPr>
              <w:t>cấp</w:t>
            </w:r>
            <w:proofErr w:type="spellEnd"/>
            <w:r w:rsidRPr="007D06B3">
              <w:rPr>
                <w:bCs/>
                <w:sz w:val="26"/>
                <w:szCs w:val="26"/>
              </w:rPr>
              <w:t xml:space="preserve"> </w:t>
            </w:r>
            <w:proofErr w:type="spellStart"/>
            <w:r w:rsidRPr="007D06B3">
              <w:rPr>
                <w:bCs/>
                <w:sz w:val="26"/>
                <w:szCs w:val="26"/>
              </w:rPr>
              <w:t>thông</w:t>
            </w:r>
            <w:proofErr w:type="spellEnd"/>
            <w:r w:rsidRPr="007D06B3">
              <w:rPr>
                <w:bCs/>
                <w:sz w:val="26"/>
                <w:szCs w:val="26"/>
              </w:rPr>
              <w:t xml:space="preserve"> tin</w:t>
            </w:r>
            <w:r w:rsidR="007D06B3" w:rsidRPr="007D06B3">
              <w:rPr>
                <w:bCs/>
                <w:sz w:val="26"/>
                <w:szCs w:val="26"/>
              </w:rPr>
              <w:t>:</w:t>
            </w:r>
          </w:p>
          <w:p w14:paraId="0FE56BBA" w14:textId="77777777" w:rsidR="007D06B3" w:rsidRPr="007D06B3" w:rsidRDefault="007D06B3">
            <w:pPr>
              <w:spacing w:after="0" w:line="240" w:lineRule="auto"/>
              <w:rPr>
                <w:bCs/>
                <w:i/>
                <w:iCs/>
                <w:sz w:val="26"/>
                <w:szCs w:val="26"/>
              </w:rPr>
            </w:pPr>
            <w:r w:rsidRPr="007D06B3">
              <w:rPr>
                <w:bCs/>
                <w:i/>
                <w:iCs/>
                <w:sz w:val="26"/>
                <w:szCs w:val="26"/>
              </w:rPr>
              <w:t xml:space="preserve">- </w:t>
            </w:r>
            <w:proofErr w:type="spellStart"/>
            <w:r w:rsidRPr="007D06B3">
              <w:rPr>
                <w:bCs/>
                <w:i/>
                <w:iCs/>
                <w:sz w:val="26"/>
                <w:szCs w:val="26"/>
              </w:rPr>
              <w:t>Họ</w:t>
            </w:r>
            <w:proofErr w:type="spellEnd"/>
            <w:r w:rsidRPr="007D06B3">
              <w:rPr>
                <w:bCs/>
                <w:i/>
                <w:iCs/>
                <w:sz w:val="26"/>
                <w:szCs w:val="26"/>
              </w:rPr>
              <w:t xml:space="preserve"> </w:t>
            </w:r>
            <w:proofErr w:type="spellStart"/>
            <w:r w:rsidRPr="007D06B3">
              <w:rPr>
                <w:bCs/>
                <w:i/>
                <w:iCs/>
                <w:sz w:val="26"/>
                <w:szCs w:val="26"/>
              </w:rPr>
              <w:t>tên</w:t>
            </w:r>
            <w:proofErr w:type="spellEnd"/>
          </w:p>
          <w:p w14:paraId="33663493" w14:textId="25BF4E68" w:rsidR="007D06B3" w:rsidRPr="007D06B3" w:rsidRDefault="007D06B3">
            <w:pPr>
              <w:spacing w:after="0" w:line="240" w:lineRule="auto"/>
              <w:rPr>
                <w:bCs/>
                <w:sz w:val="26"/>
                <w:szCs w:val="26"/>
              </w:rPr>
            </w:pPr>
            <w:r w:rsidRPr="007D06B3">
              <w:rPr>
                <w:bCs/>
                <w:i/>
                <w:iCs/>
                <w:sz w:val="26"/>
                <w:szCs w:val="26"/>
              </w:rPr>
              <w:t xml:space="preserve">- </w:t>
            </w:r>
            <w:proofErr w:type="spellStart"/>
            <w:r w:rsidRPr="007D06B3">
              <w:rPr>
                <w:bCs/>
                <w:i/>
                <w:iCs/>
                <w:sz w:val="26"/>
                <w:szCs w:val="26"/>
              </w:rPr>
              <w:t>Số</w:t>
            </w:r>
            <w:proofErr w:type="spellEnd"/>
            <w:r w:rsidRPr="007D06B3">
              <w:rPr>
                <w:bCs/>
                <w:i/>
                <w:iCs/>
                <w:sz w:val="26"/>
                <w:szCs w:val="26"/>
              </w:rPr>
              <w:t xml:space="preserve"> </w:t>
            </w:r>
            <w:proofErr w:type="spellStart"/>
            <w:r w:rsidRPr="007D06B3">
              <w:rPr>
                <w:bCs/>
                <w:i/>
                <w:iCs/>
                <w:sz w:val="26"/>
                <w:szCs w:val="26"/>
              </w:rPr>
              <w:t>điện</w:t>
            </w:r>
            <w:proofErr w:type="spellEnd"/>
            <w:r w:rsidRPr="007D06B3">
              <w:rPr>
                <w:bCs/>
                <w:i/>
                <w:iCs/>
                <w:sz w:val="26"/>
                <w:szCs w:val="26"/>
              </w:rPr>
              <w:t xml:space="preserve"> </w:t>
            </w:r>
            <w:proofErr w:type="spellStart"/>
            <w:r w:rsidRPr="007D06B3">
              <w:rPr>
                <w:bCs/>
                <w:i/>
                <w:iCs/>
                <w:sz w:val="26"/>
                <w:szCs w:val="26"/>
              </w:rPr>
              <w:t>thoại</w:t>
            </w:r>
            <w:proofErr w:type="spellEnd"/>
            <w:r w:rsidRPr="007D06B3">
              <w:rPr>
                <w:bCs/>
                <w:i/>
                <w:iCs/>
                <w:sz w:val="26"/>
                <w:szCs w:val="26"/>
              </w:rPr>
              <w:t xml:space="preserve"> di </w:t>
            </w:r>
            <w:proofErr w:type="spellStart"/>
            <w:r w:rsidRPr="007D06B3">
              <w:rPr>
                <w:bCs/>
                <w:i/>
                <w:iCs/>
                <w:sz w:val="26"/>
                <w:szCs w:val="26"/>
              </w:rPr>
              <w:t>động</w:t>
            </w:r>
            <w:proofErr w:type="spellEnd"/>
          </w:p>
        </w:tc>
        <w:tc>
          <w:tcPr>
            <w:tcW w:w="5839" w:type="dxa"/>
            <w:tcMar>
              <w:top w:w="60" w:type="dxa"/>
              <w:left w:w="70" w:type="dxa"/>
              <w:bottom w:w="60" w:type="dxa"/>
              <w:right w:w="70" w:type="dxa"/>
            </w:tcMar>
            <w:vAlign w:val="center"/>
          </w:tcPr>
          <w:p w14:paraId="72FBCADC" w14:textId="77777777" w:rsidR="001A778F" w:rsidRPr="008802B2" w:rsidRDefault="001A778F">
            <w:pPr>
              <w:spacing w:after="0" w:line="240" w:lineRule="auto"/>
              <w:rPr>
                <w:sz w:val="26"/>
                <w:szCs w:val="26"/>
              </w:rPr>
            </w:pPr>
          </w:p>
        </w:tc>
      </w:tr>
      <w:tr w:rsidR="001A778F" w:rsidRPr="008802B2" w14:paraId="4D7369A1" w14:textId="77777777" w:rsidTr="007D06B3">
        <w:trPr>
          <w:trHeight w:val="351"/>
          <w:jc w:val="center"/>
        </w:trPr>
        <w:tc>
          <w:tcPr>
            <w:tcW w:w="3261" w:type="dxa"/>
            <w:tcMar>
              <w:top w:w="60" w:type="dxa"/>
              <w:left w:w="70" w:type="dxa"/>
              <w:bottom w:w="60" w:type="dxa"/>
              <w:right w:w="70" w:type="dxa"/>
            </w:tcMar>
            <w:vAlign w:val="center"/>
          </w:tcPr>
          <w:p w14:paraId="3CB10197" w14:textId="77777777" w:rsidR="001A778F" w:rsidRPr="007D06B3" w:rsidRDefault="00000000">
            <w:pPr>
              <w:spacing w:after="0" w:line="240" w:lineRule="auto"/>
              <w:rPr>
                <w:bCs/>
                <w:sz w:val="26"/>
                <w:szCs w:val="26"/>
              </w:rPr>
            </w:pPr>
            <w:r w:rsidRPr="007D06B3">
              <w:rPr>
                <w:bCs/>
                <w:sz w:val="26"/>
                <w:szCs w:val="26"/>
              </w:rPr>
              <w:t>7. Xếp hạng</w:t>
            </w:r>
          </w:p>
        </w:tc>
        <w:tc>
          <w:tcPr>
            <w:tcW w:w="5839" w:type="dxa"/>
            <w:tcMar>
              <w:top w:w="60" w:type="dxa"/>
              <w:left w:w="70" w:type="dxa"/>
              <w:bottom w:w="60" w:type="dxa"/>
              <w:right w:w="70" w:type="dxa"/>
            </w:tcMar>
            <w:vAlign w:val="center"/>
          </w:tcPr>
          <w:p w14:paraId="3CE05BB1" w14:textId="4A887434" w:rsidR="000006F2" w:rsidRDefault="00000000">
            <w:pPr>
              <w:spacing w:after="0" w:line="240" w:lineRule="auto"/>
              <w:rPr>
                <w:sz w:val="26"/>
                <w:szCs w:val="26"/>
              </w:rPr>
            </w:pPr>
            <w:r w:rsidRPr="008802B2">
              <w:rPr>
                <w:sz w:val="26"/>
                <w:szCs w:val="26"/>
              </w:rPr>
              <w:t xml:space="preserve">☐ 5 </w:t>
            </w:r>
            <w:proofErr w:type="spellStart"/>
            <w:r w:rsidRPr="008802B2">
              <w:rPr>
                <w:sz w:val="26"/>
                <w:szCs w:val="26"/>
              </w:rPr>
              <w:t>sao</w:t>
            </w:r>
            <w:proofErr w:type="spellEnd"/>
            <w:r w:rsidRPr="008802B2">
              <w:rPr>
                <w:sz w:val="26"/>
                <w:szCs w:val="26"/>
              </w:rPr>
              <w:t xml:space="preserve">   </w:t>
            </w:r>
            <w:r w:rsidR="000006F2">
              <w:rPr>
                <w:sz w:val="26"/>
                <w:szCs w:val="26"/>
              </w:rPr>
              <w:t xml:space="preserve">             </w:t>
            </w:r>
            <w:r w:rsidRPr="008802B2">
              <w:rPr>
                <w:sz w:val="26"/>
                <w:szCs w:val="26"/>
              </w:rPr>
              <w:t xml:space="preserve">☐ </w:t>
            </w:r>
            <w:r w:rsidR="000006F2">
              <w:rPr>
                <w:sz w:val="26"/>
                <w:szCs w:val="26"/>
              </w:rPr>
              <w:t>3</w:t>
            </w:r>
            <w:r w:rsidRPr="008802B2">
              <w:rPr>
                <w:sz w:val="26"/>
                <w:szCs w:val="26"/>
              </w:rPr>
              <w:t xml:space="preserve"> </w:t>
            </w:r>
            <w:proofErr w:type="spellStart"/>
            <w:r w:rsidRPr="008802B2">
              <w:rPr>
                <w:sz w:val="26"/>
                <w:szCs w:val="26"/>
              </w:rPr>
              <w:t>sao</w:t>
            </w:r>
            <w:proofErr w:type="spellEnd"/>
            <w:r w:rsidRPr="008802B2">
              <w:rPr>
                <w:sz w:val="26"/>
                <w:szCs w:val="26"/>
              </w:rPr>
              <w:t xml:space="preserve">   </w:t>
            </w:r>
            <w:r w:rsidR="000006F2">
              <w:rPr>
                <w:sz w:val="26"/>
                <w:szCs w:val="26"/>
              </w:rPr>
              <w:t xml:space="preserve">           </w:t>
            </w:r>
            <w:r w:rsidRPr="008802B2">
              <w:rPr>
                <w:sz w:val="26"/>
                <w:szCs w:val="26"/>
              </w:rPr>
              <w:t xml:space="preserve">☐ </w:t>
            </w:r>
            <w:r w:rsidR="000006F2">
              <w:rPr>
                <w:sz w:val="26"/>
                <w:szCs w:val="26"/>
              </w:rPr>
              <w:t>1</w:t>
            </w:r>
            <w:r w:rsidRPr="008802B2">
              <w:rPr>
                <w:sz w:val="26"/>
                <w:szCs w:val="26"/>
              </w:rPr>
              <w:t xml:space="preserve"> </w:t>
            </w:r>
            <w:proofErr w:type="spellStart"/>
            <w:r w:rsidRPr="008802B2">
              <w:rPr>
                <w:sz w:val="26"/>
                <w:szCs w:val="26"/>
              </w:rPr>
              <w:t>sao</w:t>
            </w:r>
            <w:proofErr w:type="spellEnd"/>
            <w:r w:rsidRPr="008802B2">
              <w:rPr>
                <w:sz w:val="26"/>
                <w:szCs w:val="26"/>
              </w:rPr>
              <w:t xml:space="preserve">   </w:t>
            </w:r>
          </w:p>
          <w:p w14:paraId="6D96CE40" w14:textId="42A59730" w:rsidR="001A778F" w:rsidRPr="008802B2" w:rsidRDefault="00000000">
            <w:pPr>
              <w:spacing w:after="0" w:line="240" w:lineRule="auto"/>
              <w:rPr>
                <w:sz w:val="26"/>
                <w:szCs w:val="26"/>
              </w:rPr>
            </w:pPr>
            <w:r w:rsidRPr="008802B2">
              <w:rPr>
                <w:sz w:val="26"/>
                <w:szCs w:val="26"/>
              </w:rPr>
              <w:t xml:space="preserve">☐ </w:t>
            </w:r>
            <w:r w:rsidR="000006F2">
              <w:rPr>
                <w:sz w:val="26"/>
                <w:szCs w:val="26"/>
              </w:rPr>
              <w:t>4</w:t>
            </w:r>
            <w:r w:rsidRPr="008802B2">
              <w:rPr>
                <w:sz w:val="26"/>
                <w:szCs w:val="26"/>
              </w:rPr>
              <w:t xml:space="preserve"> </w:t>
            </w:r>
            <w:proofErr w:type="spellStart"/>
            <w:r w:rsidRPr="008802B2">
              <w:rPr>
                <w:sz w:val="26"/>
                <w:szCs w:val="26"/>
              </w:rPr>
              <w:t>sao</w:t>
            </w:r>
            <w:proofErr w:type="spellEnd"/>
            <w:r w:rsidRPr="008802B2">
              <w:rPr>
                <w:sz w:val="26"/>
                <w:szCs w:val="26"/>
              </w:rPr>
              <w:t xml:space="preserve">   </w:t>
            </w:r>
            <w:r w:rsidR="000006F2">
              <w:rPr>
                <w:sz w:val="26"/>
                <w:szCs w:val="26"/>
              </w:rPr>
              <w:t xml:space="preserve">             </w:t>
            </w:r>
            <w:r w:rsidRPr="008802B2">
              <w:rPr>
                <w:sz w:val="26"/>
                <w:szCs w:val="26"/>
              </w:rPr>
              <w:t xml:space="preserve">☐ </w:t>
            </w:r>
            <w:r w:rsidR="000006F2">
              <w:rPr>
                <w:sz w:val="26"/>
                <w:szCs w:val="26"/>
              </w:rPr>
              <w:t>2</w:t>
            </w:r>
            <w:r w:rsidRPr="008802B2">
              <w:rPr>
                <w:sz w:val="26"/>
                <w:szCs w:val="26"/>
              </w:rPr>
              <w:t xml:space="preserve"> </w:t>
            </w:r>
            <w:proofErr w:type="spellStart"/>
            <w:r w:rsidRPr="008802B2">
              <w:rPr>
                <w:sz w:val="26"/>
                <w:szCs w:val="26"/>
              </w:rPr>
              <w:t>sao</w:t>
            </w:r>
            <w:proofErr w:type="spellEnd"/>
            <w:r w:rsidRPr="008802B2">
              <w:rPr>
                <w:sz w:val="26"/>
                <w:szCs w:val="26"/>
              </w:rPr>
              <w:t xml:space="preserve">   </w:t>
            </w:r>
            <w:r w:rsidR="000006F2">
              <w:rPr>
                <w:sz w:val="26"/>
                <w:szCs w:val="26"/>
              </w:rPr>
              <w:t xml:space="preserve">           </w:t>
            </w:r>
            <w:r w:rsidRPr="008802B2">
              <w:rPr>
                <w:sz w:val="26"/>
                <w:szCs w:val="26"/>
              </w:rPr>
              <w:t xml:space="preserve">☐ </w:t>
            </w:r>
            <w:proofErr w:type="spellStart"/>
            <w:r w:rsidRPr="008802B2">
              <w:rPr>
                <w:sz w:val="26"/>
                <w:szCs w:val="26"/>
              </w:rPr>
              <w:t>Khác</w:t>
            </w:r>
            <w:proofErr w:type="spellEnd"/>
          </w:p>
        </w:tc>
      </w:tr>
      <w:tr w:rsidR="001A778F" w:rsidRPr="008802B2" w14:paraId="05590487" w14:textId="77777777" w:rsidTr="007D06B3">
        <w:trPr>
          <w:trHeight w:val="351"/>
          <w:jc w:val="center"/>
        </w:trPr>
        <w:tc>
          <w:tcPr>
            <w:tcW w:w="3261" w:type="dxa"/>
            <w:tcMar>
              <w:top w:w="60" w:type="dxa"/>
              <w:left w:w="70" w:type="dxa"/>
              <w:bottom w:w="60" w:type="dxa"/>
              <w:right w:w="70" w:type="dxa"/>
            </w:tcMar>
            <w:vAlign w:val="center"/>
          </w:tcPr>
          <w:p w14:paraId="3CE2EBC6" w14:textId="77777777" w:rsidR="007D06B3" w:rsidRPr="007D06B3" w:rsidRDefault="00000000">
            <w:pPr>
              <w:spacing w:after="0" w:line="240" w:lineRule="auto"/>
              <w:rPr>
                <w:bCs/>
                <w:sz w:val="26"/>
                <w:szCs w:val="26"/>
              </w:rPr>
            </w:pPr>
            <w:r w:rsidRPr="007D06B3">
              <w:rPr>
                <w:bCs/>
                <w:sz w:val="26"/>
                <w:szCs w:val="26"/>
              </w:rPr>
              <w:t xml:space="preserve">8. Tổng số phòng </w:t>
            </w:r>
          </w:p>
          <w:p w14:paraId="5FA83368" w14:textId="725D9E3F" w:rsidR="001A778F" w:rsidRPr="007D06B3" w:rsidRDefault="007D06B3">
            <w:pPr>
              <w:spacing w:after="0" w:line="240" w:lineRule="auto"/>
              <w:rPr>
                <w:bCs/>
                <w:sz w:val="26"/>
                <w:szCs w:val="26"/>
              </w:rPr>
            </w:pPr>
            <w:r w:rsidRPr="007D06B3">
              <w:rPr>
                <w:bCs/>
                <w:sz w:val="26"/>
                <w:szCs w:val="26"/>
              </w:rPr>
              <w:t>(</w:t>
            </w:r>
            <w:proofErr w:type="spellStart"/>
            <w:r w:rsidRPr="007D06B3">
              <w:rPr>
                <w:bCs/>
                <w:sz w:val="26"/>
                <w:szCs w:val="26"/>
              </w:rPr>
              <w:t>tại</w:t>
            </w:r>
            <w:proofErr w:type="spellEnd"/>
            <w:r w:rsidRPr="007D06B3">
              <w:rPr>
                <w:bCs/>
                <w:sz w:val="26"/>
                <w:szCs w:val="26"/>
              </w:rPr>
              <w:t xml:space="preserve"> thời điểm 30/9/2026)</w:t>
            </w:r>
          </w:p>
        </w:tc>
        <w:tc>
          <w:tcPr>
            <w:tcW w:w="5839" w:type="dxa"/>
            <w:tcMar>
              <w:top w:w="60" w:type="dxa"/>
              <w:left w:w="70" w:type="dxa"/>
              <w:bottom w:w="60" w:type="dxa"/>
              <w:right w:w="70" w:type="dxa"/>
            </w:tcMar>
            <w:vAlign w:val="center"/>
          </w:tcPr>
          <w:p w14:paraId="52C90887" w14:textId="77777777" w:rsidR="001A778F" w:rsidRPr="008802B2" w:rsidRDefault="00000000">
            <w:pPr>
              <w:spacing w:after="0" w:line="240" w:lineRule="auto"/>
              <w:rPr>
                <w:sz w:val="26"/>
                <w:szCs w:val="26"/>
              </w:rPr>
            </w:pPr>
            <w:r w:rsidRPr="008802B2">
              <w:rPr>
                <w:sz w:val="26"/>
                <w:szCs w:val="26"/>
              </w:rPr>
              <w:t xml:space="preserve">                                      phòng</w:t>
            </w:r>
          </w:p>
        </w:tc>
      </w:tr>
    </w:tbl>
    <w:p w14:paraId="4212252B" w14:textId="77777777" w:rsidR="001A778F" w:rsidRPr="008802B2" w:rsidRDefault="00000000" w:rsidP="004B3DAC">
      <w:pPr>
        <w:keepNext/>
        <w:spacing w:before="80"/>
        <w:ind w:firstLine="709"/>
        <w:rPr>
          <w:sz w:val="26"/>
          <w:szCs w:val="26"/>
        </w:rPr>
      </w:pPr>
      <w:r w:rsidRPr="008802B2">
        <w:rPr>
          <w:b/>
          <w:sz w:val="26"/>
          <w:szCs w:val="26"/>
        </w:rPr>
        <w:t>PHẦN B - SỐ LIỆU 9 THÁNG ĐẦU NĂM 2026</w:t>
      </w:r>
    </w:p>
    <w:p w14:paraId="4D28B0B2" w14:textId="77777777" w:rsidR="001A778F" w:rsidRPr="008802B2" w:rsidRDefault="00000000" w:rsidP="004B3DAC">
      <w:pPr>
        <w:ind w:firstLine="709"/>
        <w:rPr>
          <w:sz w:val="26"/>
          <w:szCs w:val="26"/>
        </w:rPr>
      </w:pPr>
      <w:r w:rsidRPr="008802B2">
        <w:rPr>
          <w:i/>
          <w:sz w:val="26"/>
          <w:szCs w:val="26"/>
        </w:rPr>
        <w:t>Đơn vị kê khai số liệu: từ 01/01/2026 đến hết 30/9/2026.</w:t>
      </w:r>
    </w:p>
    <w:tbl>
      <w:tblPr>
        <w:tblW w:w="0" w:type="auto"/>
        <w:jc w:val="center"/>
        <w:tblLayout w:type="fixed"/>
        <w:tblLook w:val="04A0" w:firstRow="1" w:lastRow="0" w:firstColumn="1" w:lastColumn="0" w:noHBand="0" w:noVBand="1"/>
      </w:tblPr>
      <w:tblGrid>
        <w:gridCol w:w="680"/>
        <w:gridCol w:w="5159"/>
        <w:gridCol w:w="1417"/>
        <w:gridCol w:w="2098"/>
      </w:tblGrid>
      <w:tr w:rsidR="001A778F" w:rsidRPr="008802B2" w14:paraId="5DF60DF0" w14:textId="77777777">
        <w:trPr>
          <w:tblHeader/>
          <w:jc w:val="center"/>
        </w:trPr>
        <w:tc>
          <w:tcPr>
            <w:tcW w:w="680"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vAlign w:val="center"/>
          </w:tcPr>
          <w:p w14:paraId="2D0F80D8" w14:textId="77777777" w:rsidR="001A778F" w:rsidRPr="008802B2" w:rsidRDefault="00000000">
            <w:pPr>
              <w:spacing w:after="0" w:line="240" w:lineRule="auto"/>
              <w:jc w:val="center"/>
              <w:rPr>
                <w:sz w:val="26"/>
                <w:szCs w:val="26"/>
              </w:rPr>
            </w:pPr>
            <w:r w:rsidRPr="008802B2">
              <w:rPr>
                <w:b/>
                <w:sz w:val="26"/>
                <w:szCs w:val="26"/>
              </w:rPr>
              <w:t>TT</w:t>
            </w:r>
          </w:p>
        </w:tc>
        <w:tc>
          <w:tcPr>
            <w:tcW w:w="5159"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vAlign w:val="center"/>
          </w:tcPr>
          <w:p w14:paraId="46CEB2B0" w14:textId="77777777" w:rsidR="001A778F" w:rsidRPr="008802B2" w:rsidRDefault="00000000">
            <w:pPr>
              <w:spacing w:after="0" w:line="240" w:lineRule="auto"/>
              <w:jc w:val="center"/>
              <w:rPr>
                <w:sz w:val="26"/>
                <w:szCs w:val="26"/>
              </w:rPr>
            </w:pPr>
            <w:r w:rsidRPr="008802B2">
              <w:rPr>
                <w:b/>
                <w:sz w:val="26"/>
                <w:szCs w:val="26"/>
              </w:rPr>
              <w:t>Tên chỉ tiêu</w:t>
            </w:r>
          </w:p>
        </w:tc>
        <w:tc>
          <w:tcPr>
            <w:tcW w:w="1417"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vAlign w:val="center"/>
          </w:tcPr>
          <w:p w14:paraId="02A9EA13" w14:textId="77777777" w:rsidR="001A778F" w:rsidRPr="008802B2" w:rsidRDefault="00000000">
            <w:pPr>
              <w:spacing w:after="0" w:line="240" w:lineRule="auto"/>
              <w:jc w:val="center"/>
              <w:rPr>
                <w:sz w:val="26"/>
                <w:szCs w:val="26"/>
              </w:rPr>
            </w:pPr>
            <w:r w:rsidRPr="008802B2">
              <w:rPr>
                <w:b/>
                <w:sz w:val="26"/>
                <w:szCs w:val="26"/>
              </w:rPr>
              <w:t>Đơn vị tính</w:t>
            </w:r>
          </w:p>
        </w:tc>
        <w:tc>
          <w:tcPr>
            <w:tcW w:w="2098"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vAlign w:val="center"/>
          </w:tcPr>
          <w:p w14:paraId="4B85901A" w14:textId="77777777" w:rsidR="001A778F" w:rsidRPr="008802B2" w:rsidRDefault="00000000">
            <w:pPr>
              <w:spacing w:after="0" w:line="240" w:lineRule="auto"/>
              <w:jc w:val="center"/>
              <w:rPr>
                <w:sz w:val="26"/>
                <w:szCs w:val="26"/>
              </w:rPr>
            </w:pPr>
            <w:r w:rsidRPr="008802B2">
              <w:rPr>
                <w:b/>
                <w:sz w:val="26"/>
                <w:szCs w:val="26"/>
              </w:rPr>
              <w:t>9 tháng đầu năm 2026</w:t>
            </w:r>
          </w:p>
        </w:tc>
      </w:tr>
      <w:tr w:rsidR="001A778F" w:rsidRPr="008802B2" w14:paraId="5C457874" w14:textId="77777777">
        <w:trPr>
          <w:jc w:val="center"/>
        </w:trPr>
        <w:tc>
          <w:tcPr>
            <w:tcW w:w="9354" w:type="dxa"/>
            <w:gridSpan w:val="4"/>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vAlign w:val="center"/>
          </w:tcPr>
          <w:p w14:paraId="43818E86" w14:textId="77777777" w:rsidR="001A778F" w:rsidRPr="008802B2" w:rsidRDefault="00000000">
            <w:pPr>
              <w:spacing w:after="0" w:line="240" w:lineRule="auto"/>
              <w:rPr>
                <w:sz w:val="26"/>
                <w:szCs w:val="26"/>
              </w:rPr>
            </w:pPr>
            <w:r w:rsidRPr="008802B2">
              <w:rPr>
                <w:b/>
                <w:sz w:val="26"/>
                <w:szCs w:val="26"/>
              </w:rPr>
              <w:t>I. KHÁCH QUỐC TẾ</w:t>
            </w:r>
          </w:p>
        </w:tc>
      </w:tr>
      <w:tr w:rsidR="001A778F" w:rsidRPr="008802B2" w14:paraId="261F3C33" w14:textId="77777777">
        <w:trPr>
          <w:trHeight w:val="369"/>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02AE8CF" w14:textId="77777777" w:rsidR="001A778F" w:rsidRPr="008802B2" w:rsidRDefault="00000000">
            <w:pPr>
              <w:spacing w:after="0" w:line="240" w:lineRule="auto"/>
              <w:jc w:val="center"/>
              <w:rPr>
                <w:sz w:val="26"/>
                <w:szCs w:val="26"/>
              </w:rPr>
            </w:pPr>
            <w:r w:rsidRPr="008802B2">
              <w:rPr>
                <w:sz w:val="26"/>
                <w:szCs w:val="26"/>
              </w:rPr>
              <w:t>1</w:t>
            </w:r>
          </w:p>
        </w:tc>
        <w:tc>
          <w:tcPr>
            <w:tcW w:w="5159"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93231E7" w14:textId="77777777" w:rsidR="001A778F" w:rsidRPr="008802B2" w:rsidRDefault="00000000">
            <w:pPr>
              <w:spacing w:after="0" w:line="240" w:lineRule="auto"/>
              <w:rPr>
                <w:sz w:val="26"/>
                <w:szCs w:val="26"/>
              </w:rPr>
            </w:pPr>
            <w:r w:rsidRPr="008802B2">
              <w:rPr>
                <w:sz w:val="26"/>
                <w:szCs w:val="26"/>
              </w:rPr>
              <w:t>Số lượt khách</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55B1498D" w14:textId="77777777" w:rsidR="001A778F" w:rsidRPr="008802B2" w:rsidRDefault="00000000">
            <w:pPr>
              <w:spacing w:after="0" w:line="240" w:lineRule="auto"/>
              <w:jc w:val="center"/>
              <w:rPr>
                <w:sz w:val="26"/>
                <w:szCs w:val="26"/>
              </w:rPr>
            </w:pPr>
            <w:r w:rsidRPr="008802B2">
              <w:rPr>
                <w:sz w:val="26"/>
                <w:szCs w:val="26"/>
              </w:rPr>
              <w:t>Lượt</w:t>
            </w:r>
          </w:p>
        </w:tc>
        <w:tc>
          <w:tcPr>
            <w:tcW w:w="2098"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0D5F8FE0" w14:textId="77777777" w:rsidR="001A778F" w:rsidRPr="008802B2" w:rsidRDefault="001A778F">
            <w:pPr>
              <w:spacing w:after="0" w:line="240" w:lineRule="auto"/>
              <w:rPr>
                <w:sz w:val="26"/>
                <w:szCs w:val="26"/>
              </w:rPr>
            </w:pPr>
          </w:p>
        </w:tc>
      </w:tr>
      <w:tr w:rsidR="001A778F" w:rsidRPr="008802B2" w14:paraId="4C9DEA79" w14:textId="77777777">
        <w:trPr>
          <w:trHeight w:val="369"/>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755305E" w14:textId="77777777" w:rsidR="001A778F" w:rsidRPr="008802B2" w:rsidRDefault="00000000">
            <w:pPr>
              <w:spacing w:after="0" w:line="240" w:lineRule="auto"/>
              <w:jc w:val="center"/>
              <w:rPr>
                <w:sz w:val="26"/>
                <w:szCs w:val="26"/>
              </w:rPr>
            </w:pPr>
            <w:r w:rsidRPr="008802B2">
              <w:rPr>
                <w:sz w:val="26"/>
                <w:szCs w:val="26"/>
              </w:rPr>
              <w:lastRenderedPageBreak/>
              <w:t>2</w:t>
            </w:r>
          </w:p>
        </w:tc>
        <w:tc>
          <w:tcPr>
            <w:tcW w:w="5159"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A2D56B2" w14:textId="77777777" w:rsidR="001A778F" w:rsidRPr="008802B2" w:rsidRDefault="00000000">
            <w:pPr>
              <w:spacing w:after="0" w:line="240" w:lineRule="auto"/>
              <w:rPr>
                <w:sz w:val="26"/>
                <w:szCs w:val="26"/>
              </w:rPr>
            </w:pPr>
            <w:r w:rsidRPr="008802B2">
              <w:rPr>
                <w:sz w:val="26"/>
                <w:szCs w:val="26"/>
              </w:rPr>
              <w:t>Tổng số đêm lưu trú</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863CE9E" w14:textId="77777777" w:rsidR="001A778F" w:rsidRPr="008802B2" w:rsidRDefault="00000000">
            <w:pPr>
              <w:spacing w:after="0" w:line="240" w:lineRule="auto"/>
              <w:jc w:val="center"/>
              <w:rPr>
                <w:sz w:val="26"/>
                <w:szCs w:val="26"/>
              </w:rPr>
            </w:pPr>
            <w:r w:rsidRPr="008802B2">
              <w:rPr>
                <w:sz w:val="26"/>
                <w:szCs w:val="26"/>
              </w:rPr>
              <w:t>Đêm</w:t>
            </w:r>
          </w:p>
        </w:tc>
        <w:tc>
          <w:tcPr>
            <w:tcW w:w="2098"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27FA6914" w14:textId="77777777" w:rsidR="001A778F" w:rsidRPr="008802B2" w:rsidRDefault="001A778F">
            <w:pPr>
              <w:spacing w:after="0" w:line="240" w:lineRule="auto"/>
              <w:rPr>
                <w:sz w:val="26"/>
                <w:szCs w:val="26"/>
              </w:rPr>
            </w:pPr>
          </w:p>
        </w:tc>
      </w:tr>
      <w:tr w:rsidR="001A778F" w:rsidRPr="008802B2" w14:paraId="638F9FB8" w14:textId="77777777">
        <w:trPr>
          <w:jc w:val="center"/>
        </w:trPr>
        <w:tc>
          <w:tcPr>
            <w:tcW w:w="9354" w:type="dxa"/>
            <w:gridSpan w:val="4"/>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vAlign w:val="center"/>
          </w:tcPr>
          <w:p w14:paraId="6139055D" w14:textId="77777777" w:rsidR="001A778F" w:rsidRPr="008802B2" w:rsidRDefault="00000000">
            <w:pPr>
              <w:spacing w:after="0" w:line="240" w:lineRule="auto"/>
              <w:rPr>
                <w:sz w:val="26"/>
                <w:szCs w:val="26"/>
              </w:rPr>
            </w:pPr>
            <w:r w:rsidRPr="008802B2">
              <w:rPr>
                <w:b/>
                <w:sz w:val="26"/>
                <w:szCs w:val="26"/>
              </w:rPr>
              <w:t>II. KHÁCH NỘI ĐỊA</w:t>
            </w:r>
          </w:p>
        </w:tc>
      </w:tr>
      <w:tr w:rsidR="001A778F" w:rsidRPr="008802B2" w14:paraId="72C560C4" w14:textId="77777777">
        <w:trPr>
          <w:trHeight w:val="369"/>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7EF3501" w14:textId="77777777" w:rsidR="001A778F" w:rsidRPr="008802B2" w:rsidRDefault="00000000">
            <w:pPr>
              <w:spacing w:after="0" w:line="240" w:lineRule="auto"/>
              <w:jc w:val="center"/>
              <w:rPr>
                <w:sz w:val="26"/>
                <w:szCs w:val="26"/>
              </w:rPr>
            </w:pPr>
            <w:r w:rsidRPr="008802B2">
              <w:rPr>
                <w:sz w:val="26"/>
                <w:szCs w:val="26"/>
              </w:rPr>
              <w:t>1</w:t>
            </w:r>
          </w:p>
        </w:tc>
        <w:tc>
          <w:tcPr>
            <w:tcW w:w="5159"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4ED13510" w14:textId="77777777" w:rsidR="001A778F" w:rsidRPr="008802B2" w:rsidRDefault="00000000">
            <w:pPr>
              <w:spacing w:after="0" w:line="240" w:lineRule="auto"/>
              <w:rPr>
                <w:sz w:val="26"/>
                <w:szCs w:val="26"/>
              </w:rPr>
            </w:pPr>
            <w:r w:rsidRPr="008802B2">
              <w:rPr>
                <w:sz w:val="26"/>
                <w:szCs w:val="26"/>
              </w:rPr>
              <w:t>Số lượt khách</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4AED8E83" w14:textId="77777777" w:rsidR="001A778F" w:rsidRPr="008802B2" w:rsidRDefault="00000000">
            <w:pPr>
              <w:spacing w:after="0" w:line="240" w:lineRule="auto"/>
              <w:jc w:val="center"/>
              <w:rPr>
                <w:sz w:val="26"/>
                <w:szCs w:val="26"/>
              </w:rPr>
            </w:pPr>
            <w:r w:rsidRPr="008802B2">
              <w:rPr>
                <w:sz w:val="26"/>
                <w:szCs w:val="26"/>
              </w:rPr>
              <w:t>Lượt</w:t>
            </w:r>
          </w:p>
        </w:tc>
        <w:tc>
          <w:tcPr>
            <w:tcW w:w="2098"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681206B" w14:textId="77777777" w:rsidR="001A778F" w:rsidRPr="008802B2" w:rsidRDefault="001A778F">
            <w:pPr>
              <w:spacing w:after="0" w:line="240" w:lineRule="auto"/>
              <w:rPr>
                <w:sz w:val="26"/>
                <w:szCs w:val="26"/>
              </w:rPr>
            </w:pPr>
          </w:p>
        </w:tc>
      </w:tr>
      <w:tr w:rsidR="001A778F" w:rsidRPr="008802B2" w14:paraId="1E3F8B16" w14:textId="77777777">
        <w:trPr>
          <w:trHeight w:val="369"/>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91E2C60" w14:textId="77777777" w:rsidR="001A778F" w:rsidRPr="008802B2" w:rsidRDefault="00000000">
            <w:pPr>
              <w:spacing w:after="0" w:line="240" w:lineRule="auto"/>
              <w:jc w:val="center"/>
              <w:rPr>
                <w:sz w:val="26"/>
                <w:szCs w:val="26"/>
              </w:rPr>
            </w:pPr>
            <w:r w:rsidRPr="008802B2">
              <w:rPr>
                <w:sz w:val="26"/>
                <w:szCs w:val="26"/>
              </w:rPr>
              <w:t>2</w:t>
            </w:r>
          </w:p>
        </w:tc>
        <w:tc>
          <w:tcPr>
            <w:tcW w:w="5159"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5992B61" w14:textId="77777777" w:rsidR="001A778F" w:rsidRPr="008802B2" w:rsidRDefault="00000000">
            <w:pPr>
              <w:spacing w:after="0" w:line="240" w:lineRule="auto"/>
              <w:rPr>
                <w:sz w:val="26"/>
                <w:szCs w:val="26"/>
              </w:rPr>
            </w:pPr>
            <w:r w:rsidRPr="008802B2">
              <w:rPr>
                <w:sz w:val="26"/>
                <w:szCs w:val="26"/>
              </w:rPr>
              <w:t>Tổng số đêm lưu trú</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5021ED2C" w14:textId="77777777" w:rsidR="001A778F" w:rsidRPr="008802B2" w:rsidRDefault="00000000">
            <w:pPr>
              <w:spacing w:after="0" w:line="240" w:lineRule="auto"/>
              <w:jc w:val="center"/>
              <w:rPr>
                <w:sz w:val="26"/>
                <w:szCs w:val="26"/>
              </w:rPr>
            </w:pPr>
            <w:r w:rsidRPr="008802B2">
              <w:rPr>
                <w:sz w:val="26"/>
                <w:szCs w:val="26"/>
              </w:rPr>
              <w:t>Đêm</w:t>
            </w:r>
          </w:p>
        </w:tc>
        <w:tc>
          <w:tcPr>
            <w:tcW w:w="2098"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40948F05" w14:textId="77777777" w:rsidR="001A778F" w:rsidRPr="008802B2" w:rsidRDefault="001A778F">
            <w:pPr>
              <w:spacing w:after="0" w:line="240" w:lineRule="auto"/>
              <w:rPr>
                <w:sz w:val="26"/>
                <w:szCs w:val="26"/>
              </w:rPr>
            </w:pPr>
          </w:p>
        </w:tc>
      </w:tr>
      <w:tr w:rsidR="001A778F" w:rsidRPr="008802B2" w14:paraId="2E235514" w14:textId="77777777">
        <w:trPr>
          <w:jc w:val="center"/>
        </w:trPr>
        <w:tc>
          <w:tcPr>
            <w:tcW w:w="9354" w:type="dxa"/>
            <w:gridSpan w:val="4"/>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vAlign w:val="center"/>
          </w:tcPr>
          <w:p w14:paraId="06C77D6C" w14:textId="77777777" w:rsidR="001A778F" w:rsidRPr="008802B2" w:rsidRDefault="00000000">
            <w:pPr>
              <w:spacing w:after="0" w:line="240" w:lineRule="auto"/>
              <w:rPr>
                <w:sz w:val="26"/>
                <w:szCs w:val="26"/>
              </w:rPr>
            </w:pPr>
            <w:r w:rsidRPr="008802B2">
              <w:rPr>
                <w:b/>
                <w:sz w:val="26"/>
                <w:szCs w:val="26"/>
              </w:rPr>
              <w:t>III. CÔNG SUẤT SỬ DỤNG PHÒNG</w:t>
            </w:r>
          </w:p>
        </w:tc>
      </w:tr>
      <w:tr w:rsidR="001A778F" w:rsidRPr="008802B2" w14:paraId="05456B45" w14:textId="77777777">
        <w:trPr>
          <w:trHeight w:val="369"/>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C83A6A0" w14:textId="77777777" w:rsidR="001A778F" w:rsidRPr="008802B2" w:rsidRDefault="00000000">
            <w:pPr>
              <w:spacing w:after="0" w:line="240" w:lineRule="auto"/>
              <w:jc w:val="center"/>
              <w:rPr>
                <w:sz w:val="26"/>
                <w:szCs w:val="26"/>
              </w:rPr>
            </w:pPr>
            <w:r w:rsidRPr="008802B2">
              <w:rPr>
                <w:sz w:val="26"/>
                <w:szCs w:val="26"/>
              </w:rPr>
              <w:t>1</w:t>
            </w:r>
          </w:p>
        </w:tc>
        <w:tc>
          <w:tcPr>
            <w:tcW w:w="5159"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019C111C" w14:textId="77777777" w:rsidR="001A778F" w:rsidRPr="008802B2" w:rsidRDefault="00000000">
            <w:pPr>
              <w:spacing w:after="0" w:line="240" w:lineRule="auto"/>
              <w:rPr>
                <w:sz w:val="26"/>
                <w:szCs w:val="26"/>
              </w:rPr>
            </w:pPr>
            <w:r w:rsidRPr="008802B2">
              <w:rPr>
                <w:sz w:val="26"/>
                <w:szCs w:val="26"/>
              </w:rPr>
              <w:t>Tổng số ngày phòng đã bán</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5B490F80" w14:textId="77777777" w:rsidR="001A778F" w:rsidRPr="008802B2" w:rsidRDefault="00000000">
            <w:pPr>
              <w:spacing w:after="0" w:line="240" w:lineRule="auto"/>
              <w:jc w:val="center"/>
              <w:rPr>
                <w:sz w:val="26"/>
                <w:szCs w:val="26"/>
              </w:rPr>
            </w:pPr>
            <w:r w:rsidRPr="008802B2">
              <w:rPr>
                <w:sz w:val="26"/>
                <w:szCs w:val="26"/>
              </w:rPr>
              <w:t>Ngày phòng</w:t>
            </w:r>
          </w:p>
        </w:tc>
        <w:tc>
          <w:tcPr>
            <w:tcW w:w="2098"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CE48169" w14:textId="77777777" w:rsidR="001A778F" w:rsidRPr="008802B2" w:rsidRDefault="001A778F">
            <w:pPr>
              <w:spacing w:after="0" w:line="240" w:lineRule="auto"/>
              <w:rPr>
                <w:sz w:val="26"/>
                <w:szCs w:val="26"/>
              </w:rPr>
            </w:pPr>
          </w:p>
        </w:tc>
      </w:tr>
      <w:tr w:rsidR="001A778F" w:rsidRPr="008802B2" w14:paraId="413B8CF0" w14:textId="77777777">
        <w:trPr>
          <w:trHeight w:val="369"/>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5330EC8A" w14:textId="77777777" w:rsidR="001A778F" w:rsidRPr="008802B2" w:rsidRDefault="00000000">
            <w:pPr>
              <w:spacing w:after="0" w:line="240" w:lineRule="auto"/>
              <w:jc w:val="center"/>
              <w:rPr>
                <w:sz w:val="26"/>
                <w:szCs w:val="26"/>
              </w:rPr>
            </w:pPr>
            <w:r w:rsidRPr="008802B2">
              <w:rPr>
                <w:sz w:val="26"/>
                <w:szCs w:val="26"/>
              </w:rPr>
              <w:t>2</w:t>
            </w:r>
          </w:p>
        </w:tc>
        <w:tc>
          <w:tcPr>
            <w:tcW w:w="5159"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6EF45FF" w14:textId="77777777" w:rsidR="001A778F" w:rsidRPr="008802B2" w:rsidRDefault="00000000">
            <w:pPr>
              <w:spacing w:after="0" w:line="240" w:lineRule="auto"/>
              <w:rPr>
                <w:sz w:val="26"/>
                <w:szCs w:val="26"/>
              </w:rPr>
            </w:pPr>
            <w:r w:rsidRPr="008802B2">
              <w:rPr>
                <w:sz w:val="26"/>
                <w:szCs w:val="26"/>
              </w:rPr>
              <w:t>Tổng số ngày phòng sẵn có để bán</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45D15A2" w14:textId="77777777" w:rsidR="001A778F" w:rsidRPr="008802B2" w:rsidRDefault="00000000">
            <w:pPr>
              <w:spacing w:after="0" w:line="240" w:lineRule="auto"/>
              <w:jc w:val="center"/>
              <w:rPr>
                <w:sz w:val="26"/>
                <w:szCs w:val="26"/>
              </w:rPr>
            </w:pPr>
            <w:r w:rsidRPr="008802B2">
              <w:rPr>
                <w:sz w:val="26"/>
                <w:szCs w:val="26"/>
              </w:rPr>
              <w:t>Ngày phòng</w:t>
            </w:r>
          </w:p>
        </w:tc>
        <w:tc>
          <w:tcPr>
            <w:tcW w:w="2098"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213EB6D" w14:textId="77777777" w:rsidR="001A778F" w:rsidRPr="008802B2" w:rsidRDefault="001A778F">
            <w:pPr>
              <w:spacing w:after="0" w:line="240" w:lineRule="auto"/>
              <w:rPr>
                <w:sz w:val="26"/>
                <w:szCs w:val="26"/>
              </w:rPr>
            </w:pPr>
          </w:p>
        </w:tc>
      </w:tr>
      <w:tr w:rsidR="001A778F" w:rsidRPr="008802B2" w14:paraId="5DCFCCFF" w14:textId="77777777">
        <w:trPr>
          <w:jc w:val="center"/>
        </w:trPr>
        <w:tc>
          <w:tcPr>
            <w:tcW w:w="9354" w:type="dxa"/>
            <w:gridSpan w:val="4"/>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vAlign w:val="center"/>
          </w:tcPr>
          <w:p w14:paraId="249AB2F3" w14:textId="77777777" w:rsidR="001A778F" w:rsidRPr="008802B2" w:rsidRDefault="00000000">
            <w:pPr>
              <w:spacing w:after="0" w:line="240" w:lineRule="auto"/>
              <w:rPr>
                <w:sz w:val="26"/>
                <w:szCs w:val="26"/>
              </w:rPr>
            </w:pPr>
            <w:r w:rsidRPr="008802B2">
              <w:rPr>
                <w:b/>
                <w:sz w:val="26"/>
                <w:szCs w:val="26"/>
              </w:rPr>
              <w:t>IV. DOANH THU</w:t>
            </w:r>
          </w:p>
        </w:tc>
      </w:tr>
      <w:tr w:rsidR="001A778F" w:rsidRPr="008802B2" w14:paraId="5F8DEA21" w14:textId="77777777">
        <w:trPr>
          <w:trHeight w:val="369"/>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07F83FBC" w14:textId="77777777" w:rsidR="001A778F" w:rsidRPr="008802B2" w:rsidRDefault="00000000">
            <w:pPr>
              <w:spacing w:after="0" w:line="240" w:lineRule="auto"/>
              <w:jc w:val="center"/>
              <w:rPr>
                <w:sz w:val="26"/>
                <w:szCs w:val="26"/>
              </w:rPr>
            </w:pPr>
            <w:r w:rsidRPr="008802B2">
              <w:rPr>
                <w:sz w:val="26"/>
                <w:szCs w:val="26"/>
              </w:rPr>
              <w:t>1</w:t>
            </w:r>
          </w:p>
        </w:tc>
        <w:tc>
          <w:tcPr>
            <w:tcW w:w="5159"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59B1D4C1" w14:textId="77777777" w:rsidR="001A778F" w:rsidRPr="008802B2" w:rsidRDefault="00000000">
            <w:pPr>
              <w:spacing w:after="0" w:line="240" w:lineRule="auto"/>
              <w:rPr>
                <w:sz w:val="26"/>
                <w:szCs w:val="26"/>
              </w:rPr>
            </w:pPr>
            <w:r w:rsidRPr="008802B2">
              <w:rPr>
                <w:sz w:val="26"/>
                <w:szCs w:val="26"/>
              </w:rPr>
              <w:t>Dịch vụ lưu trú</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63BD891" w14:textId="77777777" w:rsidR="001A778F" w:rsidRPr="008802B2" w:rsidRDefault="00000000">
            <w:pPr>
              <w:spacing w:after="0" w:line="240" w:lineRule="auto"/>
              <w:jc w:val="center"/>
              <w:rPr>
                <w:sz w:val="26"/>
                <w:szCs w:val="26"/>
              </w:rPr>
            </w:pPr>
            <w:r w:rsidRPr="008802B2">
              <w:rPr>
                <w:sz w:val="26"/>
                <w:szCs w:val="26"/>
              </w:rPr>
              <w:t>Triệu đồng</w:t>
            </w:r>
          </w:p>
        </w:tc>
        <w:tc>
          <w:tcPr>
            <w:tcW w:w="2098"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0EFEE19" w14:textId="77777777" w:rsidR="001A778F" w:rsidRPr="008802B2" w:rsidRDefault="001A778F">
            <w:pPr>
              <w:spacing w:after="0" w:line="240" w:lineRule="auto"/>
              <w:rPr>
                <w:sz w:val="26"/>
                <w:szCs w:val="26"/>
              </w:rPr>
            </w:pPr>
          </w:p>
        </w:tc>
      </w:tr>
      <w:tr w:rsidR="001A778F" w:rsidRPr="008802B2" w14:paraId="5B1DA24C" w14:textId="77777777">
        <w:trPr>
          <w:trHeight w:val="369"/>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625BE4E7" w14:textId="77777777" w:rsidR="001A778F" w:rsidRPr="008802B2" w:rsidRDefault="00000000">
            <w:pPr>
              <w:spacing w:after="0" w:line="240" w:lineRule="auto"/>
              <w:jc w:val="center"/>
              <w:rPr>
                <w:sz w:val="26"/>
                <w:szCs w:val="26"/>
              </w:rPr>
            </w:pPr>
            <w:r w:rsidRPr="008802B2">
              <w:rPr>
                <w:sz w:val="26"/>
                <w:szCs w:val="26"/>
              </w:rPr>
              <w:t>2</w:t>
            </w:r>
          </w:p>
        </w:tc>
        <w:tc>
          <w:tcPr>
            <w:tcW w:w="5159"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A6967DA" w14:textId="77777777" w:rsidR="001A778F" w:rsidRPr="008802B2" w:rsidRDefault="00000000">
            <w:pPr>
              <w:spacing w:after="0" w:line="240" w:lineRule="auto"/>
              <w:rPr>
                <w:sz w:val="26"/>
                <w:szCs w:val="26"/>
              </w:rPr>
            </w:pPr>
            <w:r w:rsidRPr="008802B2">
              <w:rPr>
                <w:sz w:val="26"/>
                <w:szCs w:val="26"/>
              </w:rPr>
              <w:t>Dịch vụ ăn uống</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8C212A7" w14:textId="77777777" w:rsidR="001A778F" w:rsidRPr="008802B2" w:rsidRDefault="00000000">
            <w:pPr>
              <w:spacing w:after="0" w:line="240" w:lineRule="auto"/>
              <w:jc w:val="center"/>
              <w:rPr>
                <w:sz w:val="26"/>
                <w:szCs w:val="26"/>
              </w:rPr>
            </w:pPr>
            <w:r w:rsidRPr="008802B2">
              <w:rPr>
                <w:sz w:val="26"/>
                <w:szCs w:val="26"/>
              </w:rPr>
              <w:t>Triệu đồng</w:t>
            </w:r>
          </w:p>
        </w:tc>
        <w:tc>
          <w:tcPr>
            <w:tcW w:w="2098"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08525F45" w14:textId="77777777" w:rsidR="001A778F" w:rsidRPr="008802B2" w:rsidRDefault="001A778F">
            <w:pPr>
              <w:spacing w:after="0" w:line="240" w:lineRule="auto"/>
              <w:rPr>
                <w:sz w:val="26"/>
                <w:szCs w:val="26"/>
              </w:rPr>
            </w:pPr>
          </w:p>
        </w:tc>
      </w:tr>
      <w:tr w:rsidR="001A778F" w:rsidRPr="008802B2" w14:paraId="41CA77C6" w14:textId="77777777">
        <w:trPr>
          <w:trHeight w:val="369"/>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AE81B59" w14:textId="77777777" w:rsidR="001A778F" w:rsidRPr="008802B2" w:rsidRDefault="00000000">
            <w:pPr>
              <w:spacing w:after="0" w:line="240" w:lineRule="auto"/>
              <w:jc w:val="center"/>
              <w:rPr>
                <w:sz w:val="26"/>
                <w:szCs w:val="26"/>
              </w:rPr>
            </w:pPr>
            <w:r w:rsidRPr="008802B2">
              <w:rPr>
                <w:sz w:val="26"/>
                <w:szCs w:val="26"/>
              </w:rPr>
              <w:t>3</w:t>
            </w:r>
          </w:p>
        </w:tc>
        <w:tc>
          <w:tcPr>
            <w:tcW w:w="5159"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556DE1B9" w14:textId="77777777" w:rsidR="001A778F" w:rsidRPr="008802B2" w:rsidRDefault="00000000">
            <w:pPr>
              <w:spacing w:after="0" w:line="240" w:lineRule="auto"/>
              <w:rPr>
                <w:sz w:val="26"/>
                <w:szCs w:val="26"/>
              </w:rPr>
            </w:pPr>
            <w:r w:rsidRPr="008802B2">
              <w:rPr>
                <w:sz w:val="26"/>
                <w:szCs w:val="26"/>
              </w:rPr>
              <w:t>Dịch vụ khác</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3795F7A" w14:textId="77777777" w:rsidR="001A778F" w:rsidRPr="008802B2" w:rsidRDefault="00000000">
            <w:pPr>
              <w:spacing w:after="0" w:line="240" w:lineRule="auto"/>
              <w:jc w:val="center"/>
              <w:rPr>
                <w:sz w:val="26"/>
                <w:szCs w:val="26"/>
              </w:rPr>
            </w:pPr>
            <w:r w:rsidRPr="008802B2">
              <w:rPr>
                <w:sz w:val="26"/>
                <w:szCs w:val="26"/>
              </w:rPr>
              <w:t>Triệu đồng</w:t>
            </w:r>
          </w:p>
        </w:tc>
        <w:tc>
          <w:tcPr>
            <w:tcW w:w="2098"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250D365" w14:textId="77777777" w:rsidR="001A778F" w:rsidRPr="008802B2" w:rsidRDefault="001A778F">
            <w:pPr>
              <w:spacing w:after="0" w:line="240" w:lineRule="auto"/>
              <w:rPr>
                <w:sz w:val="26"/>
                <w:szCs w:val="26"/>
              </w:rPr>
            </w:pPr>
          </w:p>
        </w:tc>
      </w:tr>
    </w:tbl>
    <w:p w14:paraId="3B411264" w14:textId="77777777" w:rsidR="00A555FB" w:rsidRDefault="00A555FB" w:rsidP="00A555FB">
      <w:pPr>
        <w:spacing w:before="140" w:after="0"/>
        <w:jc w:val="both"/>
      </w:pPr>
      <w:r>
        <w:rPr>
          <w:rFonts w:ascii="Segoe UI Symbol" w:hAnsi="Segoe UI Symbol" w:cs="Segoe UI Symbol"/>
          <w:b/>
          <w:sz w:val="23"/>
        </w:rPr>
        <w:t>☐</w:t>
      </w:r>
      <w:r>
        <w:rPr>
          <w:b/>
          <w:sz w:val="23"/>
        </w:rPr>
        <w:t xml:space="preserve"> </w:t>
      </w:r>
      <w:proofErr w:type="spellStart"/>
      <w:r>
        <w:rPr>
          <w:b/>
          <w:sz w:val="23"/>
        </w:rPr>
        <w:t>Chúng</w:t>
      </w:r>
      <w:proofErr w:type="spellEnd"/>
      <w:r>
        <w:rPr>
          <w:b/>
          <w:sz w:val="23"/>
        </w:rPr>
        <w:t xml:space="preserve"> </w:t>
      </w:r>
      <w:proofErr w:type="spellStart"/>
      <w:r>
        <w:rPr>
          <w:b/>
          <w:sz w:val="23"/>
        </w:rPr>
        <w:t>tôi</w:t>
      </w:r>
      <w:proofErr w:type="spellEnd"/>
      <w:r>
        <w:rPr>
          <w:b/>
          <w:sz w:val="23"/>
        </w:rPr>
        <w:t xml:space="preserve"> </w:t>
      </w:r>
      <w:proofErr w:type="spellStart"/>
      <w:r>
        <w:rPr>
          <w:b/>
          <w:sz w:val="23"/>
        </w:rPr>
        <w:t>đã</w:t>
      </w:r>
      <w:proofErr w:type="spellEnd"/>
      <w:r>
        <w:rPr>
          <w:b/>
          <w:sz w:val="23"/>
        </w:rPr>
        <w:t xml:space="preserve"> </w:t>
      </w:r>
      <w:proofErr w:type="spellStart"/>
      <w:r>
        <w:rPr>
          <w:b/>
          <w:sz w:val="23"/>
        </w:rPr>
        <w:t>kiểm</w:t>
      </w:r>
      <w:proofErr w:type="spellEnd"/>
      <w:r>
        <w:rPr>
          <w:b/>
          <w:sz w:val="23"/>
        </w:rPr>
        <w:t xml:space="preserve"> </w:t>
      </w:r>
      <w:proofErr w:type="spellStart"/>
      <w:r>
        <w:rPr>
          <w:b/>
          <w:sz w:val="23"/>
        </w:rPr>
        <w:t>tra</w:t>
      </w:r>
      <w:proofErr w:type="spellEnd"/>
      <w:r>
        <w:rPr>
          <w:b/>
          <w:sz w:val="23"/>
        </w:rPr>
        <w:t xml:space="preserve"> </w:t>
      </w:r>
      <w:proofErr w:type="spellStart"/>
      <w:r>
        <w:rPr>
          <w:b/>
          <w:sz w:val="23"/>
        </w:rPr>
        <w:t>số</w:t>
      </w:r>
      <w:proofErr w:type="spellEnd"/>
      <w:r>
        <w:rPr>
          <w:b/>
          <w:sz w:val="23"/>
        </w:rPr>
        <w:t xml:space="preserve"> </w:t>
      </w:r>
      <w:proofErr w:type="spellStart"/>
      <w:r>
        <w:rPr>
          <w:b/>
          <w:sz w:val="23"/>
        </w:rPr>
        <w:t>liệu</w:t>
      </w:r>
      <w:proofErr w:type="spellEnd"/>
      <w:r>
        <w:rPr>
          <w:b/>
          <w:sz w:val="23"/>
        </w:rPr>
        <w:t xml:space="preserve"> </w:t>
      </w:r>
      <w:proofErr w:type="spellStart"/>
      <w:r>
        <w:rPr>
          <w:b/>
          <w:sz w:val="23"/>
        </w:rPr>
        <w:t>kê</w:t>
      </w:r>
      <w:proofErr w:type="spellEnd"/>
      <w:r>
        <w:rPr>
          <w:b/>
          <w:sz w:val="23"/>
        </w:rPr>
        <w:t xml:space="preserve"> </w:t>
      </w:r>
      <w:proofErr w:type="spellStart"/>
      <w:r>
        <w:rPr>
          <w:b/>
          <w:sz w:val="23"/>
        </w:rPr>
        <w:t>khai</w:t>
      </w:r>
      <w:proofErr w:type="spellEnd"/>
      <w:r>
        <w:rPr>
          <w:b/>
          <w:sz w:val="23"/>
        </w:rPr>
        <w:t xml:space="preserve"> </w:t>
      </w:r>
      <w:proofErr w:type="spellStart"/>
      <w:r>
        <w:rPr>
          <w:b/>
          <w:sz w:val="23"/>
        </w:rPr>
        <w:t>trước</w:t>
      </w:r>
      <w:proofErr w:type="spellEnd"/>
      <w:r>
        <w:rPr>
          <w:b/>
          <w:sz w:val="23"/>
        </w:rPr>
        <w:t xml:space="preserve"> </w:t>
      </w:r>
      <w:proofErr w:type="spellStart"/>
      <w:r>
        <w:rPr>
          <w:b/>
          <w:sz w:val="23"/>
        </w:rPr>
        <w:t>khi</w:t>
      </w:r>
      <w:proofErr w:type="spellEnd"/>
      <w:r>
        <w:rPr>
          <w:b/>
          <w:sz w:val="23"/>
        </w:rPr>
        <w:t xml:space="preserve"> </w:t>
      </w:r>
      <w:proofErr w:type="spellStart"/>
      <w:r>
        <w:rPr>
          <w:b/>
          <w:sz w:val="23"/>
        </w:rPr>
        <w:t>gửi</w:t>
      </w:r>
      <w:proofErr w:type="spellEnd"/>
      <w:r>
        <w:rPr>
          <w:b/>
          <w:sz w:val="23"/>
        </w:rPr>
        <w:t xml:space="preserve">. </w:t>
      </w:r>
      <w:proofErr w:type="spellStart"/>
      <w:r>
        <w:rPr>
          <w:b/>
          <w:sz w:val="23"/>
        </w:rPr>
        <w:t>Chúng</w:t>
      </w:r>
      <w:proofErr w:type="spellEnd"/>
      <w:r>
        <w:rPr>
          <w:b/>
          <w:sz w:val="23"/>
        </w:rPr>
        <w:t xml:space="preserve"> </w:t>
      </w:r>
      <w:proofErr w:type="spellStart"/>
      <w:r>
        <w:rPr>
          <w:b/>
          <w:sz w:val="23"/>
        </w:rPr>
        <w:t>tôi</w:t>
      </w:r>
      <w:proofErr w:type="spellEnd"/>
      <w:r>
        <w:rPr>
          <w:b/>
          <w:sz w:val="23"/>
        </w:rPr>
        <w:t xml:space="preserve"> </w:t>
      </w:r>
      <w:proofErr w:type="spellStart"/>
      <w:r>
        <w:rPr>
          <w:b/>
          <w:sz w:val="23"/>
        </w:rPr>
        <w:t>xác</w:t>
      </w:r>
      <w:proofErr w:type="spellEnd"/>
      <w:r>
        <w:rPr>
          <w:b/>
          <w:sz w:val="23"/>
        </w:rPr>
        <w:t xml:space="preserve"> </w:t>
      </w:r>
      <w:proofErr w:type="spellStart"/>
      <w:r>
        <w:rPr>
          <w:b/>
          <w:sz w:val="23"/>
        </w:rPr>
        <w:t>nhận</w:t>
      </w:r>
      <w:proofErr w:type="spellEnd"/>
      <w:r>
        <w:rPr>
          <w:b/>
          <w:sz w:val="23"/>
        </w:rPr>
        <w:t xml:space="preserve"> </w:t>
      </w:r>
      <w:proofErr w:type="spellStart"/>
      <w:r>
        <w:rPr>
          <w:b/>
          <w:sz w:val="23"/>
        </w:rPr>
        <w:t>thông</w:t>
      </w:r>
      <w:proofErr w:type="spellEnd"/>
      <w:r>
        <w:rPr>
          <w:b/>
          <w:sz w:val="23"/>
        </w:rPr>
        <w:t xml:space="preserve"> tin </w:t>
      </w:r>
      <w:proofErr w:type="spellStart"/>
      <w:r>
        <w:rPr>
          <w:b/>
          <w:sz w:val="23"/>
        </w:rPr>
        <w:t>đã</w:t>
      </w:r>
      <w:proofErr w:type="spellEnd"/>
      <w:r>
        <w:rPr>
          <w:b/>
          <w:sz w:val="23"/>
        </w:rPr>
        <w:t xml:space="preserve"> </w:t>
      </w:r>
      <w:proofErr w:type="spellStart"/>
      <w:r>
        <w:rPr>
          <w:b/>
          <w:sz w:val="23"/>
        </w:rPr>
        <w:t>cung</w:t>
      </w:r>
      <w:proofErr w:type="spellEnd"/>
      <w:r>
        <w:rPr>
          <w:b/>
          <w:sz w:val="23"/>
        </w:rPr>
        <w:t xml:space="preserve"> </w:t>
      </w:r>
      <w:proofErr w:type="spellStart"/>
      <w:r>
        <w:rPr>
          <w:b/>
          <w:sz w:val="23"/>
        </w:rPr>
        <w:t>cấp</w:t>
      </w:r>
      <w:proofErr w:type="spellEnd"/>
      <w:r>
        <w:rPr>
          <w:b/>
          <w:sz w:val="23"/>
        </w:rPr>
        <w:t xml:space="preserve"> </w:t>
      </w:r>
      <w:proofErr w:type="spellStart"/>
      <w:r>
        <w:rPr>
          <w:b/>
          <w:sz w:val="23"/>
        </w:rPr>
        <w:t>trên</w:t>
      </w:r>
      <w:proofErr w:type="spellEnd"/>
      <w:r>
        <w:rPr>
          <w:b/>
          <w:sz w:val="23"/>
        </w:rPr>
        <w:t xml:space="preserve"> </w:t>
      </w:r>
      <w:proofErr w:type="spellStart"/>
      <w:r>
        <w:rPr>
          <w:b/>
          <w:sz w:val="23"/>
        </w:rPr>
        <w:t>đây</w:t>
      </w:r>
      <w:proofErr w:type="spellEnd"/>
      <w:r>
        <w:rPr>
          <w:b/>
          <w:sz w:val="23"/>
        </w:rPr>
        <w:t xml:space="preserve"> </w:t>
      </w:r>
      <w:proofErr w:type="spellStart"/>
      <w:r>
        <w:rPr>
          <w:b/>
          <w:sz w:val="23"/>
        </w:rPr>
        <w:t>là</w:t>
      </w:r>
      <w:proofErr w:type="spellEnd"/>
      <w:r>
        <w:rPr>
          <w:b/>
          <w:sz w:val="23"/>
        </w:rPr>
        <w:t xml:space="preserve"> </w:t>
      </w:r>
      <w:proofErr w:type="spellStart"/>
      <w:r>
        <w:rPr>
          <w:b/>
          <w:sz w:val="23"/>
        </w:rPr>
        <w:t>đúng</w:t>
      </w:r>
      <w:proofErr w:type="spellEnd"/>
      <w:r>
        <w:rPr>
          <w:b/>
          <w:sz w:val="23"/>
        </w:rPr>
        <w:t>.</w:t>
      </w:r>
    </w:p>
    <w:p w14:paraId="4BCD2653" w14:textId="77777777" w:rsidR="001A778F" w:rsidRDefault="00000000">
      <w:pPr>
        <w:spacing w:before="100"/>
        <w:jc w:val="right"/>
      </w:pPr>
      <w:r>
        <w:rPr>
          <w:sz w:val="23"/>
        </w:rPr>
        <w:t xml:space="preserve">…………………, </w:t>
      </w:r>
      <w:proofErr w:type="spellStart"/>
      <w:r>
        <w:rPr>
          <w:sz w:val="23"/>
        </w:rPr>
        <w:t>ngày</w:t>
      </w:r>
      <w:proofErr w:type="spellEnd"/>
      <w:r>
        <w:rPr>
          <w:sz w:val="23"/>
        </w:rPr>
        <w:t xml:space="preserve"> …… </w:t>
      </w:r>
      <w:proofErr w:type="spellStart"/>
      <w:r>
        <w:rPr>
          <w:sz w:val="23"/>
        </w:rPr>
        <w:t>tháng</w:t>
      </w:r>
      <w:proofErr w:type="spellEnd"/>
      <w:r>
        <w:rPr>
          <w:sz w:val="23"/>
        </w:rPr>
        <w:t xml:space="preserve"> …… năm 2026</w:t>
      </w:r>
    </w:p>
    <w:tbl>
      <w:tblPr>
        <w:tblW w:w="0" w:type="auto"/>
        <w:jc w:val="center"/>
        <w:tblLayout w:type="fixed"/>
        <w:tblLook w:val="04A0" w:firstRow="1" w:lastRow="0" w:firstColumn="1" w:lastColumn="0" w:noHBand="0" w:noVBand="1"/>
      </w:tblPr>
      <w:tblGrid>
        <w:gridCol w:w="4844"/>
        <w:gridCol w:w="4844"/>
      </w:tblGrid>
      <w:tr w:rsidR="001A778F" w14:paraId="46967871" w14:textId="77777777">
        <w:trPr>
          <w:trHeight w:val="340"/>
          <w:jc w:val="center"/>
        </w:trPr>
        <w:tc>
          <w:tcPr>
            <w:tcW w:w="4844" w:type="dxa"/>
            <w:tcBorders>
              <w:top w:val="nil"/>
              <w:left w:val="nil"/>
              <w:bottom w:val="nil"/>
              <w:right w:val="nil"/>
            </w:tcBorders>
            <w:tcMar>
              <w:top w:w="0" w:type="dxa"/>
              <w:left w:w="0" w:type="dxa"/>
              <w:bottom w:w="0" w:type="dxa"/>
              <w:right w:w="0" w:type="dxa"/>
            </w:tcMar>
          </w:tcPr>
          <w:p w14:paraId="18441479" w14:textId="77777777" w:rsidR="001A778F" w:rsidRDefault="00000000">
            <w:pPr>
              <w:jc w:val="center"/>
            </w:pPr>
            <w:r>
              <w:rPr>
                <w:b/>
                <w:sz w:val="23"/>
              </w:rPr>
              <w:t>Người kiểm tra phiếu</w:t>
            </w:r>
          </w:p>
        </w:tc>
        <w:tc>
          <w:tcPr>
            <w:tcW w:w="4844" w:type="dxa"/>
            <w:tcBorders>
              <w:top w:val="nil"/>
              <w:left w:val="nil"/>
              <w:bottom w:val="nil"/>
              <w:right w:val="nil"/>
            </w:tcBorders>
            <w:tcMar>
              <w:top w:w="0" w:type="dxa"/>
              <w:left w:w="0" w:type="dxa"/>
              <w:bottom w:w="0" w:type="dxa"/>
              <w:right w:w="0" w:type="dxa"/>
            </w:tcMar>
          </w:tcPr>
          <w:p w14:paraId="06D22307" w14:textId="77777777" w:rsidR="001A778F" w:rsidRDefault="00000000">
            <w:pPr>
              <w:jc w:val="center"/>
            </w:pPr>
            <w:r>
              <w:rPr>
                <w:b/>
                <w:sz w:val="23"/>
              </w:rPr>
              <w:t>Người lập biểu</w:t>
            </w:r>
          </w:p>
        </w:tc>
      </w:tr>
      <w:tr w:rsidR="001A778F" w14:paraId="57E26A8D" w14:textId="77777777">
        <w:trPr>
          <w:jc w:val="center"/>
        </w:trPr>
        <w:tc>
          <w:tcPr>
            <w:tcW w:w="4844" w:type="dxa"/>
            <w:tcBorders>
              <w:top w:val="nil"/>
              <w:left w:val="nil"/>
              <w:bottom w:val="nil"/>
              <w:right w:val="nil"/>
            </w:tcBorders>
            <w:tcMar>
              <w:top w:w="0" w:type="dxa"/>
              <w:left w:w="0" w:type="dxa"/>
              <w:bottom w:w="0" w:type="dxa"/>
              <w:right w:w="0" w:type="dxa"/>
            </w:tcMar>
          </w:tcPr>
          <w:p w14:paraId="15976A09" w14:textId="19221A00" w:rsidR="00900D9E" w:rsidRPr="001D540F" w:rsidRDefault="00000000" w:rsidP="001D540F">
            <w:pPr>
              <w:jc w:val="center"/>
              <w:rPr>
                <w:i/>
                <w:sz w:val="21"/>
              </w:rPr>
            </w:pPr>
            <w:r>
              <w:rPr>
                <w:i/>
                <w:sz w:val="21"/>
              </w:rPr>
              <w:t>(</w:t>
            </w:r>
            <w:proofErr w:type="spellStart"/>
            <w:r w:rsidR="00A555FB">
              <w:rPr>
                <w:i/>
                <w:sz w:val="21"/>
              </w:rPr>
              <w:t>Ký</w:t>
            </w:r>
            <w:proofErr w:type="spellEnd"/>
            <w:r w:rsidR="00A555FB">
              <w:rPr>
                <w:i/>
                <w:sz w:val="21"/>
              </w:rPr>
              <w:t xml:space="preserve"> </w:t>
            </w:r>
            <w:proofErr w:type="spellStart"/>
            <w:r w:rsidR="00A555FB">
              <w:rPr>
                <w:i/>
                <w:sz w:val="21"/>
              </w:rPr>
              <w:t>và</w:t>
            </w:r>
            <w:proofErr w:type="spellEnd"/>
            <w:r w:rsidR="00A555FB">
              <w:rPr>
                <w:i/>
                <w:sz w:val="21"/>
              </w:rPr>
              <w:t xml:space="preserve"> </w:t>
            </w:r>
            <w:proofErr w:type="spellStart"/>
            <w:r w:rsidR="00A555FB">
              <w:rPr>
                <w:i/>
                <w:sz w:val="21"/>
              </w:rPr>
              <w:t>ghi</w:t>
            </w:r>
            <w:proofErr w:type="spellEnd"/>
            <w:r w:rsidR="00A555FB">
              <w:rPr>
                <w:i/>
                <w:sz w:val="21"/>
              </w:rPr>
              <w:t xml:space="preserve"> </w:t>
            </w:r>
            <w:proofErr w:type="spellStart"/>
            <w:r w:rsidR="00A555FB">
              <w:rPr>
                <w:i/>
                <w:sz w:val="21"/>
              </w:rPr>
              <w:t>rõ</w:t>
            </w:r>
            <w:proofErr w:type="spellEnd"/>
            <w:r w:rsidR="00A555FB">
              <w:rPr>
                <w:i/>
                <w:sz w:val="21"/>
              </w:rPr>
              <w:t xml:space="preserve"> </w:t>
            </w:r>
            <w:proofErr w:type="spellStart"/>
            <w:r w:rsidR="00A555FB">
              <w:rPr>
                <w:i/>
                <w:sz w:val="21"/>
              </w:rPr>
              <w:t>họ</w:t>
            </w:r>
            <w:proofErr w:type="spellEnd"/>
            <w:r w:rsidR="00A555FB">
              <w:rPr>
                <w:i/>
                <w:sz w:val="21"/>
              </w:rPr>
              <w:t xml:space="preserve"> </w:t>
            </w:r>
            <w:proofErr w:type="spellStart"/>
            <w:r w:rsidR="00A555FB">
              <w:rPr>
                <w:i/>
                <w:sz w:val="21"/>
              </w:rPr>
              <w:t>tên</w:t>
            </w:r>
            <w:proofErr w:type="spellEnd"/>
            <w:r>
              <w:rPr>
                <w:i/>
                <w:sz w:val="21"/>
              </w:rPr>
              <w:t>)</w:t>
            </w:r>
          </w:p>
        </w:tc>
        <w:tc>
          <w:tcPr>
            <w:tcW w:w="4844" w:type="dxa"/>
            <w:tcBorders>
              <w:top w:val="nil"/>
              <w:left w:val="nil"/>
              <w:bottom w:val="nil"/>
              <w:right w:val="nil"/>
            </w:tcBorders>
            <w:tcMar>
              <w:top w:w="0" w:type="dxa"/>
              <w:left w:w="0" w:type="dxa"/>
              <w:bottom w:w="0" w:type="dxa"/>
              <w:right w:w="0" w:type="dxa"/>
            </w:tcMar>
          </w:tcPr>
          <w:p w14:paraId="6497039A" w14:textId="77777777" w:rsidR="001A778F" w:rsidRDefault="00000000">
            <w:pPr>
              <w:jc w:val="center"/>
              <w:rPr>
                <w:i/>
                <w:sz w:val="21"/>
              </w:rPr>
            </w:pPr>
            <w:r>
              <w:rPr>
                <w:i/>
                <w:sz w:val="21"/>
              </w:rPr>
              <w:t>(</w:t>
            </w:r>
            <w:proofErr w:type="spellStart"/>
            <w:r w:rsidR="00A555FB">
              <w:rPr>
                <w:i/>
                <w:sz w:val="21"/>
              </w:rPr>
              <w:t>Ký</w:t>
            </w:r>
            <w:proofErr w:type="spellEnd"/>
            <w:r w:rsidR="00A555FB">
              <w:rPr>
                <w:i/>
                <w:sz w:val="21"/>
              </w:rPr>
              <w:t xml:space="preserve"> </w:t>
            </w:r>
            <w:proofErr w:type="spellStart"/>
            <w:r w:rsidR="00A555FB">
              <w:rPr>
                <w:i/>
                <w:sz w:val="21"/>
              </w:rPr>
              <w:t>và</w:t>
            </w:r>
            <w:proofErr w:type="spellEnd"/>
            <w:r w:rsidR="00A555FB">
              <w:rPr>
                <w:i/>
                <w:sz w:val="21"/>
              </w:rPr>
              <w:t xml:space="preserve"> </w:t>
            </w:r>
            <w:proofErr w:type="spellStart"/>
            <w:r w:rsidR="00A555FB">
              <w:rPr>
                <w:i/>
                <w:sz w:val="21"/>
              </w:rPr>
              <w:t>ghi</w:t>
            </w:r>
            <w:proofErr w:type="spellEnd"/>
            <w:r w:rsidR="00A555FB">
              <w:rPr>
                <w:i/>
                <w:sz w:val="21"/>
              </w:rPr>
              <w:t xml:space="preserve"> </w:t>
            </w:r>
            <w:proofErr w:type="spellStart"/>
            <w:r w:rsidR="00A555FB">
              <w:rPr>
                <w:i/>
                <w:sz w:val="21"/>
              </w:rPr>
              <w:t>rõ</w:t>
            </w:r>
            <w:proofErr w:type="spellEnd"/>
            <w:r w:rsidR="00A555FB">
              <w:rPr>
                <w:i/>
                <w:sz w:val="21"/>
              </w:rPr>
              <w:t xml:space="preserve"> </w:t>
            </w:r>
            <w:proofErr w:type="spellStart"/>
            <w:r w:rsidR="00A555FB">
              <w:rPr>
                <w:i/>
                <w:sz w:val="21"/>
              </w:rPr>
              <w:t>họ</w:t>
            </w:r>
            <w:proofErr w:type="spellEnd"/>
            <w:r w:rsidR="00A555FB">
              <w:rPr>
                <w:i/>
                <w:sz w:val="21"/>
              </w:rPr>
              <w:t xml:space="preserve"> </w:t>
            </w:r>
            <w:proofErr w:type="spellStart"/>
            <w:r w:rsidR="00A555FB">
              <w:rPr>
                <w:i/>
                <w:sz w:val="21"/>
              </w:rPr>
              <w:t>tên</w:t>
            </w:r>
            <w:proofErr w:type="spellEnd"/>
            <w:r>
              <w:rPr>
                <w:i/>
                <w:sz w:val="21"/>
              </w:rPr>
              <w:t>)</w:t>
            </w:r>
          </w:p>
          <w:p w14:paraId="3D8E90EB" w14:textId="77777777" w:rsidR="0023340C" w:rsidRDefault="0023340C">
            <w:pPr>
              <w:jc w:val="center"/>
              <w:rPr>
                <w:i/>
                <w:sz w:val="21"/>
              </w:rPr>
            </w:pPr>
          </w:p>
          <w:p w14:paraId="6CCB8CB8" w14:textId="40FD66DD" w:rsidR="0023340C" w:rsidRDefault="0023340C" w:rsidP="0023340C"/>
        </w:tc>
      </w:tr>
    </w:tbl>
    <w:p w14:paraId="77966877" w14:textId="5CC5C43A" w:rsidR="0023340C" w:rsidRPr="0023340C" w:rsidRDefault="0023340C" w:rsidP="001D540F">
      <w:pPr>
        <w:keepNext/>
        <w:spacing w:after="40"/>
        <w:rPr>
          <w:sz w:val="19"/>
          <w:szCs w:val="19"/>
        </w:rPr>
      </w:pPr>
    </w:p>
    <w:sectPr w:rsidR="0023340C" w:rsidRPr="0023340C" w:rsidSect="004B3DAC">
      <w:footerReference w:type="default" r:id="rId8"/>
      <w:pgSz w:w="11906" w:h="16838" w:code="9"/>
      <w:pgMar w:top="1134" w:right="1134" w:bottom="1134"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C80F1" w14:textId="77777777" w:rsidR="00F70078" w:rsidRDefault="00F70078">
      <w:pPr>
        <w:spacing w:after="0" w:line="240" w:lineRule="auto"/>
      </w:pPr>
      <w:r>
        <w:separator/>
      </w:r>
    </w:p>
  </w:endnote>
  <w:endnote w:type="continuationSeparator" w:id="0">
    <w:p w14:paraId="6D853BE2" w14:textId="77777777" w:rsidR="00F70078" w:rsidRDefault="00F70078">
      <w:pPr>
        <w:spacing w:after="0" w:line="240" w:lineRule="auto"/>
      </w:pPr>
      <w:r>
        <w:continuationSeparator/>
      </w:r>
    </w:p>
  </w:endnote>
  <w:endnote w:id="1">
    <w:p w14:paraId="611670C4" w14:textId="77777777" w:rsidR="00900D9E" w:rsidRDefault="00900D9E" w:rsidP="00900D9E">
      <w:pPr>
        <w:spacing w:after="20"/>
        <w:jc w:val="both"/>
        <w:rPr>
          <w:sz w:val="19"/>
          <w:szCs w:val="19"/>
        </w:rPr>
      </w:pPr>
      <w:r>
        <w:rPr>
          <w:rStyle w:val="EndnoteReference"/>
        </w:rPr>
        <w:endnoteRef/>
      </w:r>
      <w:r>
        <w:t xml:space="preserve"> </w:t>
      </w:r>
      <w:r w:rsidRPr="0023340C">
        <w:rPr>
          <w:b/>
          <w:sz w:val="19"/>
          <w:szCs w:val="19"/>
        </w:rPr>
        <w:t>LƯU Ý KHI KÊ KHAI:</w:t>
      </w:r>
    </w:p>
    <w:p w14:paraId="34F0FCC0" w14:textId="77777777" w:rsidR="00900D9E" w:rsidRPr="0023340C" w:rsidRDefault="00900D9E" w:rsidP="00900D9E">
      <w:pPr>
        <w:spacing w:after="20"/>
        <w:jc w:val="both"/>
        <w:rPr>
          <w:sz w:val="19"/>
          <w:szCs w:val="19"/>
        </w:rPr>
      </w:pPr>
      <w:r w:rsidRPr="0023340C">
        <w:rPr>
          <w:sz w:val="19"/>
          <w:szCs w:val="19"/>
        </w:rPr>
        <w:t xml:space="preserve">- </w:t>
      </w:r>
      <w:proofErr w:type="spellStart"/>
      <w:r w:rsidRPr="0023340C">
        <w:rPr>
          <w:sz w:val="19"/>
          <w:szCs w:val="19"/>
        </w:rPr>
        <w:t>Kỳ</w:t>
      </w:r>
      <w:proofErr w:type="spellEnd"/>
      <w:r w:rsidRPr="0023340C">
        <w:rPr>
          <w:sz w:val="19"/>
          <w:szCs w:val="19"/>
        </w:rPr>
        <w:t xml:space="preserve"> </w:t>
      </w:r>
      <w:proofErr w:type="spellStart"/>
      <w:r w:rsidRPr="0023340C">
        <w:rPr>
          <w:sz w:val="19"/>
          <w:szCs w:val="19"/>
        </w:rPr>
        <w:t>số</w:t>
      </w:r>
      <w:proofErr w:type="spellEnd"/>
      <w:r w:rsidRPr="0023340C">
        <w:rPr>
          <w:sz w:val="19"/>
          <w:szCs w:val="19"/>
        </w:rPr>
        <w:t xml:space="preserve"> </w:t>
      </w:r>
      <w:proofErr w:type="spellStart"/>
      <w:r w:rsidRPr="0023340C">
        <w:rPr>
          <w:sz w:val="19"/>
          <w:szCs w:val="19"/>
        </w:rPr>
        <w:t>liệu</w:t>
      </w:r>
      <w:proofErr w:type="spellEnd"/>
      <w:r w:rsidRPr="0023340C">
        <w:rPr>
          <w:sz w:val="19"/>
          <w:szCs w:val="19"/>
        </w:rPr>
        <w:t xml:space="preserve">: 9 </w:t>
      </w:r>
      <w:proofErr w:type="spellStart"/>
      <w:r w:rsidRPr="0023340C">
        <w:rPr>
          <w:sz w:val="19"/>
          <w:szCs w:val="19"/>
        </w:rPr>
        <w:t>tháng</w:t>
      </w:r>
      <w:proofErr w:type="spellEnd"/>
      <w:r w:rsidRPr="0023340C">
        <w:rPr>
          <w:sz w:val="19"/>
          <w:szCs w:val="19"/>
        </w:rPr>
        <w:t xml:space="preserve"> </w:t>
      </w:r>
      <w:proofErr w:type="spellStart"/>
      <w:r w:rsidRPr="0023340C">
        <w:rPr>
          <w:sz w:val="19"/>
          <w:szCs w:val="19"/>
        </w:rPr>
        <w:t>năm</w:t>
      </w:r>
      <w:proofErr w:type="spellEnd"/>
      <w:r w:rsidRPr="0023340C">
        <w:rPr>
          <w:sz w:val="19"/>
          <w:szCs w:val="19"/>
        </w:rPr>
        <w:t xml:space="preserve"> 2026, </w:t>
      </w:r>
      <w:proofErr w:type="spellStart"/>
      <w:r w:rsidRPr="0023340C">
        <w:rPr>
          <w:sz w:val="19"/>
          <w:szCs w:val="19"/>
        </w:rPr>
        <w:t>từ</w:t>
      </w:r>
      <w:proofErr w:type="spellEnd"/>
      <w:r w:rsidRPr="0023340C">
        <w:rPr>
          <w:sz w:val="19"/>
          <w:szCs w:val="19"/>
        </w:rPr>
        <w:t xml:space="preserve"> 01/01/2026 </w:t>
      </w:r>
      <w:proofErr w:type="spellStart"/>
      <w:r w:rsidRPr="0023340C">
        <w:rPr>
          <w:sz w:val="19"/>
          <w:szCs w:val="19"/>
        </w:rPr>
        <w:t>đến</w:t>
      </w:r>
      <w:proofErr w:type="spellEnd"/>
      <w:r w:rsidRPr="0023340C">
        <w:rPr>
          <w:sz w:val="19"/>
          <w:szCs w:val="19"/>
        </w:rPr>
        <w:t xml:space="preserve"> </w:t>
      </w:r>
      <w:proofErr w:type="spellStart"/>
      <w:r w:rsidRPr="0023340C">
        <w:rPr>
          <w:sz w:val="19"/>
          <w:szCs w:val="19"/>
        </w:rPr>
        <w:t>hết</w:t>
      </w:r>
      <w:proofErr w:type="spellEnd"/>
      <w:r w:rsidRPr="0023340C">
        <w:rPr>
          <w:sz w:val="19"/>
          <w:szCs w:val="19"/>
        </w:rPr>
        <w:t xml:space="preserve"> 30/9/2026. </w:t>
      </w:r>
    </w:p>
    <w:p w14:paraId="1C1D1AA8" w14:textId="77777777" w:rsidR="00900D9E" w:rsidRPr="0023340C" w:rsidRDefault="00900D9E" w:rsidP="00900D9E">
      <w:pPr>
        <w:spacing w:after="20"/>
        <w:jc w:val="both"/>
        <w:rPr>
          <w:sz w:val="19"/>
          <w:szCs w:val="19"/>
        </w:rPr>
      </w:pPr>
      <w:r w:rsidRPr="0023340C">
        <w:rPr>
          <w:sz w:val="19"/>
          <w:szCs w:val="19"/>
        </w:rPr>
        <w:t xml:space="preserve">- </w:t>
      </w:r>
      <w:proofErr w:type="spellStart"/>
      <w:r w:rsidRPr="0023340C">
        <w:rPr>
          <w:sz w:val="19"/>
          <w:szCs w:val="19"/>
        </w:rPr>
        <w:t>Nếu</w:t>
      </w:r>
      <w:proofErr w:type="spellEnd"/>
      <w:r w:rsidRPr="0023340C">
        <w:rPr>
          <w:sz w:val="19"/>
          <w:szCs w:val="19"/>
        </w:rPr>
        <w:t xml:space="preserve"> </w:t>
      </w:r>
      <w:proofErr w:type="spellStart"/>
      <w:r w:rsidRPr="0023340C">
        <w:rPr>
          <w:sz w:val="19"/>
          <w:szCs w:val="19"/>
        </w:rPr>
        <w:t>không</w:t>
      </w:r>
      <w:proofErr w:type="spellEnd"/>
      <w:r w:rsidRPr="0023340C">
        <w:rPr>
          <w:sz w:val="19"/>
          <w:szCs w:val="19"/>
        </w:rPr>
        <w:t xml:space="preserve"> </w:t>
      </w:r>
      <w:proofErr w:type="spellStart"/>
      <w:r w:rsidRPr="0023340C">
        <w:rPr>
          <w:sz w:val="19"/>
          <w:szCs w:val="19"/>
        </w:rPr>
        <w:t>phát</w:t>
      </w:r>
      <w:proofErr w:type="spellEnd"/>
      <w:r w:rsidRPr="0023340C">
        <w:rPr>
          <w:sz w:val="19"/>
          <w:szCs w:val="19"/>
        </w:rPr>
        <w:t xml:space="preserve"> </w:t>
      </w:r>
      <w:proofErr w:type="spellStart"/>
      <w:r w:rsidRPr="0023340C">
        <w:rPr>
          <w:sz w:val="19"/>
          <w:szCs w:val="19"/>
        </w:rPr>
        <w:t>sinh</w:t>
      </w:r>
      <w:proofErr w:type="spellEnd"/>
      <w:r w:rsidRPr="0023340C">
        <w:rPr>
          <w:sz w:val="19"/>
          <w:szCs w:val="19"/>
        </w:rPr>
        <w:t xml:space="preserve">, </w:t>
      </w:r>
      <w:proofErr w:type="spellStart"/>
      <w:r w:rsidRPr="0023340C">
        <w:rPr>
          <w:sz w:val="19"/>
          <w:szCs w:val="19"/>
        </w:rPr>
        <w:t>nhập</w:t>
      </w:r>
      <w:proofErr w:type="spellEnd"/>
      <w:r w:rsidRPr="0023340C">
        <w:rPr>
          <w:sz w:val="19"/>
          <w:szCs w:val="19"/>
        </w:rPr>
        <w:t xml:space="preserve"> 0.</w:t>
      </w:r>
    </w:p>
    <w:p w14:paraId="23946EC2" w14:textId="77777777" w:rsidR="00900D9E" w:rsidRPr="0023340C" w:rsidRDefault="00900D9E" w:rsidP="00900D9E">
      <w:pPr>
        <w:spacing w:after="20"/>
        <w:jc w:val="both"/>
        <w:rPr>
          <w:sz w:val="19"/>
          <w:szCs w:val="19"/>
        </w:rPr>
      </w:pPr>
      <w:r w:rsidRPr="0023340C">
        <w:rPr>
          <w:sz w:val="19"/>
          <w:szCs w:val="19"/>
        </w:rPr>
        <w:t xml:space="preserve">- Các </w:t>
      </w:r>
      <w:proofErr w:type="spellStart"/>
      <w:r w:rsidRPr="0023340C">
        <w:rPr>
          <w:sz w:val="19"/>
          <w:szCs w:val="19"/>
        </w:rPr>
        <w:t>chỉ</w:t>
      </w:r>
      <w:proofErr w:type="spellEnd"/>
      <w:r w:rsidRPr="0023340C">
        <w:rPr>
          <w:sz w:val="19"/>
          <w:szCs w:val="19"/>
        </w:rPr>
        <w:t xml:space="preserve"> </w:t>
      </w:r>
      <w:proofErr w:type="spellStart"/>
      <w:r w:rsidRPr="0023340C">
        <w:rPr>
          <w:sz w:val="19"/>
          <w:szCs w:val="19"/>
        </w:rPr>
        <w:t>tiêu</w:t>
      </w:r>
      <w:proofErr w:type="spellEnd"/>
      <w:r w:rsidRPr="0023340C">
        <w:rPr>
          <w:sz w:val="19"/>
          <w:szCs w:val="19"/>
        </w:rPr>
        <w:t xml:space="preserve"> </w:t>
      </w:r>
      <w:proofErr w:type="spellStart"/>
      <w:r w:rsidRPr="0023340C">
        <w:rPr>
          <w:sz w:val="19"/>
          <w:szCs w:val="19"/>
        </w:rPr>
        <w:t>số</w:t>
      </w:r>
      <w:proofErr w:type="spellEnd"/>
      <w:r w:rsidRPr="0023340C">
        <w:rPr>
          <w:sz w:val="19"/>
          <w:szCs w:val="19"/>
        </w:rPr>
        <w:t xml:space="preserve"> </w:t>
      </w:r>
      <w:proofErr w:type="spellStart"/>
      <w:r w:rsidRPr="0023340C">
        <w:rPr>
          <w:sz w:val="19"/>
          <w:szCs w:val="19"/>
        </w:rPr>
        <w:t>lượng</w:t>
      </w:r>
      <w:proofErr w:type="spellEnd"/>
      <w:r w:rsidRPr="0023340C">
        <w:rPr>
          <w:sz w:val="19"/>
          <w:szCs w:val="19"/>
        </w:rPr>
        <w:t xml:space="preserve">: </w:t>
      </w:r>
      <w:proofErr w:type="spellStart"/>
      <w:r w:rsidRPr="0023340C">
        <w:rPr>
          <w:sz w:val="19"/>
          <w:szCs w:val="19"/>
        </w:rPr>
        <w:t>Điền</w:t>
      </w:r>
      <w:proofErr w:type="spellEnd"/>
      <w:r w:rsidRPr="0023340C">
        <w:rPr>
          <w:sz w:val="19"/>
          <w:szCs w:val="19"/>
        </w:rPr>
        <w:t xml:space="preserve"> </w:t>
      </w:r>
      <w:proofErr w:type="spellStart"/>
      <w:r w:rsidRPr="0023340C">
        <w:rPr>
          <w:sz w:val="19"/>
          <w:szCs w:val="19"/>
        </w:rPr>
        <w:t>bằng</w:t>
      </w:r>
      <w:proofErr w:type="spellEnd"/>
      <w:r w:rsidRPr="0023340C">
        <w:rPr>
          <w:sz w:val="19"/>
          <w:szCs w:val="19"/>
        </w:rPr>
        <w:t xml:space="preserve"> </w:t>
      </w:r>
      <w:proofErr w:type="spellStart"/>
      <w:r w:rsidRPr="0023340C">
        <w:rPr>
          <w:sz w:val="19"/>
          <w:szCs w:val="19"/>
        </w:rPr>
        <w:t>số</w:t>
      </w:r>
      <w:proofErr w:type="spellEnd"/>
      <w:r w:rsidRPr="0023340C">
        <w:rPr>
          <w:sz w:val="19"/>
          <w:szCs w:val="19"/>
        </w:rPr>
        <w:t xml:space="preserve"> </w:t>
      </w:r>
      <w:proofErr w:type="spellStart"/>
      <w:r w:rsidRPr="0023340C">
        <w:rPr>
          <w:sz w:val="19"/>
          <w:szCs w:val="19"/>
        </w:rPr>
        <w:t>nguyên</w:t>
      </w:r>
      <w:proofErr w:type="spellEnd"/>
      <w:r w:rsidRPr="0023340C">
        <w:rPr>
          <w:sz w:val="19"/>
          <w:szCs w:val="19"/>
        </w:rPr>
        <w:t xml:space="preserve">. </w:t>
      </w:r>
    </w:p>
    <w:p w14:paraId="1069C625" w14:textId="77777777" w:rsidR="00900D9E" w:rsidRPr="0023340C" w:rsidRDefault="00900D9E" w:rsidP="00900D9E">
      <w:pPr>
        <w:spacing w:after="20"/>
        <w:jc w:val="both"/>
        <w:rPr>
          <w:sz w:val="19"/>
          <w:szCs w:val="19"/>
        </w:rPr>
      </w:pPr>
      <w:r w:rsidRPr="0023340C">
        <w:rPr>
          <w:sz w:val="19"/>
          <w:szCs w:val="19"/>
        </w:rPr>
        <w:t xml:space="preserve">- Các </w:t>
      </w:r>
      <w:proofErr w:type="spellStart"/>
      <w:r w:rsidRPr="0023340C">
        <w:rPr>
          <w:sz w:val="19"/>
          <w:szCs w:val="19"/>
        </w:rPr>
        <w:t>chỉ</w:t>
      </w:r>
      <w:proofErr w:type="spellEnd"/>
      <w:r w:rsidRPr="0023340C">
        <w:rPr>
          <w:sz w:val="19"/>
          <w:szCs w:val="19"/>
        </w:rPr>
        <w:t xml:space="preserve"> </w:t>
      </w:r>
      <w:proofErr w:type="spellStart"/>
      <w:r w:rsidRPr="0023340C">
        <w:rPr>
          <w:sz w:val="19"/>
          <w:szCs w:val="19"/>
        </w:rPr>
        <w:t>tiêu</w:t>
      </w:r>
      <w:proofErr w:type="spellEnd"/>
      <w:r w:rsidRPr="0023340C">
        <w:rPr>
          <w:sz w:val="19"/>
          <w:szCs w:val="19"/>
        </w:rPr>
        <w:t xml:space="preserve"> </w:t>
      </w:r>
      <w:proofErr w:type="spellStart"/>
      <w:r w:rsidRPr="0023340C">
        <w:rPr>
          <w:sz w:val="19"/>
          <w:szCs w:val="19"/>
        </w:rPr>
        <w:t>doanh</w:t>
      </w:r>
      <w:proofErr w:type="spellEnd"/>
      <w:r w:rsidRPr="0023340C">
        <w:rPr>
          <w:sz w:val="19"/>
          <w:szCs w:val="19"/>
        </w:rPr>
        <w:t xml:space="preserve"> </w:t>
      </w:r>
      <w:proofErr w:type="spellStart"/>
      <w:r w:rsidRPr="0023340C">
        <w:rPr>
          <w:sz w:val="19"/>
          <w:szCs w:val="19"/>
        </w:rPr>
        <w:t>thu</w:t>
      </w:r>
      <w:proofErr w:type="spellEnd"/>
      <w:r w:rsidRPr="0023340C">
        <w:rPr>
          <w:sz w:val="19"/>
          <w:szCs w:val="19"/>
        </w:rPr>
        <w:t xml:space="preserve">: </w:t>
      </w:r>
      <w:proofErr w:type="spellStart"/>
      <w:r w:rsidRPr="0023340C">
        <w:rPr>
          <w:sz w:val="19"/>
          <w:szCs w:val="19"/>
        </w:rPr>
        <w:t>Điền</w:t>
      </w:r>
      <w:proofErr w:type="spellEnd"/>
      <w:r w:rsidRPr="0023340C">
        <w:rPr>
          <w:sz w:val="19"/>
          <w:szCs w:val="19"/>
        </w:rPr>
        <w:t xml:space="preserve"> </w:t>
      </w:r>
      <w:proofErr w:type="spellStart"/>
      <w:r w:rsidRPr="0023340C">
        <w:rPr>
          <w:sz w:val="19"/>
          <w:szCs w:val="19"/>
        </w:rPr>
        <w:t>theo</w:t>
      </w:r>
      <w:proofErr w:type="spellEnd"/>
      <w:r w:rsidRPr="0023340C">
        <w:rPr>
          <w:sz w:val="19"/>
          <w:szCs w:val="19"/>
        </w:rPr>
        <w:t xml:space="preserve"> </w:t>
      </w:r>
      <w:proofErr w:type="spellStart"/>
      <w:r w:rsidRPr="0023340C">
        <w:rPr>
          <w:sz w:val="19"/>
          <w:szCs w:val="19"/>
        </w:rPr>
        <w:t>đơn</w:t>
      </w:r>
      <w:proofErr w:type="spellEnd"/>
      <w:r w:rsidRPr="0023340C">
        <w:rPr>
          <w:sz w:val="19"/>
          <w:szCs w:val="19"/>
        </w:rPr>
        <w:t xml:space="preserve"> </w:t>
      </w:r>
      <w:proofErr w:type="spellStart"/>
      <w:r w:rsidRPr="0023340C">
        <w:rPr>
          <w:sz w:val="19"/>
          <w:szCs w:val="19"/>
        </w:rPr>
        <w:t>vị</w:t>
      </w:r>
      <w:proofErr w:type="spellEnd"/>
      <w:r w:rsidRPr="0023340C">
        <w:rPr>
          <w:sz w:val="19"/>
          <w:szCs w:val="19"/>
        </w:rPr>
        <w:t xml:space="preserve"> </w:t>
      </w:r>
      <w:proofErr w:type="spellStart"/>
      <w:r w:rsidRPr="0023340C">
        <w:rPr>
          <w:sz w:val="19"/>
          <w:szCs w:val="19"/>
        </w:rPr>
        <w:t>triệu</w:t>
      </w:r>
      <w:proofErr w:type="spellEnd"/>
      <w:r w:rsidRPr="0023340C">
        <w:rPr>
          <w:sz w:val="19"/>
          <w:szCs w:val="19"/>
        </w:rPr>
        <w:t xml:space="preserve"> </w:t>
      </w:r>
      <w:proofErr w:type="spellStart"/>
      <w:r w:rsidRPr="0023340C">
        <w:rPr>
          <w:sz w:val="19"/>
          <w:szCs w:val="19"/>
        </w:rPr>
        <w:t>đồng</w:t>
      </w:r>
      <w:proofErr w:type="spellEnd"/>
      <w:r w:rsidRPr="0023340C">
        <w:rPr>
          <w:sz w:val="19"/>
          <w:szCs w:val="19"/>
        </w:rPr>
        <w:t xml:space="preserve">. </w:t>
      </w:r>
      <w:proofErr w:type="spellStart"/>
      <w:r w:rsidRPr="0023340C">
        <w:rPr>
          <w:sz w:val="19"/>
          <w:szCs w:val="19"/>
        </w:rPr>
        <w:t>Nếu</w:t>
      </w:r>
      <w:proofErr w:type="spellEnd"/>
      <w:r w:rsidRPr="0023340C">
        <w:rPr>
          <w:sz w:val="19"/>
          <w:szCs w:val="19"/>
        </w:rPr>
        <w:t xml:space="preserve"> </w:t>
      </w:r>
      <w:proofErr w:type="spellStart"/>
      <w:r w:rsidRPr="0023340C">
        <w:rPr>
          <w:sz w:val="19"/>
          <w:szCs w:val="19"/>
        </w:rPr>
        <w:t>có</w:t>
      </w:r>
      <w:proofErr w:type="spellEnd"/>
      <w:r w:rsidRPr="0023340C">
        <w:rPr>
          <w:sz w:val="19"/>
          <w:szCs w:val="19"/>
        </w:rPr>
        <w:t xml:space="preserve"> </w:t>
      </w:r>
      <w:proofErr w:type="spellStart"/>
      <w:r w:rsidRPr="0023340C">
        <w:rPr>
          <w:sz w:val="19"/>
          <w:szCs w:val="19"/>
        </w:rPr>
        <w:t>số</w:t>
      </w:r>
      <w:proofErr w:type="spellEnd"/>
      <w:r w:rsidRPr="0023340C">
        <w:rPr>
          <w:sz w:val="19"/>
          <w:szCs w:val="19"/>
        </w:rPr>
        <w:t xml:space="preserve"> </w:t>
      </w:r>
      <w:proofErr w:type="spellStart"/>
      <w:r w:rsidRPr="0023340C">
        <w:rPr>
          <w:sz w:val="19"/>
          <w:szCs w:val="19"/>
        </w:rPr>
        <w:t>thập</w:t>
      </w:r>
      <w:proofErr w:type="spellEnd"/>
      <w:r w:rsidRPr="0023340C">
        <w:rPr>
          <w:sz w:val="19"/>
          <w:szCs w:val="19"/>
        </w:rPr>
        <w:t xml:space="preserve"> </w:t>
      </w:r>
      <w:proofErr w:type="spellStart"/>
      <w:r w:rsidRPr="0023340C">
        <w:rPr>
          <w:sz w:val="19"/>
          <w:szCs w:val="19"/>
        </w:rPr>
        <w:t>phân</w:t>
      </w:r>
      <w:proofErr w:type="spellEnd"/>
      <w:r w:rsidRPr="0023340C">
        <w:rPr>
          <w:sz w:val="19"/>
          <w:szCs w:val="19"/>
        </w:rPr>
        <w:t xml:space="preserve">, </w:t>
      </w:r>
      <w:proofErr w:type="spellStart"/>
      <w:r w:rsidRPr="0023340C">
        <w:rPr>
          <w:sz w:val="19"/>
          <w:szCs w:val="19"/>
        </w:rPr>
        <w:t>sử</w:t>
      </w:r>
      <w:proofErr w:type="spellEnd"/>
      <w:r w:rsidRPr="0023340C">
        <w:rPr>
          <w:sz w:val="19"/>
          <w:szCs w:val="19"/>
        </w:rPr>
        <w:t xml:space="preserve"> </w:t>
      </w:r>
      <w:proofErr w:type="spellStart"/>
      <w:r w:rsidRPr="0023340C">
        <w:rPr>
          <w:sz w:val="19"/>
          <w:szCs w:val="19"/>
        </w:rPr>
        <w:t>dụng</w:t>
      </w:r>
      <w:proofErr w:type="spellEnd"/>
      <w:r w:rsidRPr="0023340C">
        <w:rPr>
          <w:sz w:val="19"/>
          <w:szCs w:val="19"/>
        </w:rPr>
        <w:t xml:space="preserve"> </w:t>
      </w:r>
      <w:proofErr w:type="spellStart"/>
      <w:r w:rsidRPr="0023340C">
        <w:rPr>
          <w:sz w:val="19"/>
          <w:szCs w:val="19"/>
        </w:rPr>
        <w:t>dấu</w:t>
      </w:r>
      <w:proofErr w:type="spellEnd"/>
      <w:r w:rsidRPr="0023340C">
        <w:rPr>
          <w:sz w:val="19"/>
          <w:szCs w:val="19"/>
        </w:rPr>
        <w:t xml:space="preserve"> </w:t>
      </w:r>
      <w:proofErr w:type="spellStart"/>
      <w:r w:rsidRPr="0023340C">
        <w:rPr>
          <w:sz w:val="19"/>
          <w:szCs w:val="19"/>
        </w:rPr>
        <w:t>phẩy</w:t>
      </w:r>
      <w:proofErr w:type="spellEnd"/>
      <w:r w:rsidRPr="0023340C">
        <w:rPr>
          <w:sz w:val="19"/>
          <w:szCs w:val="19"/>
        </w:rPr>
        <w:t xml:space="preserve"> (</w:t>
      </w:r>
      <w:proofErr w:type="spellStart"/>
      <w:r w:rsidRPr="0023340C">
        <w:rPr>
          <w:sz w:val="19"/>
          <w:szCs w:val="19"/>
        </w:rPr>
        <w:t>ví</w:t>
      </w:r>
      <w:proofErr w:type="spellEnd"/>
      <w:r w:rsidRPr="0023340C">
        <w:rPr>
          <w:sz w:val="19"/>
          <w:szCs w:val="19"/>
        </w:rPr>
        <w:t xml:space="preserve"> </w:t>
      </w:r>
      <w:proofErr w:type="spellStart"/>
      <w:r w:rsidRPr="0023340C">
        <w:rPr>
          <w:sz w:val="19"/>
          <w:szCs w:val="19"/>
        </w:rPr>
        <w:t>dụ</w:t>
      </w:r>
      <w:proofErr w:type="spellEnd"/>
      <w:r w:rsidRPr="0023340C">
        <w:rPr>
          <w:sz w:val="19"/>
          <w:szCs w:val="19"/>
        </w:rPr>
        <w:t>: 1.250,5).</w:t>
      </w:r>
    </w:p>
    <w:p w14:paraId="44E33FB9" w14:textId="77777777" w:rsidR="00900D9E" w:rsidRPr="0023340C" w:rsidRDefault="00900D9E" w:rsidP="00900D9E">
      <w:pPr>
        <w:spacing w:after="20"/>
        <w:jc w:val="both"/>
        <w:rPr>
          <w:sz w:val="19"/>
          <w:szCs w:val="19"/>
        </w:rPr>
      </w:pPr>
      <w:r w:rsidRPr="0023340C">
        <w:rPr>
          <w:sz w:val="19"/>
          <w:szCs w:val="19"/>
        </w:rPr>
        <w:t xml:space="preserve">- </w:t>
      </w:r>
      <w:proofErr w:type="spellStart"/>
      <w:r w:rsidRPr="0023340C">
        <w:rPr>
          <w:sz w:val="19"/>
          <w:szCs w:val="19"/>
        </w:rPr>
        <w:t>Tổng</w:t>
      </w:r>
      <w:proofErr w:type="spellEnd"/>
      <w:r w:rsidRPr="0023340C">
        <w:rPr>
          <w:sz w:val="19"/>
          <w:szCs w:val="19"/>
        </w:rPr>
        <w:t xml:space="preserve"> </w:t>
      </w:r>
      <w:proofErr w:type="spellStart"/>
      <w:r w:rsidRPr="0023340C">
        <w:rPr>
          <w:sz w:val="19"/>
          <w:szCs w:val="19"/>
        </w:rPr>
        <w:t>số</w:t>
      </w:r>
      <w:proofErr w:type="spellEnd"/>
      <w:r w:rsidRPr="0023340C">
        <w:rPr>
          <w:sz w:val="19"/>
          <w:szCs w:val="19"/>
        </w:rPr>
        <w:t xml:space="preserve"> </w:t>
      </w:r>
      <w:proofErr w:type="spellStart"/>
      <w:r w:rsidRPr="0023340C">
        <w:rPr>
          <w:sz w:val="19"/>
          <w:szCs w:val="19"/>
        </w:rPr>
        <w:t>ngày</w:t>
      </w:r>
      <w:proofErr w:type="spellEnd"/>
      <w:r w:rsidRPr="0023340C">
        <w:rPr>
          <w:sz w:val="19"/>
          <w:szCs w:val="19"/>
        </w:rPr>
        <w:t xml:space="preserve"> </w:t>
      </w:r>
      <w:proofErr w:type="spellStart"/>
      <w:r w:rsidRPr="0023340C">
        <w:rPr>
          <w:sz w:val="19"/>
          <w:szCs w:val="19"/>
        </w:rPr>
        <w:t>phòng</w:t>
      </w:r>
      <w:proofErr w:type="spellEnd"/>
      <w:r w:rsidRPr="0023340C">
        <w:rPr>
          <w:sz w:val="19"/>
          <w:szCs w:val="19"/>
        </w:rPr>
        <w:t xml:space="preserve"> </w:t>
      </w:r>
      <w:proofErr w:type="spellStart"/>
      <w:r w:rsidRPr="0023340C">
        <w:rPr>
          <w:sz w:val="19"/>
          <w:szCs w:val="19"/>
        </w:rPr>
        <w:t>đã</w:t>
      </w:r>
      <w:proofErr w:type="spellEnd"/>
      <w:r w:rsidRPr="0023340C">
        <w:rPr>
          <w:sz w:val="19"/>
          <w:szCs w:val="19"/>
        </w:rPr>
        <w:t xml:space="preserve"> </w:t>
      </w:r>
      <w:proofErr w:type="spellStart"/>
      <w:r w:rsidRPr="0023340C">
        <w:rPr>
          <w:sz w:val="19"/>
          <w:szCs w:val="19"/>
        </w:rPr>
        <w:t>bán</w:t>
      </w:r>
      <w:proofErr w:type="spellEnd"/>
      <w:r w:rsidRPr="0023340C">
        <w:rPr>
          <w:sz w:val="19"/>
          <w:szCs w:val="19"/>
        </w:rPr>
        <w:t xml:space="preserve"> </w:t>
      </w:r>
      <w:proofErr w:type="spellStart"/>
      <w:r w:rsidRPr="0023340C">
        <w:rPr>
          <w:sz w:val="19"/>
          <w:szCs w:val="19"/>
        </w:rPr>
        <w:t>phải</w:t>
      </w:r>
      <w:proofErr w:type="spellEnd"/>
      <w:r w:rsidRPr="0023340C">
        <w:rPr>
          <w:sz w:val="19"/>
          <w:szCs w:val="19"/>
        </w:rPr>
        <w:t xml:space="preserve"> </w:t>
      </w:r>
      <w:proofErr w:type="spellStart"/>
      <w:r w:rsidRPr="0023340C">
        <w:rPr>
          <w:sz w:val="19"/>
          <w:szCs w:val="19"/>
        </w:rPr>
        <w:t>nhỏ</w:t>
      </w:r>
      <w:proofErr w:type="spellEnd"/>
      <w:r w:rsidRPr="0023340C">
        <w:rPr>
          <w:sz w:val="19"/>
          <w:szCs w:val="19"/>
        </w:rPr>
        <w:t xml:space="preserve"> </w:t>
      </w:r>
      <w:proofErr w:type="spellStart"/>
      <w:r w:rsidRPr="0023340C">
        <w:rPr>
          <w:sz w:val="19"/>
          <w:szCs w:val="19"/>
        </w:rPr>
        <w:t>hơn</w:t>
      </w:r>
      <w:proofErr w:type="spellEnd"/>
      <w:r w:rsidRPr="0023340C">
        <w:rPr>
          <w:sz w:val="19"/>
          <w:szCs w:val="19"/>
        </w:rPr>
        <w:t xml:space="preserve"> </w:t>
      </w:r>
      <w:proofErr w:type="spellStart"/>
      <w:r w:rsidRPr="0023340C">
        <w:rPr>
          <w:sz w:val="19"/>
          <w:szCs w:val="19"/>
        </w:rPr>
        <w:t>hoặc</w:t>
      </w:r>
      <w:proofErr w:type="spellEnd"/>
      <w:r w:rsidRPr="0023340C">
        <w:rPr>
          <w:sz w:val="19"/>
          <w:szCs w:val="19"/>
        </w:rPr>
        <w:t xml:space="preserve"> </w:t>
      </w:r>
      <w:proofErr w:type="spellStart"/>
      <w:r w:rsidRPr="0023340C">
        <w:rPr>
          <w:sz w:val="19"/>
          <w:szCs w:val="19"/>
        </w:rPr>
        <w:t>bằng</w:t>
      </w:r>
      <w:proofErr w:type="spellEnd"/>
      <w:r w:rsidRPr="0023340C">
        <w:rPr>
          <w:sz w:val="19"/>
          <w:szCs w:val="19"/>
        </w:rPr>
        <w:t xml:space="preserve"> </w:t>
      </w:r>
      <w:proofErr w:type="spellStart"/>
      <w:r w:rsidRPr="0023340C">
        <w:rPr>
          <w:sz w:val="19"/>
          <w:szCs w:val="19"/>
        </w:rPr>
        <w:t>tổng</w:t>
      </w:r>
      <w:proofErr w:type="spellEnd"/>
      <w:r w:rsidRPr="0023340C">
        <w:rPr>
          <w:sz w:val="19"/>
          <w:szCs w:val="19"/>
        </w:rPr>
        <w:t xml:space="preserve"> </w:t>
      </w:r>
      <w:proofErr w:type="spellStart"/>
      <w:r w:rsidRPr="0023340C">
        <w:rPr>
          <w:sz w:val="19"/>
          <w:szCs w:val="19"/>
        </w:rPr>
        <w:t>số</w:t>
      </w:r>
      <w:proofErr w:type="spellEnd"/>
      <w:r w:rsidRPr="0023340C">
        <w:rPr>
          <w:sz w:val="19"/>
          <w:szCs w:val="19"/>
        </w:rPr>
        <w:t xml:space="preserve"> </w:t>
      </w:r>
      <w:proofErr w:type="spellStart"/>
      <w:r w:rsidRPr="0023340C">
        <w:rPr>
          <w:sz w:val="19"/>
          <w:szCs w:val="19"/>
        </w:rPr>
        <w:t>ngày</w:t>
      </w:r>
      <w:proofErr w:type="spellEnd"/>
      <w:r w:rsidRPr="0023340C">
        <w:rPr>
          <w:sz w:val="19"/>
          <w:szCs w:val="19"/>
        </w:rPr>
        <w:t xml:space="preserve"> </w:t>
      </w:r>
      <w:proofErr w:type="spellStart"/>
      <w:r w:rsidRPr="0023340C">
        <w:rPr>
          <w:sz w:val="19"/>
          <w:szCs w:val="19"/>
        </w:rPr>
        <w:t>phòng</w:t>
      </w:r>
      <w:proofErr w:type="spellEnd"/>
      <w:r w:rsidRPr="0023340C">
        <w:rPr>
          <w:sz w:val="19"/>
          <w:szCs w:val="19"/>
        </w:rPr>
        <w:t xml:space="preserve"> </w:t>
      </w:r>
      <w:proofErr w:type="spellStart"/>
      <w:r w:rsidRPr="0023340C">
        <w:rPr>
          <w:sz w:val="19"/>
          <w:szCs w:val="19"/>
        </w:rPr>
        <w:t>sẵn</w:t>
      </w:r>
      <w:proofErr w:type="spellEnd"/>
      <w:r w:rsidRPr="0023340C">
        <w:rPr>
          <w:sz w:val="19"/>
          <w:szCs w:val="19"/>
        </w:rPr>
        <w:t xml:space="preserve"> </w:t>
      </w:r>
      <w:proofErr w:type="spellStart"/>
      <w:r w:rsidRPr="0023340C">
        <w:rPr>
          <w:sz w:val="19"/>
          <w:szCs w:val="19"/>
        </w:rPr>
        <w:t>có</w:t>
      </w:r>
      <w:proofErr w:type="spellEnd"/>
      <w:r w:rsidRPr="0023340C">
        <w:rPr>
          <w:sz w:val="19"/>
          <w:szCs w:val="19"/>
        </w:rPr>
        <w:t xml:space="preserve"> </w:t>
      </w:r>
      <w:proofErr w:type="spellStart"/>
      <w:r w:rsidRPr="0023340C">
        <w:rPr>
          <w:sz w:val="19"/>
          <w:szCs w:val="19"/>
        </w:rPr>
        <w:t>để</w:t>
      </w:r>
      <w:proofErr w:type="spellEnd"/>
      <w:r w:rsidRPr="0023340C">
        <w:rPr>
          <w:sz w:val="19"/>
          <w:szCs w:val="19"/>
        </w:rPr>
        <w:t xml:space="preserve"> </w:t>
      </w:r>
      <w:proofErr w:type="spellStart"/>
      <w:r w:rsidRPr="0023340C">
        <w:rPr>
          <w:sz w:val="19"/>
          <w:szCs w:val="19"/>
        </w:rPr>
        <w:t>bán</w:t>
      </w:r>
      <w:proofErr w:type="spellEnd"/>
      <w:r w:rsidRPr="0023340C">
        <w:rPr>
          <w:sz w:val="19"/>
          <w:szCs w:val="19"/>
        </w:rPr>
        <w:t>.</w:t>
      </w:r>
    </w:p>
    <w:p w14:paraId="5D108495" w14:textId="77777777" w:rsidR="00900D9E" w:rsidRPr="0023340C" w:rsidRDefault="00900D9E" w:rsidP="00900D9E">
      <w:pPr>
        <w:spacing w:after="20"/>
        <w:jc w:val="both"/>
        <w:rPr>
          <w:sz w:val="19"/>
          <w:szCs w:val="19"/>
        </w:rPr>
      </w:pPr>
      <w:r w:rsidRPr="0023340C">
        <w:rPr>
          <w:sz w:val="19"/>
          <w:szCs w:val="19"/>
        </w:rPr>
        <w:t xml:space="preserve">- Vui </w:t>
      </w:r>
      <w:proofErr w:type="spellStart"/>
      <w:r w:rsidRPr="0023340C">
        <w:rPr>
          <w:sz w:val="19"/>
          <w:szCs w:val="19"/>
        </w:rPr>
        <w:t>lòng</w:t>
      </w:r>
      <w:proofErr w:type="spellEnd"/>
      <w:r w:rsidRPr="0023340C">
        <w:rPr>
          <w:sz w:val="19"/>
          <w:szCs w:val="19"/>
        </w:rPr>
        <w:t xml:space="preserve"> </w:t>
      </w:r>
      <w:proofErr w:type="spellStart"/>
      <w:r w:rsidRPr="0023340C">
        <w:rPr>
          <w:sz w:val="19"/>
          <w:szCs w:val="19"/>
        </w:rPr>
        <w:t>kiểm</w:t>
      </w:r>
      <w:proofErr w:type="spellEnd"/>
      <w:r w:rsidRPr="0023340C">
        <w:rPr>
          <w:sz w:val="19"/>
          <w:szCs w:val="19"/>
        </w:rPr>
        <w:t xml:space="preserve"> </w:t>
      </w:r>
      <w:proofErr w:type="spellStart"/>
      <w:r w:rsidRPr="0023340C">
        <w:rPr>
          <w:sz w:val="19"/>
          <w:szCs w:val="19"/>
        </w:rPr>
        <w:t>tra</w:t>
      </w:r>
      <w:proofErr w:type="spellEnd"/>
      <w:r w:rsidRPr="0023340C">
        <w:rPr>
          <w:sz w:val="19"/>
          <w:szCs w:val="19"/>
        </w:rPr>
        <w:t xml:space="preserve"> </w:t>
      </w:r>
      <w:proofErr w:type="spellStart"/>
      <w:r w:rsidRPr="0023340C">
        <w:rPr>
          <w:sz w:val="19"/>
          <w:szCs w:val="19"/>
        </w:rPr>
        <w:t>kỹ</w:t>
      </w:r>
      <w:proofErr w:type="spellEnd"/>
      <w:r w:rsidRPr="0023340C">
        <w:rPr>
          <w:sz w:val="19"/>
          <w:szCs w:val="19"/>
        </w:rPr>
        <w:t xml:space="preserve"> </w:t>
      </w:r>
      <w:proofErr w:type="spellStart"/>
      <w:r w:rsidRPr="0023340C">
        <w:rPr>
          <w:sz w:val="19"/>
          <w:szCs w:val="19"/>
        </w:rPr>
        <w:t>số</w:t>
      </w:r>
      <w:proofErr w:type="spellEnd"/>
      <w:r w:rsidRPr="0023340C">
        <w:rPr>
          <w:sz w:val="19"/>
          <w:szCs w:val="19"/>
        </w:rPr>
        <w:t xml:space="preserve"> </w:t>
      </w:r>
      <w:proofErr w:type="spellStart"/>
      <w:r w:rsidRPr="0023340C">
        <w:rPr>
          <w:sz w:val="19"/>
          <w:szCs w:val="19"/>
        </w:rPr>
        <w:t>liệu</w:t>
      </w:r>
      <w:proofErr w:type="spellEnd"/>
      <w:r w:rsidRPr="0023340C">
        <w:rPr>
          <w:sz w:val="19"/>
          <w:szCs w:val="19"/>
        </w:rPr>
        <w:t xml:space="preserve"> </w:t>
      </w:r>
      <w:proofErr w:type="spellStart"/>
      <w:r w:rsidRPr="0023340C">
        <w:rPr>
          <w:sz w:val="19"/>
          <w:szCs w:val="19"/>
        </w:rPr>
        <w:t>trước</w:t>
      </w:r>
      <w:proofErr w:type="spellEnd"/>
      <w:r w:rsidRPr="0023340C">
        <w:rPr>
          <w:sz w:val="19"/>
          <w:szCs w:val="19"/>
        </w:rPr>
        <w:t xml:space="preserve"> </w:t>
      </w:r>
      <w:proofErr w:type="spellStart"/>
      <w:r w:rsidRPr="0023340C">
        <w:rPr>
          <w:sz w:val="19"/>
          <w:szCs w:val="19"/>
        </w:rPr>
        <w:t>khi</w:t>
      </w:r>
      <w:proofErr w:type="spellEnd"/>
      <w:r w:rsidRPr="0023340C">
        <w:rPr>
          <w:sz w:val="19"/>
          <w:szCs w:val="19"/>
        </w:rPr>
        <w:t xml:space="preserve"> </w:t>
      </w:r>
      <w:proofErr w:type="spellStart"/>
      <w:r w:rsidRPr="0023340C">
        <w:rPr>
          <w:sz w:val="19"/>
          <w:szCs w:val="19"/>
        </w:rPr>
        <w:t>gửi</w:t>
      </w:r>
      <w:proofErr w:type="spellEnd"/>
      <w:r w:rsidRPr="0023340C">
        <w:rPr>
          <w:sz w:val="19"/>
          <w:szCs w:val="19"/>
        </w:rPr>
        <w:t>.</w:t>
      </w:r>
    </w:p>
    <w:p w14:paraId="5DBB22F1" w14:textId="77777777" w:rsidR="00900D9E" w:rsidRPr="0023340C" w:rsidRDefault="00900D9E" w:rsidP="00900D9E">
      <w:pPr>
        <w:keepNext/>
        <w:spacing w:after="40"/>
        <w:jc w:val="both"/>
        <w:rPr>
          <w:sz w:val="19"/>
          <w:szCs w:val="19"/>
        </w:rPr>
      </w:pPr>
      <w:r w:rsidRPr="0023340C">
        <w:rPr>
          <w:b/>
          <w:sz w:val="19"/>
          <w:szCs w:val="19"/>
        </w:rPr>
        <w:t>GHI CHÚ:</w:t>
      </w:r>
    </w:p>
    <w:p w14:paraId="6F385715" w14:textId="77777777" w:rsidR="00900D9E" w:rsidRPr="0023340C" w:rsidRDefault="00900D9E" w:rsidP="00900D9E">
      <w:pPr>
        <w:spacing w:after="20"/>
        <w:jc w:val="both"/>
        <w:rPr>
          <w:sz w:val="19"/>
          <w:szCs w:val="19"/>
        </w:rPr>
      </w:pPr>
      <w:r w:rsidRPr="0023340C">
        <w:rPr>
          <w:sz w:val="19"/>
          <w:szCs w:val="19"/>
        </w:rPr>
        <w:t xml:space="preserve">- </w:t>
      </w:r>
      <w:proofErr w:type="spellStart"/>
      <w:r w:rsidRPr="0023340C">
        <w:rPr>
          <w:sz w:val="19"/>
          <w:szCs w:val="19"/>
        </w:rPr>
        <w:t>Khách</w:t>
      </w:r>
      <w:proofErr w:type="spellEnd"/>
      <w:r w:rsidRPr="0023340C">
        <w:rPr>
          <w:sz w:val="19"/>
          <w:szCs w:val="19"/>
        </w:rPr>
        <w:t xml:space="preserve"> </w:t>
      </w:r>
      <w:proofErr w:type="spellStart"/>
      <w:r w:rsidRPr="0023340C">
        <w:rPr>
          <w:sz w:val="19"/>
          <w:szCs w:val="19"/>
        </w:rPr>
        <w:t>quốc</w:t>
      </w:r>
      <w:proofErr w:type="spellEnd"/>
      <w:r w:rsidRPr="0023340C">
        <w:rPr>
          <w:sz w:val="19"/>
          <w:szCs w:val="19"/>
        </w:rPr>
        <w:t xml:space="preserve"> </w:t>
      </w:r>
      <w:proofErr w:type="spellStart"/>
      <w:r w:rsidRPr="0023340C">
        <w:rPr>
          <w:sz w:val="19"/>
          <w:szCs w:val="19"/>
        </w:rPr>
        <w:t>tế</w:t>
      </w:r>
      <w:proofErr w:type="spellEnd"/>
      <w:r w:rsidRPr="0023340C">
        <w:rPr>
          <w:sz w:val="19"/>
          <w:szCs w:val="19"/>
        </w:rPr>
        <w:t xml:space="preserve"> </w:t>
      </w:r>
      <w:proofErr w:type="spellStart"/>
      <w:r w:rsidRPr="0023340C">
        <w:rPr>
          <w:sz w:val="19"/>
          <w:szCs w:val="19"/>
        </w:rPr>
        <w:t>đến</w:t>
      </w:r>
      <w:proofErr w:type="spellEnd"/>
      <w:r w:rsidRPr="0023340C">
        <w:rPr>
          <w:sz w:val="19"/>
          <w:szCs w:val="19"/>
        </w:rPr>
        <w:t xml:space="preserve"> Việt Nam </w:t>
      </w:r>
      <w:proofErr w:type="spellStart"/>
      <w:r w:rsidRPr="0023340C">
        <w:rPr>
          <w:sz w:val="19"/>
          <w:szCs w:val="19"/>
        </w:rPr>
        <w:t>là</w:t>
      </w:r>
      <w:proofErr w:type="spellEnd"/>
      <w:r w:rsidRPr="0023340C">
        <w:rPr>
          <w:sz w:val="19"/>
          <w:szCs w:val="19"/>
        </w:rPr>
        <w:t xml:space="preserve"> </w:t>
      </w:r>
      <w:proofErr w:type="spellStart"/>
      <w:r w:rsidRPr="0023340C">
        <w:rPr>
          <w:sz w:val="19"/>
          <w:szCs w:val="19"/>
        </w:rPr>
        <w:t>người</w:t>
      </w:r>
      <w:proofErr w:type="spellEnd"/>
      <w:r w:rsidRPr="0023340C">
        <w:rPr>
          <w:sz w:val="19"/>
          <w:szCs w:val="19"/>
        </w:rPr>
        <w:t xml:space="preserve"> </w:t>
      </w:r>
      <w:proofErr w:type="spellStart"/>
      <w:r w:rsidRPr="0023340C">
        <w:rPr>
          <w:sz w:val="19"/>
          <w:szCs w:val="19"/>
        </w:rPr>
        <w:t>nước</w:t>
      </w:r>
      <w:proofErr w:type="spellEnd"/>
      <w:r w:rsidRPr="0023340C">
        <w:rPr>
          <w:sz w:val="19"/>
          <w:szCs w:val="19"/>
        </w:rPr>
        <w:t xml:space="preserve"> </w:t>
      </w:r>
      <w:proofErr w:type="spellStart"/>
      <w:r w:rsidRPr="0023340C">
        <w:rPr>
          <w:sz w:val="19"/>
          <w:szCs w:val="19"/>
        </w:rPr>
        <w:t>ngoài</w:t>
      </w:r>
      <w:proofErr w:type="spellEnd"/>
      <w:r w:rsidRPr="0023340C">
        <w:rPr>
          <w:sz w:val="19"/>
          <w:szCs w:val="19"/>
        </w:rPr>
        <w:t xml:space="preserve">, </w:t>
      </w:r>
      <w:proofErr w:type="spellStart"/>
      <w:r w:rsidRPr="0023340C">
        <w:rPr>
          <w:sz w:val="19"/>
          <w:szCs w:val="19"/>
        </w:rPr>
        <w:t>người</w:t>
      </w:r>
      <w:proofErr w:type="spellEnd"/>
      <w:r w:rsidRPr="0023340C">
        <w:rPr>
          <w:sz w:val="19"/>
          <w:szCs w:val="19"/>
        </w:rPr>
        <w:t xml:space="preserve"> Việt Nam </w:t>
      </w:r>
      <w:proofErr w:type="spellStart"/>
      <w:r w:rsidRPr="0023340C">
        <w:rPr>
          <w:sz w:val="19"/>
          <w:szCs w:val="19"/>
        </w:rPr>
        <w:t>định</w:t>
      </w:r>
      <w:proofErr w:type="spellEnd"/>
      <w:r w:rsidRPr="0023340C">
        <w:rPr>
          <w:sz w:val="19"/>
          <w:szCs w:val="19"/>
        </w:rPr>
        <w:t xml:space="preserve"> </w:t>
      </w:r>
      <w:proofErr w:type="spellStart"/>
      <w:r w:rsidRPr="0023340C">
        <w:rPr>
          <w:sz w:val="19"/>
          <w:szCs w:val="19"/>
        </w:rPr>
        <w:t>cư</w:t>
      </w:r>
      <w:proofErr w:type="spellEnd"/>
      <w:r w:rsidRPr="0023340C">
        <w:rPr>
          <w:sz w:val="19"/>
          <w:szCs w:val="19"/>
        </w:rPr>
        <w:t xml:space="preserve"> ở </w:t>
      </w:r>
      <w:proofErr w:type="spellStart"/>
      <w:r w:rsidRPr="0023340C">
        <w:rPr>
          <w:sz w:val="19"/>
          <w:szCs w:val="19"/>
        </w:rPr>
        <w:t>nước</w:t>
      </w:r>
      <w:proofErr w:type="spellEnd"/>
      <w:r w:rsidRPr="0023340C">
        <w:rPr>
          <w:sz w:val="19"/>
          <w:szCs w:val="19"/>
        </w:rPr>
        <w:t xml:space="preserve"> </w:t>
      </w:r>
      <w:proofErr w:type="spellStart"/>
      <w:r w:rsidRPr="0023340C">
        <w:rPr>
          <w:sz w:val="19"/>
          <w:szCs w:val="19"/>
        </w:rPr>
        <w:t>ngoài</w:t>
      </w:r>
      <w:proofErr w:type="spellEnd"/>
      <w:r w:rsidRPr="0023340C">
        <w:rPr>
          <w:sz w:val="19"/>
          <w:szCs w:val="19"/>
        </w:rPr>
        <w:t xml:space="preserve"> </w:t>
      </w:r>
      <w:proofErr w:type="spellStart"/>
      <w:r w:rsidRPr="0023340C">
        <w:rPr>
          <w:sz w:val="19"/>
          <w:szCs w:val="19"/>
        </w:rPr>
        <w:t>đến</w:t>
      </w:r>
      <w:proofErr w:type="spellEnd"/>
      <w:r w:rsidRPr="0023340C">
        <w:rPr>
          <w:sz w:val="19"/>
          <w:szCs w:val="19"/>
        </w:rPr>
        <w:t xml:space="preserve"> Việt Nam du </w:t>
      </w:r>
      <w:proofErr w:type="spellStart"/>
      <w:r w:rsidRPr="0023340C">
        <w:rPr>
          <w:sz w:val="19"/>
          <w:szCs w:val="19"/>
        </w:rPr>
        <w:t>lịch</w:t>
      </w:r>
      <w:proofErr w:type="spellEnd"/>
      <w:r w:rsidRPr="0023340C">
        <w:rPr>
          <w:sz w:val="19"/>
          <w:szCs w:val="19"/>
        </w:rPr>
        <w:t xml:space="preserve">, </w:t>
      </w:r>
      <w:proofErr w:type="spellStart"/>
      <w:r w:rsidRPr="0023340C">
        <w:rPr>
          <w:sz w:val="19"/>
          <w:szCs w:val="19"/>
        </w:rPr>
        <w:t>không</w:t>
      </w:r>
      <w:proofErr w:type="spellEnd"/>
      <w:r w:rsidRPr="0023340C">
        <w:rPr>
          <w:sz w:val="19"/>
          <w:szCs w:val="19"/>
        </w:rPr>
        <w:t xml:space="preserve"> </w:t>
      </w:r>
      <w:proofErr w:type="spellStart"/>
      <w:r w:rsidRPr="0023340C">
        <w:rPr>
          <w:sz w:val="19"/>
          <w:szCs w:val="19"/>
        </w:rPr>
        <w:t>vì</w:t>
      </w:r>
      <w:proofErr w:type="spellEnd"/>
      <w:r w:rsidRPr="0023340C">
        <w:rPr>
          <w:sz w:val="19"/>
          <w:szCs w:val="19"/>
        </w:rPr>
        <w:t xml:space="preserve"> </w:t>
      </w:r>
      <w:proofErr w:type="spellStart"/>
      <w:r w:rsidRPr="0023340C">
        <w:rPr>
          <w:sz w:val="19"/>
          <w:szCs w:val="19"/>
        </w:rPr>
        <w:t>mục</w:t>
      </w:r>
      <w:proofErr w:type="spellEnd"/>
      <w:r w:rsidRPr="0023340C">
        <w:rPr>
          <w:sz w:val="19"/>
          <w:szCs w:val="19"/>
        </w:rPr>
        <w:t xml:space="preserve"> </w:t>
      </w:r>
      <w:proofErr w:type="spellStart"/>
      <w:r w:rsidRPr="0023340C">
        <w:rPr>
          <w:sz w:val="19"/>
          <w:szCs w:val="19"/>
        </w:rPr>
        <w:t>đích</w:t>
      </w:r>
      <w:proofErr w:type="spellEnd"/>
      <w:r w:rsidRPr="0023340C">
        <w:rPr>
          <w:sz w:val="19"/>
          <w:szCs w:val="19"/>
        </w:rPr>
        <w:t xml:space="preserve"> </w:t>
      </w:r>
      <w:proofErr w:type="spellStart"/>
      <w:r w:rsidRPr="0023340C">
        <w:rPr>
          <w:sz w:val="19"/>
          <w:szCs w:val="19"/>
        </w:rPr>
        <w:t>tiến</w:t>
      </w:r>
      <w:proofErr w:type="spellEnd"/>
      <w:r w:rsidRPr="0023340C">
        <w:rPr>
          <w:sz w:val="19"/>
          <w:szCs w:val="19"/>
        </w:rPr>
        <w:t xml:space="preserve"> </w:t>
      </w:r>
      <w:proofErr w:type="spellStart"/>
      <w:r w:rsidRPr="0023340C">
        <w:rPr>
          <w:sz w:val="19"/>
          <w:szCs w:val="19"/>
        </w:rPr>
        <w:t>hành</w:t>
      </w:r>
      <w:proofErr w:type="spellEnd"/>
      <w:r w:rsidRPr="0023340C">
        <w:rPr>
          <w:sz w:val="19"/>
          <w:szCs w:val="19"/>
        </w:rPr>
        <w:t xml:space="preserve"> </w:t>
      </w:r>
      <w:proofErr w:type="spellStart"/>
      <w:r w:rsidRPr="0023340C">
        <w:rPr>
          <w:sz w:val="19"/>
          <w:szCs w:val="19"/>
        </w:rPr>
        <w:t>các</w:t>
      </w:r>
      <w:proofErr w:type="spellEnd"/>
      <w:r w:rsidRPr="0023340C">
        <w:rPr>
          <w:sz w:val="19"/>
          <w:szCs w:val="19"/>
        </w:rPr>
        <w:t xml:space="preserve"> </w:t>
      </w:r>
      <w:proofErr w:type="spellStart"/>
      <w:r w:rsidRPr="0023340C">
        <w:rPr>
          <w:sz w:val="19"/>
          <w:szCs w:val="19"/>
        </w:rPr>
        <w:t>hoạt</w:t>
      </w:r>
      <w:proofErr w:type="spellEnd"/>
      <w:r w:rsidRPr="0023340C">
        <w:rPr>
          <w:sz w:val="19"/>
          <w:szCs w:val="19"/>
        </w:rPr>
        <w:t xml:space="preserve"> </w:t>
      </w:r>
      <w:proofErr w:type="spellStart"/>
      <w:r w:rsidRPr="0023340C">
        <w:rPr>
          <w:sz w:val="19"/>
          <w:szCs w:val="19"/>
        </w:rPr>
        <w:t>động</w:t>
      </w:r>
      <w:proofErr w:type="spellEnd"/>
      <w:r w:rsidRPr="0023340C">
        <w:rPr>
          <w:sz w:val="19"/>
          <w:szCs w:val="19"/>
        </w:rPr>
        <w:t xml:space="preserve"> </w:t>
      </w:r>
      <w:proofErr w:type="spellStart"/>
      <w:r w:rsidRPr="0023340C">
        <w:rPr>
          <w:sz w:val="19"/>
          <w:szCs w:val="19"/>
        </w:rPr>
        <w:t>nhằm</w:t>
      </w:r>
      <w:proofErr w:type="spellEnd"/>
      <w:r w:rsidRPr="0023340C">
        <w:rPr>
          <w:sz w:val="19"/>
          <w:szCs w:val="19"/>
        </w:rPr>
        <w:t xml:space="preserve"> </w:t>
      </w:r>
      <w:proofErr w:type="spellStart"/>
      <w:r w:rsidRPr="0023340C">
        <w:rPr>
          <w:sz w:val="19"/>
          <w:szCs w:val="19"/>
        </w:rPr>
        <w:t>đem</w:t>
      </w:r>
      <w:proofErr w:type="spellEnd"/>
      <w:r w:rsidRPr="0023340C">
        <w:rPr>
          <w:sz w:val="19"/>
          <w:szCs w:val="19"/>
        </w:rPr>
        <w:t xml:space="preserve"> </w:t>
      </w:r>
      <w:proofErr w:type="spellStart"/>
      <w:r w:rsidRPr="0023340C">
        <w:rPr>
          <w:sz w:val="19"/>
          <w:szCs w:val="19"/>
        </w:rPr>
        <w:t>lại</w:t>
      </w:r>
      <w:proofErr w:type="spellEnd"/>
      <w:r w:rsidRPr="0023340C">
        <w:rPr>
          <w:sz w:val="19"/>
          <w:szCs w:val="19"/>
        </w:rPr>
        <w:t xml:space="preserve"> </w:t>
      </w:r>
      <w:proofErr w:type="spellStart"/>
      <w:r w:rsidRPr="0023340C">
        <w:rPr>
          <w:sz w:val="19"/>
          <w:szCs w:val="19"/>
        </w:rPr>
        <w:t>thu</w:t>
      </w:r>
      <w:proofErr w:type="spellEnd"/>
      <w:r w:rsidRPr="0023340C">
        <w:rPr>
          <w:sz w:val="19"/>
          <w:szCs w:val="19"/>
        </w:rPr>
        <w:t xml:space="preserve"> </w:t>
      </w:r>
      <w:proofErr w:type="spellStart"/>
      <w:r w:rsidRPr="0023340C">
        <w:rPr>
          <w:sz w:val="19"/>
          <w:szCs w:val="19"/>
        </w:rPr>
        <w:t>nhập</w:t>
      </w:r>
      <w:proofErr w:type="spellEnd"/>
      <w:r w:rsidRPr="0023340C">
        <w:rPr>
          <w:sz w:val="19"/>
          <w:szCs w:val="19"/>
        </w:rPr>
        <w:t xml:space="preserve"> </w:t>
      </w:r>
      <w:proofErr w:type="spellStart"/>
      <w:r w:rsidRPr="0023340C">
        <w:rPr>
          <w:sz w:val="19"/>
          <w:szCs w:val="19"/>
        </w:rPr>
        <w:t>và</w:t>
      </w:r>
      <w:proofErr w:type="spellEnd"/>
      <w:r w:rsidRPr="0023340C">
        <w:rPr>
          <w:sz w:val="19"/>
          <w:szCs w:val="19"/>
        </w:rPr>
        <w:t xml:space="preserve"> </w:t>
      </w:r>
      <w:proofErr w:type="spellStart"/>
      <w:r w:rsidRPr="0023340C">
        <w:rPr>
          <w:sz w:val="19"/>
          <w:szCs w:val="19"/>
        </w:rPr>
        <w:t>kiếm</w:t>
      </w:r>
      <w:proofErr w:type="spellEnd"/>
      <w:r w:rsidRPr="0023340C">
        <w:rPr>
          <w:sz w:val="19"/>
          <w:szCs w:val="19"/>
        </w:rPr>
        <w:t xml:space="preserve"> </w:t>
      </w:r>
      <w:proofErr w:type="spellStart"/>
      <w:r w:rsidRPr="0023340C">
        <w:rPr>
          <w:sz w:val="19"/>
          <w:szCs w:val="19"/>
        </w:rPr>
        <w:t>sống</w:t>
      </w:r>
      <w:proofErr w:type="spellEnd"/>
      <w:r w:rsidRPr="0023340C">
        <w:rPr>
          <w:sz w:val="19"/>
          <w:szCs w:val="19"/>
        </w:rPr>
        <w:t xml:space="preserve"> ở Việt Nam.</w:t>
      </w:r>
    </w:p>
    <w:p w14:paraId="5F71B12B" w14:textId="77777777" w:rsidR="00900D9E" w:rsidRPr="0023340C" w:rsidRDefault="00900D9E" w:rsidP="00900D9E">
      <w:pPr>
        <w:spacing w:after="20"/>
        <w:jc w:val="both"/>
        <w:rPr>
          <w:sz w:val="19"/>
          <w:szCs w:val="19"/>
        </w:rPr>
      </w:pPr>
      <w:r w:rsidRPr="0023340C">
        <w:rPr>
          <w:sz w:val="19"/>
          <w:szCs w:val="19"/>
        </w:rPr>
        <w:t xml:space="preserve">- </w:t>
      </w:r>
      <w:proofErr w:type="spellStart"/>
      <w:r w:rsidRPr="0023340C">
        <w:rPr>
          <w:sz w:val="19"/>
          <w:szCs w:val="19"/>
        </w:rPr>
        <w:t>Khách</w:t>
      </w:r>
      <w:proofErr w:type="spellEnd"/>
      <w:r w:rsidRPr="0023340C">
        <w:rPr>
          <w:sz w:val="19"/>
          <w:szCs w:val="19"/>
        </w:rPr>
        <w:t xml:space="preserve"> </w:t>
      </w:r>
      <w:proofErr w:type="spellStart"/>
      <w:r w:rsidRPr="0023340C">
        <w:rPr>
          <w:sz w:val="19"/>
          <w:szCs w:val="19"/>
        </w:rPr>
        <w:t>nội</w:t>
      </w:r>
      <w:proofErr w:type="spellEnd"/>
      <w:r w:rsidRPr="0023340C">
        <w:rPr>
          <w:sz w:val="19"/>
          <w:szCs w:val="19"/>
        </w:rPr>
        <w:t xml:space="preserve"> </w:t>
      </w:r>
      <w:proofErr w:type="spellStart"/>
      <w:r w:rsidRPr="0023340C">
        <w:rPr>
          <w:sz w:val="19"/>
          <w:szCs w:val="19"/>
        </w:rPr>
        <w:t>địa</w:t>
      </w:r>
      <w:proofErr w:type="spellEnd"/>
      <w:r w:rsidRPr="0023340C">
        <w:rPr>
          <w:sz w:val="19"/>
          <w:szCs w:val="19"/>
        </w:rPr>
        <w:t xml:space="preserve"> </w:t>
      </w:r>
      <w:proofErr w:type="spellStart"/>
      <w:r w:rsidRPr="0023340C">
        <w:rPr>
          <w:sz w:val="19"/>
          <w:szCs w:val="19"/>
        </w:rPr>
        <w:t>là</w:t>
      </w:r>
      <w:proofErr w:type="spellEnd"/>
      <w:r w:rsidRPr="0023340C">
        <w:rPr>
          <w:sz w:val="19"/>
          <w:szCs w:val="19"/>
        </w:rPr>
        <w:t xml:space="preserve"> </w:t>
      </w:r>
      <w:proofErr w:type="spellStart"/>
      <w:r w:rsidRPr="0023340C">
        <w:rPr>
          <w:sz w:val="19"/>
          <w:szCs w:val="19"/>
        </w:rPr>
        <w:t>công</w:t>
      </w:r>
      <w:proofErr w:type="spellEnd"/>
      <w:r w:rsidRPr="0023340C">
        <w:rPr>
          <w:sz w:val="19"/>
          <w:szCs w:val="19"/>
        </w:rPr>
        <w:t xml:space="preserve"> </w:t>
      </w:r>
      <w:proofErr w:type="spellStart"/>
      <w:r w:rsidRPr="0023340C">
        <w:rPr>
          <w:sz w:val="19"/>
          <w:szCs w:val="19"/>
        </w:rPr>
        <w:t>dân</w:t>
      </w:r>
      <w:proofErr w:type="spellEnd"/>
      <w:r w:rsidRPr="0023340C">
        <w:rPr>
          <w:sz w:val="19"/>
          <w:szCs w:val="19"/>
        </w:rPr>
        <w:t xml:space="preserve"> Việt Nam </w:t>
      </w:r>
      <w:proofErr w:type="spellStart"/>
      <w:r w:rsidRPr="0023340C">
        <w:rPr>
          <w:sz w:val="19"/>
          <w:szCs w:val="19"/>
        </w:rPr>
        <w:t>đi</w:t>
      </w:r>
      <w:proofErr w:type="spellEnd"/>
      <w:r w:rsidRPr="0023340C">
        <w:rPr>
          <w:sz w:val="19"/>
          <w:szCs w:val="19"/>
        </w:rPr>
        <w:t xml:space="preserve"> du </w:t>
      </w:r>
      <w:proofErr w:type="spellStart"/>
      <w:r w:rsidRPr="0023340C">
        <w:rPr>
          <w:sz w:val="19"/>
          <w:szCs w:val="19"/>
        </w:rPr>
        <w:t>lịch</w:t>
      </w:r>
      <w:proofErr w:type="spellEnd"/>
      <w:r w:rsidRPr="0023340C">
        <w:rPr>
          <w:sz w:val="19"/>
          <w:szCs w:val="19"/>
        </w:rPr>
        <w:t xml:space="preserve"> </w:t>
      </w:r>
      <w:proofErr w:type="spellStart"/>
      <w:r w:rsidRPr="0023340C">
        <w:rPr>
          <w:sz w:val="19"/>
          <w:szCs w:val="19"/>
        </w:rPr>
        <w:t>trong</w:t>
      </w:r>
      <w:proofErr w:type="spellEnd"/>
      <w:r w:rsidRPr="0023340C">
        <w:rPr>
          <w:sz w:val="19"/>
          <w:szCs w:val="19"/>
        </w:rPr>
        <w:t xml:space="preserve"> </w:t>
      </w:r>
      <w:proofErr w:type="spellStart"/>
      <w:r w:rsidRPr="0023340C">
        <w:rPr>
          <w:sz w:val="19"/>
          <w:szCs w:val="19"/>
        </w:rPr>
        <w:t>lãnh</w:t>
      </w:r>
      <w:proofErr w:type="spellEnd"/>
      <w:r w:rsidRPr="0023340C">
        <w:rPr>
          <w:sz w:val="19"/>
          <w:szCs w:val="19"/>
        </w:rPr>
        <w:t xml:space="preserve"> </w:t>
      </w:r>
      <w:proofErr w:type="spellStart"/>
      <w:r w:rsidRPr="0023340C">
        <w:rPr>
          <w:sz w:val="19"/>
          <w:szCs w:val="19"/>
        </w:rPr>
        <w:t>thổ</w:t>
      </w:r>
      <w:proofErr w:type="spellEnd"/>
      <w:r w:rsidRPr="0023340C">
        <w:rPr>
          <w:sz w:val="19"/>
          <w:szCs w:val="19"/>
        </w:rPr>
        <w:t xml:space="preserve"> Việt Nam.</w:t>
      </w:r>
    </w:p>
    <w:p w14:paraId="27A6B83B" w14:textId="77777777" w:rsidR="00900D9E" w:rsidRPr="0023340C" w:rsidRDefault="00900D9E" w:rsidP="00900D9E">
      <w:pPr>
        <w:spacing w:after="20"/>
        <w:jc w:val="both"/>
        <w:rPr>
          <w:sz w:val="19"/>
          <w:szCs w:val="19"/>
        </w:rPr>
      </w:pPr>
      <w:r w:rsidRPr="0023340C">
        <w:rPr>
          <w:sz w:val="19"/>
          <w:szCs w:val="19"/>
        </w:rPr>
        <w:t xml:space="preserve">- </w:t>
      </w:r>
      <w:proofErr w:type="spellStart"/>
      <w:r w:rsidRPr="0023340C">
        <w:rPr>
          <w:sz w:val="19"/>
          <w:szCs w:val="19"/>
        </w:rPr>
        <w:t>Hạng</w:t>
      </w:r>
      <w:proofErr w:type="spellEnd"/>
      <w:r w:rsidRPr="0023340C">
        <w:rPr>
          <w:sz w:val="19"/>
          <w:szCs w:val="19"/>
        </w:rPr>
        <w:t xml:space="preserve"> 1 </w:t>
      </w:r>
      <w:proofErr w:type="spellStart"/>
      <w:r w:rsidRPr="0023340C">
        <w:rPr>
          <w:sz w:val="19"/>
          <w:szCs w:val="19"/>
        </w:rPr>
        <w:t>đến</w:t>
      </w:r>
      <w:proofErr w:type="spellEnd"/>
      <w:r w:rsidRPr="0023340C">
        <w:rPr>
          <w:sz w:val="19"/>
          <w:szCs w:val="19"/>
        </w:rPr>
        <w:t xml:space="preserve"> 5 </w:t>
      </w:r>
      <w:proofErr w:type="spellStart"/>
      <w:r w:rsidRPr="0023340C">
        <w:rPr>
          <w:sz w:val="19"/>
          <w:szCs w:val="19"/>
        </w:rPr>
        <w:t>sao</w:t>
      </w:r>
      <w:proofErr w:type="spellEnd"/>
      <w:r w:rsidRPr="0023340C">
        <w:rPr>
          <w:sz w:val="19"/>
          <w:szCs w:val="19"/>
        </w:rPr>
        <w:t xml:space="preserve"> </w:t>
      </w:r>
      <w:proofErr w:type="spellStart"/>
      <w:r w:rsidRPr="0023340C">
        <w:rPr>
          <w:sz w:val="19"/>
          <w:szCs w:val="19"/>
        </w:rPr>
        <w:t>gồm</w:t>
      </w:r>
      <w:proofErr w:type="spellEnd"/>
      <w:r w:rsidRPr="0023340C">
        <w:rPr>
          <w:sz w:val="19"/>
          <w:szCs w:val="19"/>
        </w:rPr>
        <w:t xml:space="preserve">: </w:t>
      </w:r>
      <w:proofErr w:type="spellStart"/>
      <w:r w:rsidRPr="0023340C">
        <w:rPr>
          <w:sz w:val="19"/>
          <w:szCs w:val="19"/>
        </w:rPr>
        <w:t>khách</w:t>
      </w:r>
      <w:proofErr w:type="spellEnd"/>
      <w:r w:rsidRPr="0023340C">
        <w:rPr>
          <w:sz w:val="19"/>
          <w:szCs w:val="19"/>
        </w:rPr>
        <w:t xml:space="preserve"> </w:t>
      </w:r>
      <w:proofErr w:type="spellStart"/>
      <w:r w:rsidRPr="0023340C">
        <w:rPr>
          <w:sz w:val="19"/>
          <w:szCs w:val="19"/>
        </w:rPr>
        <w:t>sạn</w:t>
      </w:r>
      <w:proofErr w:type="spellEnd"/>
      <w:r w:rsidRPr="0023340C">
        <w:rPr>
          <w:sz w:val="19"/>
          <w:szCs w:val="19"/>
        </w:rPr>
        <w:t xml:space="preserve">, </w:t>
      </w:r>
      <w:proofErr w:type="spellStart"/>
      <w:r w:rsidRPr="0023340C">
        <w:rPr>
          <w:sz w:val="19"/>
          <w:szCs w:val="19"/>
        </w:rPr>
        <w:t>biệt</w:t>
      </w:r>
      <w:proofErr w:type="spellEnd"/>
      <w:r w:rsidRPr="0023340C">
        <w:rPr>
          <w:sz w:val="19"/>
          <w:szCs w:val="19"/>
        </w:rPr>
        <w:t xml:space="preserve"> </w:t>
      </w:r>
      <w:proofErr w:type="spellStart"/>
      <w:r w:rsidRPr="0023340C">
        <w:rPr>
          <w:sz w:val="19"/>
          <w:szCs w:val="19"/>
        </w:rPr>
        <w:t>thự</w:t>
      </w:r>
      <w:proofErr w:type="spellEnd"/>
      <w:r w:rsidRPr="0023340C">
        <w:rPr>
          <w:sz w:val="19"/>
          <w:szCs w:val="19"/>
        </w:rPr>
        <w:t xml:space="preserve"> du </w:t>
      </w:r>
      <w:proofErr w:type="spellStart"/>
      <w:r w:rsidRPr="0023340C">
        <w:rPr>
          <w:sz w:val="19"/>
          <w:szCs w:val="19"/>
        </w:rPr>
        <w:t>lịch</w:t>
      </w:r>
      <w:proofErr w:type="spellEnd"/>
      <w:r w:rsidRPr="0023340C">
        <w:rPr>
          <w:sz w:val="19"/>
          <w:szCs w:val="19"/>
        </w:rPr>
        <w:t xml:space="preserve">, </w:t>
      </w:r>
      <w:proofErr w:type="spellStart"/>
      <w:r w:rsidRPr="0023340C">
        <w:rPr>
          <w:sz w:val="19"/>
          <w:szCs w:val="19"/>
        </w:rPr>
        <w:t>căn</w:t>
      </w:r>
      <w:proofErr w:type="spellEnd"/>
      <w:r w:rsidRPr="0023340C">
        <w:rPr>
          <w:sz w:val="19"/>
          <w:szCs w:val="19"/>
        </w:rPr>
        <w:t xml:space="preserve"> </w:t>
      </w:r>
      <w:proofErr w:type="spellStart"/>
      <w:r w:rsidRPr="0023340C">
        <w:rPr>
          <w:sz w:val="19"/>
          <w:szCs w:val="19"/>
        </w:rPr>
        <w:t>hộ</w:t>
      </w:r>
      <w:proofErr w:type="spellEnd"/>
      <w:r w:rsidRPr="0023340C">
        <w:rPr>
          <w:sz w:val="19"/>
          <w:szCs w:val="19"/>
        </w:rPr>
        <w:t xml:space="preserve"> du </w:t>
      </w:r>
      <w:proofErr w:type="spellStart"/>
      <w:r w:rsidRPr="0023340C">
        <w:rPr>
          <w:sz w:val="19"/>
          <w:szCs w:val="19"/>
        </w:rPr>
        <w:t>lịch</w:t>
      </w:r>
      <w:proofErr w:type="spellEnd"/>
      <w:r w:rsidRPr="0023340C">
        <w:rPr>
          <w:sz w:val="19"/>
          <w:szCs w:val="19"/>
        </w:rPr>
        <w:t xml:space="preserve"> </w:t>
      </w:r>
      <w:proofErr w:type="spellStart"/>
      <w:r w:rsidRPr="0023340C">
        <w:rPr>
          <w:sz w:val="19"/>
          <w:szCs w:val="19"/>
        </w:rPr>
        <w:t>và</w:t>
      </w:r>
      <w:proofErr w:type="spellEnd"/>
      <w:r w:rsidRPr="0023340C">
        <w:rPr>
          <w:sz w:val="19"/>
          <w:szCs w:val="19"/>
        </w:rPr>
        <w:t xml:space="preserve"> </w:t>
      </w:r>
      <w:proofErr w:type="spellStart"/>
      <w:r w:rsidRPr="0023340C">
        <w:rPr>
          <w:sz w:val="19"/>
          <w:szCs w:val="19"/>
        </w:rPr>
        <w:t>tàu</w:t>
      </w:r>
      <w:proofErr w:type="spellEnd"/>
      <w:r w:rsidRPr="0023340C">
        <w:rPr>
          <w:sz w:val="19"/>
          <w:szCs w:val="19"/>
        </w:rPr>
        <w:t xml:space="preserve"> </w:t>
      </w:r>
      <w:proofErr w:type="spellStart"/>
      <w:r w:rsidRPr="0023340C">
        <w:rPr>
          <w:sz w:val="19"/>
          <w:szCs w:val="19"/>
        </w:rPr>
        <w:t>thủy</w:t>
      </w:r>
      <w:proofErr w:type="spellEnd"/>
      <w:r w:rsidRPr="0023340C">
        <w:rPr>
          <w:sz w:val="19"/>
          <w:szCs w:val="19"/>
        </w:rPr>
        <w:t xml:space="preserve"> </w:t>
      </w:r>
      <w:proofErr w:type="spellStart"/>
      <w:r w:rsidRPr="0023340C">
        <w:rPr>
          <w:sz w:val="19"/>
          <w:szCs w:val="19"/>
        </w:rPr>
        <w:t>lưu</w:t>
      </w:r>
      <w:proofErr w:type="spellEnd"/>
      <w:r w:rsidRPr="0023340C">
        <w:rPr>
          <w:sz w:val="19"/>
          <w:szCs w:val="19"/>
        </w:rPr>
        <w:t xml:space="preserve"> </w:t>
      </w:r>
      <w:proofErr w:type="spellStart"/>
      <w:r w:rsidRPr="0023340C">
        <w:rPr>
          <w:sz w:val="19"/>
          <w:szCs w:val="19"/>
        </w:rPr>
        <w:t>trú</w:t>
      </w:r>
      <w:proofErr w:type="spellEnd"/>
      <w:r w:rsidRPr="0023340C">
        <w:rPr>
          <w:sz w:val="19"/>
          <w:szCs w:val="19"/>
        </w:rPr>
        <w:t xml:space="preserve"> du </w:t>
      </w:r>
      <w:proofErr w:type="spellStart"/>
      <w:r w:rsidRPr="0023340C">
        <w:rPr>
          <w:sz w:val="19"/>
          <w:szCs w:val="19"/>
        </w:rPr>
        <w:t>lịch</w:t>
      </w:r>
      <w:proofErr w:type="spellEnd"/>
      <w:r w:rsidRPr="0023340C">
        <w:rPr>
          <w:sz w:val="19"/>
          <w:szCs w:val="19"/>
        </w:rPr>
        <w:t>.</w:t>
      </w:r>
    </w:p>
    <w:p w14:paraId="41F681B4" w14:textId="77777777" w:rsidR="00900D9E" w:rsidRDefault="00900D9E" w:rsidP="00900D9E">
      <w:pPr>
        <w:spacing w:after="20"/>
        <w:jc w:val="both"/>
        <w:rPr>
          <w:sz w:val="19"/>
          <w:szCs w:val="19"/>
        </w:rPr>
      </w:pPr>
      <w:r w:rsidRPr="0023340C">
        <w:rPr>
          <w:sz w:val="19"/>
          <w:szCs w:val="19"/>
        </w:rPr>
        <w:t xml:space="preserve">- </w:t>
      </w:r>
      <w:proofErr w:type="spellStart"/>
      <w:r w:rsidRPr="0023340C">
        <w:rPr>
          <w:sz w:val="19"/>
          <w:szCs w:val="19"/>
        </w:rPr>
        <w:t>Khác</w:t>
      </w:r>
      <w:proofErr w:type="spellEnd"/>
      <w:r w:rsidRPr="0023340C">
        <w:rPr>
          <w:sz w:val="19"/>
          <w:szCs w:val="19"/>
        </w:rPr>
        <w:t xml:space="preserve">: </w:t>
      </w:r>
      <w:proofErr w:type="spellStart"/>
      <w:r w:rsidRPr="0023340C">
        <w:rPr>
          <w:sz w:val="19"/>
          <w:szCs w:val="19"/>
        </w:rPr>
        <w:t>khách</w:t>
      </w:r>
      <w:proofErr w:type="spellEnd"/>
      <w:r w:rsidRPr="0023340C">
        <w:rPr>
          <w:sz w:val="19"/>
          <w:szCs w:val="19"/>
        </w:rPr>
        <w:t xml:space="preserve"> </w:t>
      </w:r>
      <w:proofErr w:type="spellStart"/>
      <w:r w:rsidRPr="0023340C">
        <w:rPr>
          <w:sz w:val="19"/>
          <w:szCs w:val="19"/>
        </w:rPr>
        <w:t>sạn</w:t>
      </w:r>
      <w:proofErr w:type="spellEnd"/>
      <w:r w:rsidRPr="0023340C">
        <w:rPr>
          <w:sz w:val="19"/>
          <w:szCs w:val="19"/>
        </w:rPr>
        <w:t xml:space="preserve">, </w:t>
      </w:r>
      <w:proofErr w:type="spellStart"/>
      <w:r w:rsidRPr="0023340C">
        <w:rPr>
          <w:sz w:val="19"/>
          <w:szCs w:val="19"/>
        </w:rPr>
        <w:t>biệt</w:t>
      </w:r>
      <w:proofErr w:type="spellEnd"/>
      <w:r w:rsidRPr="0023340C">
        <w:rPr>
          <w:sz w:val="19"/>
          <w:szCs w:val="19"/>
        </w:rPr>
        <w:t xml:space="preserve"> </w:t>
      </w:r>
      <w:proofErr w:type="spellStart"/>
      <w:r w:rsidRPr="0023340C">
        <w:rPr>
          <w:sz w:val="19"/>
          <w:szCs w:val="19"/>
        </w:rPr>
        <w:t>thự</w:t>
      </w:r>
      <w:proofErr w:type="spellEnd"/>
      <w:r w:rsidRPr="0023340C">
        <w:rPr>
          <w:sz w:val="19"/>
          <w:szCs w:val="19"/>
        </w:rPr>
        <w:t xml:space="preserve"> du </w:t>
      </w:r>
      <w:proofErr w:type="spellStart"/>
      <w:r w:rsidRPr="0023340C">
        <w:rPr>
          <w:sz w:val="19"/>
          <w:szCs w:val="19"/>
        </w:rPr>
        <w:t>lịch</w:t>
      </w:r>
      <w:proofErr w:type="spellEnd"/>
      <w:r w:rsidRPr="0023340C">
        <w:rPr>
          <w:sz w:val="19"/>
          <w:szCs w:val="19"/>
        </w:rPr>
        <w:t xml:space="preserve">, </w:t>
      </w:r>
      <w:proofErr w:type="spellStart"/>
      <w:r w:rsidRPr="0023340C">
        <w:rPr>
          <w:sz w:val="19"/>
          <w:szCs w:val="19"/>
        </w:rPr>
        <w:t>căn</w:t>
      </w:r>
      <w:proofErr w:type="spellEnd"/>
      <w:r w:rsidRPr="0023340C">
        <w:rPr>
          <w:sz w:val="19"/>
          <w:szCs w:val="19"/>
        </w:rPr>
        <w:t xml:space="preserve"> </w:t>
      </w:r>
      <w:proofErr w:type="spellStart"/>
      <w:r w:rsidRPr="0023340C">
        <w:rPr>
          <w:sz w:val="19"/>
          <w:szCs w:val="19"/>
        </w:rPr>
        <w:t>hộ</w:t>
      </w:r>
      <w:proofErr w:type="spellEnd"/>
      <w:r w:rsidRPr="0023340C">
        <w:rPr>
          <w:sz w:val="19"/>
          <w:szCs w:val="19"/>
        </w:rPr>
        <w:t xml:space="preserve"> du </w:t>
      </w:r>
      <w:proofErr w:type="spellStart"/>
      <w:r w:rsidRPr="0023340C">
        <w:rPr>
          <w:sz w:val="19"/>
          <w:szCs w:val="19"/>
        </w:rPr>
        <w:t>lịch</w:t>
      </w:r>
      <w:proofErr w:type="spellEnd"/>
      <w:r w:rsidRPr="0023340C">
        <w:rPr>
          <w:sz w:val="19"/>
          <w:szCs w:val="19"/>
        </w:rPr>
        <w:t xml:space="preserve"> </w:t>
      </w:r>
      <w:proofErr w:type="spellStart"/>
      <w:r w:rsidRPr="0023340C">
        <w:rPr>
          <w:sz w:val="19"/>
          <w:szCs w:val="19"/>
        </w:rPr>
        <w:t>và</w:t>
      </w:r>
      <w:proofErr w:type="spellEnd"/>
      <w:r w:rsidRPr="0023340C">
        <w:rPr>
          <w:sz w:val="19"/>
          <w:szCs w:val="19"/>
        </w:rPr>
        <w:t xml:space="preserve"> </w:t>
      </w:r>
      <w:proofErr w:type="spellStart"/>
      <w:r w:rsidRPr="0023340C">
        <w:rPr>
          <w:sz w:val="19"/>
          <w:szCs w:val="19"/>
        </w:rPr>
        <w:t>tàu</w:t>
      </w:r>
      <w:proofErr w:type="spellEnd"/>
      <w:r w:rsidRPr="0023340C">
        <w:rPr>
          <w:sz w:val="19"/>
          <w:szCs w:val="19"/>
        </w:rPr>
        <w:t xml:space="preserve"> </w:t>
      </w:r>
      <w:proofErr w:type="spellStart"/>
      <w:r w:rsidRPr="0023340C">
        <w:rPr>
          <w:sz w:val="19"/>
          <w:szCs w:val="19"/>
        </w:rPr>
        <w:t>thủy</w:t>
      </w:r>
      <w:proofErr w:type="spellEnd"/>
      <w:r w:rsidRPr="0023340C">
        <w:rPr>
          <w:sz w:val="19"/>
          <w:szCs w:val="19"/>
        </w:rPr>
        <w:t xml:space="preserve"> </w:t>
      </w:r>
      <w:proofErr w:type="spellStart"/>
      <w:r w:rsidRPr="0023340C">
        <w:rPr>
          <w:sz w:val="19"/>
          <w:szCs w:val="19"/>
        </w:rPr>
        <w:t>lưu</w:t>
      </w:r>
      <w:proofErr w:type="spellEnd"/>
      <w:r w:rsidRPr="0023340C">
        <w:rPr>
          <w:sz w:val="19"/>
          <w:szCs w:val="19"/>
        </w:rPr>
        <w:t xml:space="preserve"> </w:t>
      </w:r>
      <w:proofErr w:type="spellStart"/>
      <w:r w:rsidRPr="0023340C">
        <w:rPr>
          <w:sz w:val="19"/>
          <w:szCs w:val="19"/>
        </w:rPr>
        <w:t>trú</w:t>
      </w:r>
      <w:proofErr w:type="spellEnd"/>
      <w:r w:rsidRPr="0023340C">
        <w:rPr>
          <w:sz w:val="19"/>
          <w:szCs w:val="19"/>
        </w:rPr>
        <w:t xml:space="preserve"> du </w:t>
      </w:r>
      <w:proofErr w:type="spellStart"/>
      <w:r w:rsidRPr="0023340C">
        <w:rPr>
          <w:sz w:val="19"/>
          <w:szCs w:val="19"/>
        </w:rPr>
        <w:t>lịch</w:t>
      </w:r>
      <w:proofErr w:type="spellEnd"/>
      <w:r w:rsidRPr="0023340C">
        <w:rPr>
          <w:sz w:val="19"/>
          <w:szCs w:val="19"/>
        </w:rPr>
        <w:t xml:space="preserve"> </w:t>
      </w:r>
      <w:proofErr w:type="spellStart"/>
      <w:r w:rsidRPr="0023340C">
        <w:rPr>
          <w:sz w:val="19"/>
          <w:szCs w:val="19"/>
        </w:rPr>
        <w:t>không</w:t>
      </w:r>
      <w:proofErr w:type="spellEnd"/>
      <w:r w:rsidRPr="0023340C">
        <w:rPr>
          <w:sz w:val="19"/>
          <w:szCs w:val="19"/>
        </w:rPr>
        <w:t xml:space="preserve"> </w:t>
      </w:r>
      <w:proofErr w:type="spellStart"/>
      <w:r w:rsidRPr="0023340C">
        <w:rPr>
          <w:sz w:val="19"/>
          <w:szCs w:val="19"/>
        </w:rPr>
        <w:t>xếp</w:t>
      </w:r>
      <w:proofErr w:type="spellEnd"/>
      <w:r w:rsidRPr="0023340C">
        <w:rPr>
          <w:sz w:val="19"/>
          <w:szCs w:val="19"/>
        </w:rPr>
        <w:t xml:space="preserve"> </w:t>
      </w:r>
      <w:proofErr w:type="spellStart"/>
      <w:r w:rsidRPr="0023340C">
        <w:rPr>
          <w:sz w:val="19"/>
          <w:szCs w:val="19"/>
        </w:rPr>
        <w:t>hạng</w:t>
      </w:r>
      <w:proofErr w:type="spellEnd"/>
      <w:r w:rsidRPr="0023340C">
        <w:rPr>
          <w:sz w:val="19"/>
          <w:szCs w:val="19"/>
        </w:rPr>
        <w:t xml:space="preserve">; </w:t>
      </w:r>
      <w:proofErr w:type="spellStart"/>
      <w:r w:rsidRPr="0023340C">
        <w:rPr>
          <w:sz w:val="19"/>
          <w:szCs w:val="19"/>
        </w:rPr>
        <w:t>bãi</w:t>
      </w:r>
      <w:proofErr w:type="spellEnd"/>
      <w:r w:rsidRPr="0023340C">
        <w:rPr>
          <w:sz w:val="19"/>
          <w:szCs w:val="19"/>
        </w:rPr>
        <w:t xml:space="preserve"> </w:t>
      </w:r>
      <w:proofErr w:type="spellStart"/>
      <w:r w:rsidRPr="0023340C">
        <w:rPr>
          <w:sz w:val="19"/>
          <w:szCs w:val="19"/>
        </w:rPr>
        <w:t>cắm</w:t>
      </w:r>
      <w:proofErr w:type="spellEnd"/>
      <w:r w:rsidRPr="0023340C">
        <w:rPr>
          <w:sz w:val="19"/>
          <w:szCs w:val="19"/>
        </w:rPr>
        <w:t xml:space="preserve"> </w:t>
      </w:r>
      <w:proofErr w:type="spellStart"/>
      <w:r w:rsidRPr="0023340C">
        <w:rPr>
          <w:sz w:val="19"/>
          <w:szCs w:val="19"/>
        </w:rPr>
        <w:t>trại</w:t>
      </w:r>
      <w:proofErr w:type="spellEnd"/>
      <w:r w:rsidRPr="0023340C">
        <w:rPr>
          <w:sz w:val="19"/>
          <w:szCs w:val="19"/>
        </w:rPr>
        <w:t xml:space="preserve"> du </w:t>
      </w:r>
      <w:proofErr w:type="spellStart"/>
      <w:r w:rsidRPr="0023340C">
        <w:rPr>
          <w:sz w:val="19"/>
          <w:szCs w:val="19"/>
        </w:rPr>
        <w:t>lịch</w:t>
      </w:r>
      <w:proofErr w:type="spellEnd"/>
      <w:r w:rsidRPr="0023340C">
        <w:rPr>
          <w:sz w:val="19"/>
          <w:szCs w:val="19"/>
        </w:rPr>
        <w:t xml:space="preserve">, </w:t>
      </w:r>
      <w:proofErr w:type="spellStart"/>
      <w:r w:rsidRPr="0023340C">
        <w:rPr>
          <w:sz w:val="19"/>
          <w:szCs w:val="19"/>
        </w:rPr>
        <w:t>nhà</w:t>
      </w:r>
      <w:proofErr w:type="spellEnd"/>
      <w:r w:rsidRPr="0023340C">
        <w:rPr>
          <w:sz w:val="19"/>
          <w:szCs w:val="19"/>
        </w:rPr>
        <w:t xml:space="preserve"> </w:t>
      </w:r>
      <w:proofErr w:type="spellStart"/>
      <w:r w:rsidRPr="0023340C">
        <w:rPr>
          <w:sz w:val="19"/>
          <w:szCs w:val="19"/>
        </w:rPr>
        <w:t>nghỉ</w:t>
      </w:r>
      <w:proofErr w:type="spellEnd"/>
      <w:r w:rsidRPr="0023340C">
        <w:rPr>
          <w:sz w:val="19"/>
          <w:szCs w:val="19"/>
        </w:rPr>
        <w:t xml:space="preserve"> du </w:t>
      </w:r>
      <w:proofErr w:type="spellStart"/>
      <w:r w:rsidRPr="0023340C">
        <w:rPr>
          <w:sz w:val="19"/>
          <w:szCs w:val="19"/>
        </w:rPr>
        <w:t>lịch</w:t>
      </w:r>
      <w:proofErr w:type="spellEnd"/>
      <w:r w:rsidRPr="0023340C">
        <w:rPr>
          <w:sz w:val="19"/>
          <w:szCs w:val="19"/>
        </w:rPr>
        <w:t xml:space="preserve">, </w:t>
      </w:r>
      <w:proofErr w:type="spellStart"/>
      <w:r w:rsidRPr="0023340C">
        <w:rPr>
          <w:sz w:val="19"/>
          <w:szCs w:val="19"/>
        </w:rPr>
        <w:t>nhà</w:t>
      </w:r>
      <w:proofErr w:type="spellEnd"/>
      <w:r w:rsidRPr="0023340C">
        <w:rPr>
          <w:sz w:val="19"/>
          <w:szCs w:val="19"/>
        </w:rPr>
        <w:t xml:space="preserve"> ở </w:t>
      </w:r>
      <w:proofErr w:type="spellStart"/>
      <w:r w:rsidRPr="0023340C">
        <w:rPr>
          <w:sz w:val="19"/>
          <w:szCs w:val="19"/>
        </w:rPr>
        <w:t>có</w:t>
      </w:r>
      <w:proofErr w:type="spellEnd"/>
      <w:r w:rsidRPr="0023340C">
        <w:rPr>
          <w:sz w:val="19"/>
          <w:szCs w:val="19"/>
        </w:rPr>
        <w:t xml:space="preserve"> </w:t>
      </w:r>
      <w:proofErr w:type="spellStart"/>
      <w:r w:rsidRPr="0023340C">
        <w:rPr>
          <w:sz w:val="19"/>
          <w:szCs w:val="19"/>
        </w:rPr>
        <w:t>phòng</w:t>
      </w:r>
      <w:proofErr w:type="spellEnd"/>
      <w:r w:rsidRPr="0023340C">
        <w:rPr>
          <w:sz w:val="19"/>
          <w:szCs w:val="19"/>
        </w:rPr>
        <w:t xml:space="preserve"> </w:t>
      </w:r>
      <w:proofErr w:type="spellStart"/>
      <w:r w:rsidRPr="0023340C">
        <w:rPr>
          <w:sz w:val="19"/>
          <w:szCs w:val="19"/>
        </w:rPr>
        <w:t>cho</w:t>
      </w:r>
      <w:proofErr w:type="spellEnd"/>
      <w:r w:rsidRPr="0023340C">
        <w:rPr>
          <w:sz w:val="19"/>
          <w:szCs w:val="19"/>
        </w:rPr>
        <w:t xml:space="preserve"> </w:t>
      </w:r>
      <w:proofErr w:type="spellStart"/>
      <w:r w:rsidRPr="0023340C">
        <w:rPr>
          <w:sz w:val="19"/>
          <w:szCs w:val="19"/>
        </w:rPr>
        <w:t>khách</w:t>
      </w:r>
      <w:proofErr w:type="spellEnd"/>
      <w:r w:rsidRPr="0023340C">
        <w:rPr>
          <w:sz w:val="19"/>
          <w:szCs w:val="19"/>
        </w:rPr>
        <w:t xml:space="preserve"> du </w:t>
      </w:r>
      <w:proofErr w:type="spellStart"/>
      <w:r w:rsidRPr="0023340C">
        <w:rPr>
          <w:sz w:val="19"/>
          <w:szCs w:val="19"/>
        </w:rPr>
        <w:t>lịch</w:t>
      </w:r>
      <w:proofErr w:type="spellEnd"/>
      <w:r w:rsidRPr="0023340C">
        <w:rPr>
          <w:sz w:val="19"/>
          <w:szCs w:val="19"/>
        </w:rPr>
        <w:t xml:space="preserve"> </w:t>
      </w:r>
      <w:proofErr w:type="spellStart"/>
      <w:r w:rsidRPr="0023340C">
        <w:rPr>
          <w:sz w:val="19"/>
          <w:szCs w:val="19"/>
        </w:rPr>
        <w:t>thuê</w:t>
      </w:r>
      <w:proofErr w:type="spellEnd"/>
      <w:r w:rsidRPr="0023340C">
        <w:rPr>
          <w:sz w:val="19"/>
          <w:szCs w:val="19"/>
        </w:rPr>
        <w:t xml:space="preserve"> </w:t>
      </w:r>
      <w:proofErr w:type="spellStart"/>
      <w:r w:rsidRPr="0023340C">
        <w:rPr>
          <w:sz w:val="19"/>
          <w:szCs w:val="19"/>
        </w:rPr>
        <w:t>và</w:t>
      </w:r>
      <w:proofErr w:type="spellEnd"/>
      <w:r w:rsidRPr="0023340C">
        <w:rPr>
          <w:sz w:val="19"/>
          <w:szCs w:val="19"/>
        </w:rPr>
        <w:t xml:space="preserve"> </w:t>
      </w:r>
      <w:proofErr w:type="spellStart"/>
      <w:r w:rsidRPr="0023340C">
        <w:rPr>
          <w:sz w:val="19"/>
          <w:szCs w:val="19"/>
        </w:rPr>
        <w:t>các</w:t>
      </w:r>
      <w:proofErr w:type="spellEnd"/>
      <w:r w:rsidRPr="0023340C">
        <w:rPr>
          <w:sz w:val="19"/>
          <w:szCs w:val="19"/>
        </w:rPr>
        <w:t xml:space="preserve"> </w:t>
      </w:r>
      <w:proofErr w:type="spellStart"/>
      <w:r w:rsidRPr="0023340C">
        <w:rPr>
          <w:sz w:val="19"/>
          <w:szCs w:val="19"/>
        </w:rPr>
        <w:t>loại</w:t>
      </w:r>
      <w:proofErr w:type="spellEnd"/>
      <w:r w:rsidRPr="0023340C">
        <w:rPr>
          <w:sz w:val="19"/>
          <w:szCs w:val="19"/>
        </w:rPr>
        <w:t xml:space="preserve"> </w:t>
      </w:r>
      <w:proofErr w:type="spellStart"/>
      <w:r w:rsidRPr="0023340C">
        <w:rPr>
          <w:sz w:val="19"/>
          <w:szCs w:val="19"/>
        </w:rPr>
        <w:t>cơ</w:t>
      </w:r>
      <w:proofErr w:type="spellEnd"/>
      <w:r w:rsidRPr="0023340C">
        <w:rPr>
          <w:sz w:val="19"/>
          <w:szCs w:val="19"/>
        </w:rPr>
        <w:t xml:space="preserve"> </w:t>
      </w:r>
      <w:proofErr w:type="spellStart"/>
      <w:r w:rsidRPr="0023340C">
        <w:rPr>
          <w:sz w:val="19"/>
          <w:szCs w:val="19"/>
        </w:rPr>
        <w:t>sở</w:t>
      </w:r>
      <w:proofErr w:type="spellEnd"/>
      <w:r w:rsidRPr="0023340C">
        <w:rPr>
          <w:sz w:val="19"/>
          <w:szCs w:val="19"/>
        </w:rPr>
        <w:t xml:space="preserve"> </w:t>
      </w:r>
      <w:proofErr w:type="spellStart"/>
      <w:r w:rsidRPr="0023340C">
        <w:rPr>
          <w:sz w:val="19"/>
          <w:szCs w:val="19"/>
        </w:rPr>
        <w:t>lưu</w:t>
      </w:r>
      <w:proofErr w:type="spellEnd"/>
      <w:r w:rsidRPr="0023340C">
        <w:rPr>
          <w:sz w:val="19"/>
          <w:szCs w:val="19"/>
        </w:rPr>
        <w:t xml:space="preserve"> </w:t>
      </w:r>
      <w:proofErr w:type="spellStart"/>
      <w:r w:rsidRPr="0023340C">
        <w:rPr>
          <w:sz w:val="19"/>
          <w:szCs w:val="19"/>
        </w:rPr>
        <w:t>trú</w:t>
      </w:r>
      <w:proofErr w:type="spellEnd"/>
      <w:r w:rsidRPr="0023340C">
        <w:rPr>
          <w:sz w:val="19"/>
          <w:szCs w:val="19"/>
        </w:rPr>
        <w:t xml:space="preserve"> du </w:t>
      </w:r>
      <w:proofErr w:type="spellStart"/>
      <w:r w:rsidRPr="0023340C">
        <w:rPr>
          <w:sz w:val="19"/>
          <w:szCs w:val="19"/>
        </w:rPr>
        <w:t>lịch</w:t>
      </w:r>
      <w:proofErr w:type="spellEnd"/>
      <w:r w:rsidRPr="0023340C">
        <w:rPr>
          <w:sz w:val="19"/>
          <w:szCs w:val="19"/>
        </w:rPr>
        <w:t xml:space="preserve"> </w:t>
      </w:r>
      <w:proofErr w:type="spellStart"/>
      <w:r w:rsidRPr="0023340C">
        <w:rPr>
          <w:sz w:val="19"/>
          <w:szCs w:val="19"/>
        </w:rPr>
        <w:t>khác</w:t>
      </w:r>
      <w:proofErr w:type="spellEnd"/>
      <w:r w:rsidRPr="0023340C">
        <w:rPr>
          <w:sz w:val="19"/>
          <w:szCs w:val="19"/>
        </w:rPr>
        <w:t>.</w:t>
      </w:r>
    </w:p>
    <w:p w14:paraId="28DAC12A" w14:textId="77777777" w:rsidR="00900D9E" w:rsidRPr="0023340C" w:rsidRDefault="00900D9E" w:rsidP="00900D9E">
      <w:pPr>
        <w:spacing w:after="20"/>
        <w:jc w:val="both"/>
        <w:rPr>
          <w:sz w:val="19"/>
          <w:szCs w:val="19"/>
        </w:rPr>
      </w:pPr>
      <w:r>
        <w:rPr>
          <w:sz w:val="19"/>
          <w:szCs w:val="19"/>
        </w:rPr>
        <w:t xml:space="preserve">- </w:t>
      </w:r>
      <w:proofErr w:type="spellStart"/>
      <w:r>
        <w:rPr>
          <w:sz w:val="19"/>
          <w:szCs w:val="19"/>
        </w:rPr>
        <w:t>Số</w:t>
      </w:r>
      <w:proofErr w:type="spellEnd"/>
      <w:r>
        <w:rPr>
          <w:sz w:val="19"/>
          <w:szCs w:val="19"/>
        </w:rPr>
        <w:t xml:space="preserve"> </w:t>
      </w:r>
      <w:proofErr w:type="spellStart"/>
      <w:r>
        <w:rPr>
          <w:sz w:val="19"/>
          <w:szCs w:val="19"/>
        </w:rPr>
        <w:t>điện</w:t>
      </w:r>
      <w:proofErr w:type="spellEnd"/>
      <w:r>
        <w:rPr>
          <w:sz w:val="19"/>
          <w:szCs w:val="19"/>
        </w:rPr>
        <w:t xml:space="preserve"> </w:t>
      </w:r>
      <w:proofErr w:type="spellStart"/>
      <w:r>
        <w:rPr>
          <w:sz w:val="19"/>
          <w:szCs w:val="19"/>
        </w:rPr>
        <w:t>thoại</w:t>
      </w:r>
      <w:proofErr w:type="spellEnd"/>
      <w:r>
        <w:rPr>
          <w:sz w:val="19"/>
          <w:szCs w:val="19"/>
        </w:rPr>
        <w:t xml:space="preserve"> </w:t>
      </w:r>
      <w:proofErr w:type="spellStart"/>
      <w:r>
        <w:rPr>
          <w:sz w:val="19"/>
          <w:szCs w:val="19"/>
        </w:rPr>
        <w:t>của</w:t>
      </w:r>
      <w:proofErr w:type="spellEnd"/>
      <w:r>
        <w:rPr>
          <w:sz w:val="19"/>
          <w:szCs w:val="19"/>
        </w:rPr>
        <w:t xml:space="preserve"> </w:t>
      </w:r>
      <w:proofErr w:type="spellStart"/>
      <w:r>
        <w:rPr>
          <w:sz w:val="19"/>
          <w:szCs w:val="19"/>
        </w:rPr>
        <w:t>người</w:t>
      </w:r>
      <w:proofErr w:type="spellEnd"/>
      <w:r>
        <w:rPr>
          <w:sz w:val="19"/>
          <w:szCs w:val="19"/>
        </w:rPr>
        <w:t xml:space="preserve"> </w:t>
      </w:r>
      <w:proofErr w:type="spellStart"/>
      <w:r>
        <w:rPr>
          <w:sz w:val="19"/>
          <w:szCs w:val="19"/>
        </w:rPr>
        <w:t>cung</w:t>
      </w:r>
      <w:proofErr w:type="spellEnd"/>
      <w:r>
        <w:rPr>
          <w:sz w:val="19"/>
          <w:szCs w:val="19"/>
        </w:rPr>
        <w:t xml:space="preserve"> </w:t>
      </w:r>
      <w:proofErr w:type="spellStart"/>
      <w:r>
        <w:rPr>
          <w:sz w:val="19"/>
          <w:szCs w:val="19"/>
        </w:rPr>
        <w:t>cấp</w:t>
      </w:r>
      <w:proofErr w:type="spellEnd"/>
      <w:r>
        <w:rPr>
          <w:sz w:val="19"/>
          <w:szCs w:val="19"/>
        </w:rPr>
        <w:t xml:space="preserve"> </w:t>
      </w:r>
      <w:proofErr w:type="spellStart"/>
      <w:r>
        <w:rPr>
          <w:sz w:val="19"/>
          <w:szCs w:val="19"/>
        </w:rPr>
        <w:t>thông</w:t>
      </w:r>
      <w:proofErr w:type="spellEnd"/>
      <w:r>
        <w:rPr>
          <w:sz w:val="19"/>
          <w:szCs w:val="19"/>
        </w:rPr>
        <w:t xml:space="preserve"> tin: </w:t>
      </w:r>
      <w:r w:rsidRPr="00A97114">
        <w:rPr>
          <w:sz w:val="19"/>
          <w:szCs w:val="19"/>
        </w:rPr>
        <w:t xml:space="preserve">Phục </w:t>
      </w:r>
      <w:proofErr w:type="spellStart"/>
      <w:r w:rsidRPr="00A97114">
        <w:rPr>
          <w:sz w:val="19"/>
          <w:szCs w:val="19"/>
        </w:rPr>
        <w:t>vụ</w:t>
      </w:r>
      <w:proofErr w:type="spellEnd"/>
      <w:r w:rsidRPr="00A97114">
        <w:rPr>
          <w:sz w:val="19"/>
          <w:szCs w:val="19"/>
        </w:rPr>
        <w:t xml:space="preserve"> </w:t>
      </w:r>
      <w:proofErr w:type="spellStart"/>
      <w:r w:rsidRPr="00A97114">
        <w:rPr>
          <w:sz w:val="19"/>
          <w:szCs w:val="19"/>
        </w:rPr>
        <w:t>liên</w:t>
      </w:r>
      <w:proofErr w:type="spellEnd"/>
      <w:r w:rsidRPr="00A97114">
        <w:rPr>
          <w:sz w:val="19"/>
          <w:szCs w:val="19"/>
        </w:rPr>
        <w:t xml:space="preserve"> </w:t>
      </w:r>
      <w:proofErr w:type="spellStart"/>
      <w:r w:rsidRPr="00A97114">
        <w:rPr>
          <w:sz w:val="19"/>
          <w:szCs w:val="19"/>
        </w:rPr>
        <w:t>hệ</w:t>
      </w:r>
      <w:proofErr w:type="spellEnd"/>
      <w:r w:rsidRPr="00A97114">
        <w:rPr>
          <w:sz w:val="19"/>
          <w:szCs w:val="19"/>
        </w:rPr>
        <w:t xml:space="preserve">, </w:t>
      </w:r>
      <w:proofErr w:type="spellStart"/>
      <w:r w:rsidRPr="00A97114">
        <w:rPr>
          <w:sz w:val="19"/>
          <w:szCs w:val="19"/>
        </w:rPr>
        <w:t>trao</w:t>
      </w:r>
      <w:proofErr w:type="spellEnd"/>
      <w:r w:rsidRPr="00A97114">
        <w:rPr>
          <w:sz w:val="19"/>
          <w:szCs w:val="19"/>
        </w:rPr>
        <w:t xml:space="preserve"> </w:t>
      </w:r>
      <w:proofErr w:type="spellStart"/>
      <w:r w:rsidRPr="00A97114">
        <w:rPr>
          <w:sz w:val="19"/>
          <w:szCs w:val="19"/>
        </w:rPr>
        <w:t>đổi</w:t>
      </w:r>
      <w:proofErr w:type="spellEnd"/>
      <w:r w:rsidRPr="00A97114">
        <w:rPr>
          <w:sz w:val="19"/>
          <w:szCs w:val="19"/>
        </w:rPr>
        <w:t xml:space="preserve"> </w:t>
      </w:r>
      <w:proofErr w:type="spellStart"/>
      <w:r w:rsidRPr="00A97114">
        <w:rPr>
          <w:sz w:val="19"/>
          <w:szCs w:val="19"/>
        </w:rPr>
        <w:t>và</w:t>
      </w:r>
      <w:proofErr w:type="spellEnd"/>
      <w:r w:rsidRPr="00A97114">
        <w:rPr>
          <w:sz w:val="19"/>
          <w:szCs w:val="19"/>
        </w:rPr>
        <w:t xml:space="preserve"> </w:t>
      </w:r>
      <w:proofErr w:type="spellStart"/>
      <w:r w:rsidRPr="00A97114">
        <w:rPr>
          <w:sz w:val="19"/>
          <w:szCs w:val="19"/>
        </w:rPr>
        <w:t>làm</w:t>
      </w:r>
      <w:proofErr w:type="spellEnd"/>
      <w:r w:rsidRPr="00A97114">
        <w:rPr>
          <w:sz w:val="19"/>
          <w:szCs w:val="19"/>
        </w:rPr>
        <w:t xml:space="preserve"> </w:t>
      </w:r>
      <w:proofErr w:type="spellStart"/>
      <w:r w:rsidRPr="00A97114">
        <w:rPr>
          <w:sz w:val="19"/>
          <w:szCs w:val="19"/>
        </w:rPr>
        <w:t>rõ</w:t>
      </w:r>
      <w:proofErr w:type="spellEnd"/>
      <w:r w:rsidRPr="00A97114">
        <w:rPr>
          <w:sz w:val="19"/>
          <w:szCs w:val="19"/>
        </w:rPr>
        <w:t xml:space="preserve"> </w:t>
      </w:r>
      <w:proofErr w:type="spellStart"/>
      <w:r w:rsidRPr="00A97114">
        <w:rPr>
          <w:sz w:val="19"/>
          <w:szCs w:val="19"/>
        </w:rPr>
        <w:t>số</w:t>
      </w:r>
      <w:proofErr w:type="spellEnd"/>
      <w:r w:rsidRPr="00A97114">
        <w:rPr>
          <w:sz w:val="19"/>
          <w:szCs w:val="19"/>
        </w:rPr>
        <w:t xml:space="preserve"> </w:t>
      </w:r>
      <w:proofErr w:type="spellStart"/>
      <w:r w:rsidRPr="00A97114">
        <w:rPr>
          <w:sz w:val="19"/>
          <w:szCs w:val="19"/>
        </w:rPr>
        <w:t>liệu</w:t>
      </w:r>
      <w:proofErr w:type="spellEnd"/>
      <w:r w:rsidRPr="00A97114">
        <w:rPr>
          <w:sz w:val="19"/>
          <w:szCs w:val="19"/>
        </w:rPr>
        <w:t xml:space="preserve"> </w:t>
      </w:r>
      <w:proofErr w:type="spellStart"/>
      <w:r w:rsidRPr="00A97114">
        <w:rPr>
          <w:sz w:val="19"/>
          <w:szCs w:val="19"/>
        </w:rPr>
        <w:t>khi</w:t>
      </w:r>
      <w:proofErr w:type="spellEnd"/>
      <w:r w:rsidRPr="00A97114">
        <w:rPr>
          <w:sz w:val="19"/>
          <w:szCs w:val="19"/>
        </w:rPr>
        <w:t xml:space="preserve"> </w:t>
      </w:r>
      <w:proofErr w:type="spellStart"/>
      <w:r w:rsidRPr="00A97114">
        <w:rPr>
          <w:sz w:val="19"/>
          <w:szCs w:val="19"/>
        </w:rPr>
        <w:t>cần</w:t>
      </w:r>
      <w:proofErr w:type="spellEnd"/>
      <w:r w:rsidRPr="00A97114">
        <w:rPr>
          <w:sz w:val="19"/>
          <w:szCs w:val="19"/>
        </w:rPr>
        <w:t xml:space="preserve"> </w:t>
      </w:r>
      <w:proofErr w:type="spellStart"/>
      <w:r w:rsidRPr="00A97114">
        <w:rPr>
          <w:sz w:val="19"/>
          <w:szCs w:val="19"/>
        </w:rPr>
        <w:t>thiết</w:t>
      </w:r>
      <w:proofErr w:type="spellEnd"/>
      <w:r w:rsidRPr="00A97114">
        <w:rPr>
          <w:sz w:val="19"/>
          <w:szCs w:val="19"/>
        </w:rPr>
        <w:t>.</w:t>
      </w:r>
    </w:p>
    <w:p w14:paraId="3BA1A97D" w14:textId="6B313BE0" w:rsidR="00900D9E" w:rsidRDefault="00900D9E">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E3172" w14:textId="77777777" w:rsidR="001A778F" w:rsidRDefault="00000000">
    <w:pPr>
      <w:pStyle w:val="Footer"/>
      <w:jc w:val="right"/>
    </w:pPr>
    <w:r>
      <w:rPr>
        <w:sz w:val="20"/>
      </w:rPr>
      <w:t xml:space="preserve">Trang </w:t>
    </w:r>
    <w:r>
      <w:fldChar w:fldCharType="begin"/>
    </w:r>
    <w:r>
      <w:instrText>PAGE</w:instrText>
    </w:r>
    <w: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C5FC2" w14:textId="77777777" w:rsidR="00F70078" w:rsidRDefault="00F70078">
      <w:pPr>
        <w:spacing w:after="0" w:line="240" w:lineRule="auto"/>
      </w:pPr>
      <w:r>
        <w:separator/>
      </w:r>
    </w:p>
  </w:footnote>
  <w:footnote w:type="continuationSeparator" w:id="0">
    <w:p w14:paraId="096B4501" w14:textId="77777777" w:rsidR="00F70078" w:rsidRDefault="00F700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42F7E4B"/>
    <w:multiLevelType w:val="hybridMultilevel"/>
    <w:tmpl w:val="AABA52C4"/>
    <w:lvl w:ilvl="0" w:tplc="D144CF2E">
      <w:numFmt w:val="bullet"/>
      <w:lvlText w:val="•"/>
      <w:lvlJc w:val="left"/>
      <w:pPr>
        <w:ind w:left="1296" w:hanging="360"/>
      </w:pPr>
      <w:rPr>
        <w:rFonts w:ascii="Times New Roman" w:eastAsia="Times New Roman" w:hAnsi="Times New Roman" w:cs="Times New Roman" w:hint="default"/>
        <w:sz w:val="19"/>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0" w15:restartNumberingAfterBreak="0">
    <w:nsid w:val="53FA5580"/>
    <w:multiLevelType w:val="hybridMultilevel"/>
    <w:tmpl w:val="AA2C0D16"/>
    <w:lvl w:ilvl="0" w:tplc="04090001">
      <w:start w:val="1"/>
      <w:numFmt w:val="bullet"/>
      <w:lvlText w:val=""/>
      <w:lvlJc w:val="left"/>
      <w:pPr>
        <w:ind w:left="1656" w:hanging="360"/>
      </w:pPr>
      <w:rPr>
        <w:rFonts w:ascii="Symbol" w:hAnsi="Symbol" w:hint="default"/>
      </w:rPr>
    </w:lvl>
    <w:lvl w:ilvl="1" w:tplc="04090003" w:tentative="1">
      <w:start w:val="1"/>
      <w:numFmt w:val="bullet"/>
      <w:lvlText w:val="o"/>
      <w:lvlJc w:val="left"/>
      <w:pPr>
        <w:ind w:left="2376" w:hanging="360"/>
      </w:pPr>
      <w:rPr>
        <w:rFonts w:ascii="Courier New" w:hAnsi="Courier New" w:cs="Courier New" w:hint="default"/>
      </w:rPr>
    </w:lvl>
    <w:lvl w:ilvl="2" w:tplc="04090005" w:tentative="1">
      <w:start w:val="1"/>
      <w:numFmt w:val="bullet"/>
      <w:lvlText w:val=""/>
      <w:lvlJc w:val="left"/>
      <w:pPr>
        <w:ind w:left="3096" w:hanging="360"/>
      </w:pPr>
      <w:rPr>
        <w:rFonts w:ascii="Wingdings" w:hAnsi="Wingdings" w:hint="default"/>
      </w:rPr>
    </w:lvl>
    <w:lvl w:ilvl="3" w:tplc="04090001" w:tentative="1">
      <w:start w:val="1"/>
      <w:numFmt w:val="bullet"/>
      <w:lvlText w:val=""/>
      <w:lvlJc w:val="left"/>
      <w:pPr>
        <w:ind w:left="3816" w:hanging="360"/>
      </w:pPr>
      <w:rPr>
        <w:rFonts w:ascii="Symbol" w:hAnsi="Symbol" w:hint="default"/>
      </w:rPr>
    </w:lvl>
    <w:lvl w:ilvl="4" w:tplc="04090003" w:tentative="1">
      <w:start w:val="1"/>
      <w:numFmt w:val="bullet"/>
      <w:lvlText w:val="o"/>
      <w:lvlJc w:val="left"/>
      <w:pPr>
        <w:ind w:left="4536" w:hanging="360"/>
      </w:pPr>
      <w:rPr>
        <w:rFonts w:ascii="Courier New" w:hAnsi="Courier New" w:cs="Courier New" w:hint="default"/>
      </w:rPr>
    </w:lvl>
    <w:lvl w:ilvl="5" w:tplc="04090005" w:tentative="1">
      <w:start w:val="1"/>
      <w:numFmt w:val="bullet"/>
      <w:lvlText w:val=""/>
      <w:lvlJc w:val="left"/>
      <w:pPr>
        <w:ind w:left="5256" w:hanging="360"/>
      </w:pPr>
      <w:rPr>
        <w:rFonts w:ascii="Wingdings" w:hAnsi="Wingdings" w:hint="default"/>
      </w:rPr>
    </w:lvl>
    <w:lvl w:ilvl="6" w:tplc="04090001" w:tentative="1">
      <w:start w:val="1"/>
      <w:numFmt w:val="bullet"/>
      <w:lvlText w:val=""/>
      <w:lvlJc w:val="left"/>
      <w:pPr>
        <w:ind w:left="5976" w:hanging="360"/>
      </w:pPr>
      <w:rPr>
        <w:rFonts w:ascii="Symbol" w:hAnsi="Symbol" w:hint="default"/>
      </w:rPr>
    </w:lvl>
    <w:lvl w:ilvl="7" w:tplc="04090003" w:tentative="1">
      <w:start w:val="1"/>
      <w:numFmt w:val="bullet"/>
      <w:lvlText w:val="o"/>
      <w:lvlJc w:val="left"/>
      <w:pPr>
        <w:ind w:left="6696" w:hanging="360"/>
      </w:pPr>
      <w:rPr>
        <w:rFonts w:ascii="Courier New" w:hAnsi="Courier New" w:cs="Courier New" w:hint="default"/>
      </w:rPr>
    </w:lvl>
    <w:lvl w:ilvl="8" w:tplc="04090005" w:tentative="1">
      <w:start w:val="1"/>
      <w:numFmt w:val="bullet"/>
      <w:lvlText w:val=""/>
      <w:lvlJc w:val="left"/>
      <w:pPr>
        <w:ind w:left="7416" w:hanging="360"/>
      </w:pPr>
      <w:rPr>
        <w:rFonts w:ascii="Wingdings" w:hAnsi="Wingdings" w:hint="default"/>
      </w:rPr>
    </w:lvl>
  </w:abstractNum>
  <w:num w:numId="1" w16cid:durableId="982660042">
    <w:abstractNumId w:val="8"/>
  </w:num>
  <w:num w:numId="2" w16cid:durableId="2076272054">
    <w:abstractNumId w:val="6"/>
  </w:num>
  <w:num w:numId="3" w16cid:durableId="1307318678">
    <w:abstractNumId w:val="5"/>
  </w:num>
  <w:num w:numId="4" w16cid:durableId="1483304388">
    <w:abstractNumId w:val="4"/>
  </w:num>
  <w:num w:numId="5" w16cid:durableId="1611619908">
    <w:abstractNumId w:val="7"/>
  </w:num>
  <w:num w:numId="6" w16cid:durableId="886261023">
    <w:abstractNumId w:val="3"/>
  </w:num>
  <w:num w:numId="7" w16cid:durableId="882864733">
    <w:abstractNumId w:val="2"/>
  </w:num>
  <w:num w:numId="8" w16cid:durableId="294454151">
    <w:abstractNumId w:val="1"/>
  </w:num>
  <w:num w:numId="9" w16cid:durableId="73356217">
    <w:abstractNumId w:val="0"/>
  </w:num>
  <w:num w:numId="10" w16cid:durableId="682362007">
    <w:abstractNumId w:val="10"/>
  </w:num>
  <w:num w:numId="11" w16cid:durableId="2282263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6F2"/>
    <w:rsid w:val="00034616"/>
    <w:rsid w:val="0006063C"/>
    <w:rsid w:val="000F7B4F"/>
    <w:rsid w:val="00144C35"/>
    <w:rsid w:val="0015074B"/>
    <w:rsid w:val="00183566"/>
    <w:rsid w:val="001A778F"/>
    <w:rsid w:val="001D540F"/>
    <w:rsid w:val="0023340C"/>
    <w:rsid w:val="0029639D"/>
    <w:rsid w:val="00326F90"/>
    <w:rsid w:val="004B193B"/>
    <w:rsid w:val="004B3DAC"/>
    <w:rsid w:val="004C464F"/>
    <w:rsid w:val="00577148"/>
    <w:rsid w:val="00647B6D"/>
    <w:rsid w:val="006924E5"/>
    <w:rsid w:val="007D06B3"/>
    <w:rsid w:val="008802B2"/>
    <w:rsid w:val="008E0971"/>
    <w:rsid w:val="00900D9E"/>
    <w:rsid w:val="00A555FB"/>
    <w:rsid w:val="00A97114"/>
    <w:rsid w:val="00AA1D8D"/>
    <w:rsid w:val="00B47730"/>
    <w:rsid w:val="00CB0664"/>
    <w:rsid w:val="00D03951"/>
    <w:rsid w:val="00DE34A6"/>
    <w:rsid w:val="00E56D74"/>
    <w:rsid w:val="00E954CE"/>
    <w:rsid w:val="00F30309"/>
    <w:rsid w:val="00F7007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801CA8"/>
  <w14:defaultImageDpi w14:val="300"/>
  <w15:docId w15:val="{460B3D0F-1CE6-41F6-908C-411132AD4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9" w:lineRule="auto"/>
    </w:pPr>
    <w:rPr>
      <w:rFonts w:ascii="Times New Roman" w:eastAsia="Times New Roman" w:hAnsi="Times New Roman"/>
      <w:sz w:val="25"/>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Title">
    <w:name w:val="FormTitle"/>
    <w:pPr>
      <w:spacing w:before="60" w:after="160" w:line="240" w:lineRule="auto"/>
    </w:pPr>
    <w:rPr>
      <w:rFonts w:ascii="Times New Roman" w:eastAsia="Times New Roman" w:hAnsi="Times New Roman"/>
      <w:b/>
      <w:sz w:val="28"/>
    </w:rPr>
  </w:style>
  <w:style w:type="paragraph" w:styleId="EndnoteText">
    <w:name w:val="endnote text"/>
    <w:basedOn w:val="Normal"/>
    <w:link w:val="EndnoteTextChar"/>
    <w:uiPriority w:val="99"/>
    <w:semiHidden/>
    <w:unhideWhenUsed/>
    <w:rsid w:val="006924E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924E5"/>
    <w:rPr>
      <w:rFonts w:ascii="Times New Roman" w:eastAsia="Times New Roman" w:hAnsi="Times New Roman"/>
      <w:sz w:val="20"/>
      <w:szCs w:val="20"/>
    </w:rPr>
  </w:style>
  <w:style w:type="character" w:styleId="EndnoteReference">
    <w:name w:val="endnote reference"/>
    <w:basedOn w:val="DefaultParagraphFont"/>
    <w:uiPriority w:val="99"/>
    <w:semiHidden/>
    <w:unhideWhenUsed/>
    <w:rsid w:val="006924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Pages>
  <Words>312</Words>
  <Characters>1782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PHIẾU THU THẬP THÔNG TIN CƠ SỞ LƯU TRÚ DU LỊCH NĂM 2026</vt:lpstr>
    </vt:vector>
  </TitlesOfParts>
  <Manager/>
  <Company/>
  <LinksUpToDate>false</LinksUpToDate>
  <CharactersWithSpaces>2090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PHIẾU THU THẬP THÔNG TIN CƠ SỞ LƯU TRÚ DU LỊCH NĂM 2026</dc:title>
  <dc:subject/>
  <dc:creator>Cục Du lịch Quốc gia Việt Nam</dc:creator>
  <cp:keywords/>
  <dc:description>generated by python-docx</dc:description>
  <cp:lastModifiedBy>Administrator</cp:lastModifiedBy>
  <cp:revision>22</cp:revision>
  <dcterms:created xsi:type="dcterms:W3CDTF">2013-12-23T23:15:00Z</dcterms:created>
  <dcterms:modified xsi:type="dcterms:W3CDTF">2026-09-22T06:59:00Z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aa5ebab6-3c74-48fc-8aab-d6ddeb2ca226</vt:lpwstr>
  </property>
</Properties>
</file>